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76"/>
        <w:gridCol w:w="5669"/>
      </w:tblGrid>
      <w:tr>
        <w:tc>
          <w:tcPr>
            <w:tcW w:type="dxa" w:w="5273"/>
            <w:shd w:val="clear" w:color="auto" w:fill="C0392B"/>
            <w:tcMar>
              <w:top w:w="45" w:type="dxa"/>
              <w:start w:w="140" w:type="dxa"/>
              <w:bottom w:w="45" w:type="dxa"/>
              <w:end w:w="120" w:type="dxa"/>
            </w:tcMar>
          </w:tcPr>
          <w:p>
            <w:r>
              <w:rPr>
                <w:b/>
                <w:color w:val="FFFFFF"/>
                <w:sz w:val="22"/>
              </w:rPr>
              <w:t>LOGO</w:t>
            </w:r>
          </w:p>
          <w:p>
            <w:r>
              <w:rPr>
                <w:color w:val="FFFFFF"/>
                <w:sz w:val="16"/>
              </w:rPr>
              <w:t>Entreprise</w:t>
            </w:r>
          </w:p>
          <w:p>
            <w:r>
              <w:rPr>
                <w:color w:val="EBEBEB"/>
                <w:sz w:val="16"/>
              </w:rPr>
              <w:t>Tél - Email - Site</w:t>
            </w:r>
          </w:p>
        </w:tc>
        <w:tc>
          <w:tcPr>
            <w:tcW w:type="dxa" w:w="5273"/>
            <w:shd w:val="clear" w:color="auto" w:fill="F3F6FA"/>
            <w:tcMar>
              <w:top w:w="45" w:type="dxa"/>
              <w:start w:w="120" w:type="dxa"/>
              <w:bottom w:w="45" w:type="dxa"/>
              <w:end w:w="140" w:type="dxa"/>
            </w:tcMar>
          </w:tcPr>
          <w:p>
            <w:pPr>
              <w:jc w:val="right"/>
            </w:pPr>
            <w:r>
              <w:rPr>
                <w:b/>
                <w:color w:val="C0392B"/>
                <w:sz w:val="25"/>
              </w:rPr>
              <w:t>FICHE D'INTERVENTION TRAVAUX</w:t>
            </w:r>
          </w:p>
          <w:p>
            <w:pPr>
              <w:jc w:val="right"/>
            </w:pPr>
            <w:r>
              <w:rPr>
                <w:color w:val="505050"/>
                <w:sz w:val="16"/>
              </w:rPr>
              <w:t>Dépannage urgence - 1 page</w:t>
            </w:r>
          </w:p>
          <w:p>
            <w:pPr>
              <w:jc w:val="right"/>
            </w:pPr>
            <w:r>
              <w:rPr>
                <w:sz w:val="16"/>
              </w:rPr>
              <w:t>N° Fiche : ________   Date : ____/____/______</w:t>
            </w:r>
          </w:p>
          <w:p>
            <w:pPr>
              <w:jc w:val="right"/>
            </w:pPr>
            <w:r>
              <w:t>Chantier / Site : ____________________________</w:t>
            </w:r>
          </w:p>
          <w:p>
            <w:pPr>
              <w:jc w:val="right"/>
            </w:pPr>
            <w:r>
              <w:t>Commande / Devis : 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C0392B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1. INFOS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948"/>
        <w:gridCol w:w="2268"/>
        <w:gridCol w:w="3061"/>
      </w:tblGrid>
      <w:tr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  <w:tr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__________________________________________</w:t>
            </w:r>
          </w:p>
        </w:tc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Zone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  <w:tr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Contact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FADBD8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Arrivée / Départ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____:____ / ____:____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C0392B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2. PROBLÈME + ACTION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ADBD8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Problème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ADBD8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Action immédiate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C0392B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3. RÉSULTAT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ADBD8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Sécurité : ☐ EPI  ☐ Balisage  ☐ Consignation  ☐ Zone sécurisée    |    Statut : ☐ Terminé ☐ Partiel ☐ En attente    |    Remise en service : ☐ Oui ☐ Non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ADBD8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Matériaux / suite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2"/>
        <w:gridCol w:w="5272"/>
      </w:tblGrid>
      <w:tr>
        <w:tc>
          <w:tcPr>
            <w:tcW w:type="dxa" w:w="5273"/>
            <w:shd w:val="clear" w:color="auto" w:fill="E8EEF6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Signature intervenant</w:t>
            </w:r>
          </w:p>
        </w:tc>
        <w:tc>
          <w:tcPr>
            <w:tcW w:type="dxa" w:w="5273"/>
            <w:shd w:val="clear" w:color="auto" w:fill="E8EEF6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Signature client / représentant site</w:t>
            </w:r>
          </w:p>
        </w:tc>
      </w:tr>
      <w:tr>
        <w:tc>
          <w:tcPr>
            <w:tcW w:type="dxa" w:w="5273"/>
            <w:tcMar>
              <w:top w:w="420" w:type="dxa"/>
              <w:start w:w="120" w:type="dxa"/>
              <w:bottom w:w="420" w:type="dxa"/>
              <w:end w:w="120" w:type="dxa"/>
            </w:tcMar>
          </w:tcPr>
          <w:p>
            <w:r>
              <w:t>Nom : ____________________   Date : ____/____/______</w:t>
            </w:r>
          </w:p>
        </w:tc>
        <w:tc>
          <w:tcPr>
            <w:tcW w:type="dxa" w:w="5273"/>
            <w:tcMar>
              <w:top w:w="420" w:type="dxa"/>
              <w:start w:w="120" w:type="dxa"/>
              <w:bottom w:w="420" w:type="dxa"/>
              <w:end w:w="120" w:type="dxa"/>
            </w:tcMar>
          </w:tcPr>
          <w:p>
            <w:r>
              <w:t>Nom : ____________________   Date : ____/____/______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- Modèle fiche dépannage urgence (1 page)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