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876"/>
        <w:gridCol w:w="5669"/>
      </w:tblGrid>
      <w:tr>
        <w:tc>
          <w:tcPr>
            <w:tcW w:type="dxa" w:w="5273"/>
            <w:shd w:val="clear" w:color="auto" w:fill="1F4E79"/>
            <w:tcMar>
              <w:top w:w="45" w:type="dxa"/>
              <w:start w:w="140" w:type="dxa"/>
              <w:bottom w:w="45" w:type="dxa"/>
              <w:end w:w="120" w:type="dxa"/>
            </w:tcMar>
          </w:tcPr>
          <w:p>
            <w:r>
              <w:rPr>
                <w:b/>
                <w:color w:val="FFFFFF"/>
                <w:sz w:val="22"/>
              </w:rPr>
              <w:t>LOGO</w:t>
            </w:r>
          </w:p>
          <w:p>
            <w:r>
              <w:rPr>
                <w:color w:val="FFFFFF"/>
                <w:sz w:val="16"/>
              </w:rPr>
              <w:t>Entreprise</w:t>
            </w:r>
          </w:p>
          <w:p>
            <w:r>
              <w:rPr>
                <w:color w:val="EBEBEB"/>
                <w:sz w:val="16"/>
              </w:rPr>
              <w:t>Tél - Email - Site</w:t>
            </w:r>
          </w:p>
        </w:tc>
        <w:tc>
          <w:tcPr>
            <w:tcW w:type="dxa" w:w="5273"/>
            <w:shd w:val="clear" w:color="auto" w:fill="F3F6FA"/>
            <w:tcMar>
              <w:top w:w="45" w:type="dxa"/>
              <w:start w:w="120" w:type="dxa"/>
              <w:bottom w:w="45" w:type="dxa"/>
              <w:end w:w="140" w:type="dxa"/>
            </w:tcMar>
          </w:tcPr>
          <w:p>
            <w:pPr>
              <w:jc w:val="right"/>
            </w:pPr>
            <w:r>
              <w:rPr>
                <w:b/>
                <w:color w:val="1F4E79"/>
                <w:sz w:val="25"/>
              </w:rPr>
              <w:t>FICHE D'INTERVENTION TRAVAUX</w:t>
            </w:r>
          </w:p>
          <w:p>
            <w:pPr>
              <w:jc w:val="right"/>
            </w:pPr>
            <w:r>
              <w:rPr>
                <w:color w:val="505050"/>
                <w:sz w:val="16"/>
              </w:rPr>
              <w:t>Version chantier (BTP) - 2 pages</w:t>
            </w:r>
          </w:p>
          <w:p>
            <w:pPr>
              <w:jc w:val="right"/>
            </w:pPr>
            <w:r>
              <w:rPr>
                <w:sz w:val="16"/>
              </w:rPr>
              <w:t>N° Fiche : ________   Date : ____/____/______</w:t>
            </w:r>
          </w:p>
          <w:p>
            <w:pPr>
              <w:jc w:val="right"/>
            </w:pPr>
            <w:r>
              <w:t>Chantier / Site : ____________________________</w:t>
            </w:r>
          </w:p>
          <w:p>
            <w:pPr>
              <w:jc w:val="right"/>
            </w:pPr>
            <w:r>
              <w:t>Commande / Devis : 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1F4E7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pPr>
              <w:spacing w:before="0" w:after="0"/>
            </w:pPr>
            <w:r>
              <w:rPr>
                <w:b/>
                <w:color w:val="FFFFFF"/>
                <w:sz w:val="20"/>
              </w:rPr>
              <w:t>1. INFORMATIONS CHANTIER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2948"/>
        <w:gridCol w:w="2268"/>
        <w:gridCol w:w="3061"/>
      </w:tblGrid>
      <w:tr>
        <w:tc>
          <w:tcPr>
            <w:tcW w:type="dxa" w:w="2636"/>
            <w:shd w:val="clear" w:color="auto" w:fill="E8EEF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Client / Donneur d'ordre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__________________________</w:t>
            </w:r>
          </w:p>
        </w:tc>
        <w:tc>
          <w:tcPr>
            <w:tcW w:type="dxa" w:w="2636"/>
            <w:shd w:val="clear" w:color="auto" w:fill="E8EEF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</w:t>
            </w:r>
          </w:p>
        </w:tc>
      </w:tr>
      <w:tr>
        <w:tc>
          <w:tcPr>
            <w:tcW w:type="dxa" w:w="2636"/>
            <w:shd w:val="clear" w:color="auto" w:fill="E8EEF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Adresse du chantier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__________________________________________</w:t>
            </w:r>
          </w:p>
        </w:tc>
        <w:tc>
          <w:tcPr>
            <w:tcW w:type="dxa" w:w="2636"/>
            <w:shd w:val="clear" w:color="auto" w:fill="E8EEF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Ville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</w:t>
            </w:r>
          </w:p>
        </w:tc>
      </w:tr>
      <w:tr>
        <w:tc>
          <w:tcPr>
            <w:tcW w:type="dxa" w:w="2636"/>
            <w:shd w:val="clear" w:color="auto" w:fill="E8EEF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Contact sur site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__________________________</w:t>
            </w:r>
          </w:p>
        </w:tc>
        <w:tc>
          <w:tcPr>
            <w:tcW w:type="dxa" w:w="2636"/>
            <w:shd w:val="clear" w:color="auto" w:fill="E8EEF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Zone / étage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1F4E7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pPr>
              <w:spacing w:before="0" w:after="0"/>
            </w:pPr>
            <w:r>
              <w:rPr>
                <w:b/>
                <w:color w:val="FFFFFF"/>
                <w:sz w:val="20"/>
              </w:rPr>
              <w:t>2. INTERVENTION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72"/>
        <w:gridCol w:w="5272"/>
      </w:tblGrid>
      <w:tr>
        <w:tc>
          <w:tcPr>
            <w:tcW w:type="dxa" w:w="5273"/>
            <w:shd w:val="clear" w:color="auto" w:fill="E8EEF6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rPr>
                <w:b/>
              </w:rPr>
              <w:t>Type / priorité</w:t>
            </w:r>
          </w:p>
        </w:tc>
        <w:tc>
          <w:tcPr>
            <w:tcW w:type="dxa" w:w="5273"/>
            <w:shd w:val="clear" w:color="auto" w:fill="E8EEF6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rPr>
                <w:b/>
              </w:rPr>
              <w:t>Infos</w:t>
            </w:r>
          </w:p>
        </w:tc>
      </w:tr>
      <w:tr>
        <w:tc>
          <w:tcPr>
            <w:tcW w:type="dxa" w:w="5273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Type : ☐ Dépannage ☐ Planifié ☐ SAV ☐ Réception</w:t>
              <w:br/>
              <w:t>Priorité : ☐ Urgent ☐ Normal ☐ À planifier ☐ Sécurité</w:t>
            </w:r>
          </w:p>
        </w:tc>
        <w:tc>
          <w:tcPr>
            <w:tcW w:type="dxa" w:w="5273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t>Intervenant : ____________________</w:t>
              <w:br/>
              <w:t>Date : ____/____/______   Arrivée : ____:____   Départ : ____:____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268"/>
        <w:gridCol w:w="2948"/>
        <w:gridCol w:w="2268"/>
        <w:gridCol w:w="3061"/>
      </w:tblGrid>
      <w:tr>
        <w:tc>
          <w:tcPr>
            <w:tcW w:type="dxa" w:w="2636"/>
            <w:shd w:val="clear" w:color="auto" w:fill="E8EEF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Devis / BC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__________________________</w:t>
            </w:r>
          </w:p>
        </w:tc>
        <w:tc>
          <w:tcPr>
            <w:tcW w:type="dxa" w:w="2636"/>
            <w:shd w:val="clear" w:color="auto" w:fill="E8EEF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OT / Ticket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</w:t>
            </w:r>
          </w:p>
        </w:tc>
      </w:tr>
      <w:tr>
        <w:tc>
          <w:tcPr>
            <w:tcW w:type="dxa" w:w="2636"/>
            <w:shd w:val="clear" w:color="auto" w:fill="E8EEF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Corps d'état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__________________________</w:t>
            </w:r>
          </w:p>
        </w:tc>
        <w:tc>
          <w:tcPr>
            <w:tcW w:type="dxa" w:w="2636"/>
            <w:shd w:val="clear" w:color="auto" w:fill="E8EEF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rPr>
                <w:b/>
              </w:rPr>
              <w:t>Accès / badge</w:t>
            </w:r>
          </w:p>
        </w:tc>
        <w:tc>
          <w:tcPr>
            <w:tcW w:type="dxa" w:w="2636"/>
            <w:tcMar>
              <w:top w:w="55" w:type="dxa"/>
              <w:start w:w="110" w:type="dxa"/>
              <w:bottom w:w="55" w:type="dxa"/>
              <w:end w:w="110" w:type="dxa"/>
            </w:tcMar>
            <w:vAlign w:val="center"/>
          </w:tcPr>
          <w:p>
            <w:r>
              <w:t>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E8EEF6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</w:rPr>
              <w:t>Demande / description</w:t>
            </w:r>
          </w:p>
        </w:tc>
      </w:tr>
      <w:tr>
        <w:tc>
          <w:tcPr>
            <w:tcW w:type="dxa" w:w="1054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E8EEF6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</w:rPr>
              <w:t>Diagnostic / constat</w:t>
            </w:r>
          </w:p>
        </w:tc>
      </w:tr>
      <w:tr>
        <w:tc>
          <w:tcPr>
            <w:tcW w:type="dxa" w:w="1054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1F4E79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pPr>
              <w:spacing w:before="0" w:after="0"/>
            </w:pPr>
            <w:r>
              <w:rPr>
                <w:b/>
                <w:color w:val="FFFFFF"/>
                <w:sz w:val="20"/>
              </w:rPr>
              <w:t>3. SÉCURITÉ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72"/>
        <w:gridCol w:w="5272"/>
      </w:tblGrid>
      <w:tr>
        <w:tc>
          <w:tcPr>
            <w:tcW w:type="dxa" w:w="5273"/>
            <w:shd w:val="clear" w:color="auto" w:fill="E8EEF6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rPr>
                <w:b/>
              </w:rPr>
              <w:t>EPI</w:t>
            </w:r>
          </w:p>
        </w:tc>
        <w:tc>
          <w:tcPr>
            <w:tcW w:type="dxa" w:w="5273"/>
            <w:shd w:val="clear" w:color="auto" w:fill="E8EEF6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rPr>
                <w:b/>
              </w:rPr>
              <w:t>Autorisations</w:t>
            </w:r>
          </w:p>
        </w:tc>
      </w:tr>
      <w:tr>
        <w:tc>
          <w:tcPr>
            <w:tcW w:type="dxa" w:w="5273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t>☐ Casque ☐ Gants ☐ Lunettes ☐ S3 ☐ Harnais ☐ Masque</w:t>
              <w:br/>
              <w:t>Obs : ________________________________</w:t>
            </w:r>
          </w:p>
        </w:tc>
        <w:tc>
          <w:tcPr>
            <w:tcW w:type="dxa" w:w="5273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t>☐ Consignation ☐ Permis feu ☐ Travail hauteur</w:t>
              <w:br/>
              <w:t>☐ Balisage ☐ Coactivité ☐ Amiante</w:t>
            </w:r>
          </w:p>
        </w:tc>
      </w:tr>
    </w:tbl>
    <w:p/>
    <w:p>
      <w:pPr>
        <w:jc w:val="center"/>
      </w:pPr>
      <w:r>
        <w:rPr>
          <w:b/>
          <w:color w:val="1F4E79"/>
          <w:sz w:val="23"/>
        </w:rPr>
        <w:t>ANNEXE - ACTIONS &amp; RÉCEPTION</w:t>
      </w:r>
    </w:p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F3F6FA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rPr>
                <w:b/>
                <w:color w:val="1F4E79"/>
                <w:sz w:val="20"/>
              </w:rPr>
              <w:t>Actions réalisées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F3F6FA"/>
            <w:tcMar>
              <w:top w:w="55" w:type="dxa"/>
              <w:start w:w="120" w:type="dxa"/>
              <w:bottom w:w="55" w:type="dxa"/>
              <w:end w:w="120" w:type="dxa"/>
            </w:tcMar>
          </w:tcPr>
          <w:p>
            <w:r>
              <w:rPr>
                <w:b/>
              </w:rPr>
              <w:t>Actions (étapes, réglages, tests)</w:t>
            </w:r>
          </w:p>
        </w:tc>
      </w:tr>
      <w:tr>
        <w:tc>
          <w:tcPr>
            <w:tcW w:type="dxa" w:w="1054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______________________________________________________________________________________</w:t>
            </w:r>
            <w:r>
              <w:br/>
            </w:r>
            <w:r>
              <w:t>______________________________________________________________________________________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F3F6FA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rPr>
                <w:b/>
                <w:color w:val="1F4E79"/>
                <w:sz w:val="20"/>
              </w:rPr>
              <w:t>Matériaux / pièces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046"/>
        <w:gridCol w:w="1191"/>
        <w:gridCol w:w="1701"/>
        <w:gridCol w:w="2608"/>
      </w:tblGrid>
      <w:tr>
        <w:tc>
          <w:tcPr>
            <w:tcW w:type="dxa" w:w="2636"/>
            <w:shd w:val="clear" w:color="auto" w:fill="E8EEF6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2636"/>
            <w:shd w:val="clear" w:color="auto" w:fill="E8EEF6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b/>
              </w:rPr>
              <w:t>Qté</w:t>
            </w:r>
          </w:p>
        </w:tc>
        <w:tc>
          <w:tcPr>
            <w:tcW w:type="dxa" w:w="2636"/>
            <w:shd w:val="clear" w:color="auto" w:fill="E8EEF6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b/>
              </w:rPr>
              <w:t>PU (HT)</w:t>
            </w:r>
          </w:p>
        </w:tc>
        <w:tc>
          <w:tcPr>
            <w:tcW w:type="dxa" w:w="2636"/>
            <w:shd w:val="clear" w:color="auto" w:fill="E8EEF6"/>
            <w:tcMar>
              <w:top w:w="45" w:type="dxa"/>
              <w:start w:w="110" w:type="dxa"/>
              <w:bottom w:w="45" w:type="dxa"/>
              <w:end w:w="110" w:type="dxa"/>
            </w:tcMar>
          </w:tcPr>
          <w:p>
            <w:r>
              <w:rPr>
                <w:b/>
              </w:rPr>
              <w:t>Total (HT)</w:t>
            </w:r>
          </w:p>
        </w:tc>
      </w:tr>
      <w:tr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</w:tr>
      <w:tr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</w:tr>
      <w:tr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  <w:tc>
          <w:tcPr>
            <w:tcW w:type="dxa" w:w="2636"/>
            <w:tcMar>
              <w:top w:w="45" w:type="dxa"/>
              <w:start w:w="110" w:type="dxa"/>
              <w:bottom w:w="45" w:type="dxa"/>
              <w:end w:w="110" w:type="dxa"/>
            </w:tcMar>
            <w:tcBorders>
              <w:bottom w:val="single" w:sz="8" w:color="A0A0A0"/>
            </w:tcBorders>
          </w:tcPr>
          <w:p/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545"/>
      </w:tblGrid>
      <w:tr>
        <w:tc>
          <w:tcPr>
            <w:tcW w:type="dxa" w:w="10546"/>
            <w:shd w:val="clear" w:color="auto" w:fill="F3F6FA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rPr>
                <w:b/>
                <w:color w:val="1F4E79"/>
                <w:sz w:val="20"/>
              </w:rPr>
              <w:t>Réception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72"/>
        <w:gridCol w:w="5272"/>
      </w:tblGrid>
      <w:tr>
        <w:tc>
          <w:tcPr>
            <w:tcW w:type="dxa" w:w="5273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t>Statut : ☐ Terminé ☐ Partiel ☐ En attente</w:t>
              <w:br/>
              <w:t>Remise en service : ☐ Oui ☐ Non</w:t>
            </w:r>
          </w:p>
        </w:tc>
        <w:tc>
          <w:tcPr>
            <w:tcW w:type="dxa" w:w="5273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t>Nettoyage : ☐ Oui ☐ Non</w:t>
              <w:br/>
              <w:t>Zone sécurisée : ☐ Oui ☐ Non</w:t>
            </w:r>
          </w:p>
        </w:tc>
      </w:tr>
      <w:tr>
        <w:tc>
          <w:tcPr>
            <w:tcW w:type="dxa" w:w="5273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t>Réserves : _________________________________</w:t>
            </w:r>
          </w:p>
        </w:tc>
        <w:tc>
          <w:tcPr>
            <w:tcW w:type="dxa" w:w="5273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t>Suite : ____________________________________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72"/>
        <w:gridCol w:w="5272"/>
      </w:tblGrid>
      <w:tr>
        <w:tc>
          <w:tcPr>
            <w:tcW w:type="dxa" w:w="5273"/>
            <w:shd w:val="clear" w:color="auto" w:fill="E8EEF6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rPr>
                <w:b/>
              </w:rPr>
              <w:t>Signature - Intervenant</w:t>
            </w:r>
          </w:p>
        </w:tc>
        <w:tc>
          <w:tcPr>
            <w:tcW w:type="dxa" w:w="5273"/>
            <w:shd w:val="clear" w:color="auto" w:fill="E8EEF6"/>
            <w:tcMar>
              <w:top w:w="45" w:type="dxa"/>
              <w:start w:w="120" w:type="dxa"/>
              <w:bottom w:w="45" w:type="dxa"/>
              <w:end w:w="120" w:type="dxa"/>
            </w:tcMar>
          </w:tcPr>
          <w:p>
            <w:r>
              <w:rPr>
                <w:b/>
              </w:rPr>
              <w:t>Signature - Client / site</w:t>
            </w:r>
          </w:p>
        </w:tc>
      </w:tr>
      <w:tr>
        <w:tc>
          <w:tcPr>
            <w:tcW w:type="dxa" w:w="5273"/>
            <w:tcMar>
              <w:top w:w="260" w:type="dxa"/>
              <w:start w:w="120" w:type="dxa"/>
              <w:bottom w:w="260" w:type="dxa"/>
              <w:end w:w="120" w:type="dxa"/>
            </w:tcMar>
          </w:tcPr>
          <w:p>
            <w:r>
              <w:t>Nom : ____________________   Date : ____/____/______</w:t>
            </w:r>
          </w:p>
        </w:tc>
        <w:tc>
          <w:tcPr>
            <w:tcW w:type="dxa" w:w="5273"/>
            <w:tcMar>
              <w:top w:w="260" w:type="dxa"/>
              <w:start w:w="120" w:type="dxa"/>
              <w:bottom w:w="260" w:type="dxa"/>
              <w:end w:w="120" w:type="dxa"/>
            </w:tcMar>
          </w:tcPr>
          <w:p>
            <w:r>
              <w:t>Nom : ____________________   Date : ____/____/______</w:t>
            </w:r>
          </w:p>
        </w:tc>
      </w:tr>
    </w:tbl>
    <w:p/>
    <w:sectPr w:rsidR="00FC693F" w:rsidRPr="0006063C" w:rsidSect="00034616">
      <w:footerReference w:type="default" r:id="rId9"/>
      <w:pgSz w:w="11906" w:h="16838"/>
      <w:pgMar w:top="624" w:right="680" w:bottom="624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- Modèle fiche d'intervention travaux (chantier/BTP)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