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9D9D9"/>
  <w:body>
    <w:p>
      <w:pPr>
        <w:jc w:val="center"/>
      </w:pPr>
      <w:r>
        <w:rPr>
          <w:b/>
          <w:sz w:val="48"/>
        </w:rPr>
        <w:t>REGISTRE DE SÉCURITÉ</w:t>
      </w:r>
    </w:p>
    <w:p>
      <w:pPr>
        <w:jc w:val="center"/>
      </w:pPr>
      <w:r>
        <w:rPr>
          <w:b/>
          <w:sz w:val="28"/>
        </w:rPr>
        <w:t>Établissement recevant du public (ERP)</w:t>
      </w:r>
    </w:p>
    <w:p/>
    <w:p>
      <w:r>
        <w:rPr>
          <w:b/>
        </w:rPr>
        <w:t xml:space="preserve">Nom de l’établissement : </w:t>
      </w:r>
      <w:r>
        <w:t>............................................................</w:t>
      </w:r>
    </w:p>
    <w:p>
      <w:r>
        <w:t>Adresse : ..................................................................................................................</w:t>
      </w:r>
    </w:p>
    <w:p>
      <w:r>
        <w:t>Nom de la personne responsable du registre : ..............................................................</w:t>
      </w:r>
    </w:p>
    <w:p>
      <w:r>
        <w:t>Fonction : .....................................................................................................................</w:t>
      </w:r>
    </w:p>
    <w:p>
      <w:r>
        <w:t>Téléphone / courriel : ..................................................................................................</w:t>
      </w:r>
    </w:p>
    <w:p/>
    <w:p>
      <w:r>
        <w:t>Ce registre est tenu à disposition des services de secours, des agents de contrôle et de la commission de sécurité.</w:t>
      </w:r>
    </w:p>
    <w:p>
      <w:r>
        <w:br w:type="page"/>
      </w:r>
    </w:p>
    <w:p>
      <w:pPr>
        <w:pStyle w:val="Heading1"/>
      </w:pPr>
      <w:r>
        <w:t>Contenu du registre</w:t>
      </w:r>
    </w:p>
    <w:p>
      <w:pPr>
        <w:pStyle w:val="ListNumber"/>
      </w:pPr>
      <w:r>
        <w:t>1) Coordonnées utiles</w:t>
      </w:r>
    </w:p>
    <w:p>
      <w:pPr>
        <w:pStyle w:val="ListNumber"/>
      </w:pPr>
      <w:r>
        <w:t>2) Identification de l’établissement</w:t>
      </w:r>
    </w:p>
    <w:p>
      <w:pPr>
        <w:pStyle w:val="ListNumber"/>
      </w:pPr>
      <w:r>
        <w:t>3) Effectifs et nombre de personnes accueillies</w:t>
      </w:r>
    </w:p>
    <w:p>
      <w:pPr>
        <w:pStyle w:val="ListNumber"/>
      </w:pPr>
      <w:r>
        <w:t>4) Plans de l’établissement</w:t>
      </w:r>
    </w:p>
    <w:p>
      <w:pPr>
        <w:pStyle w:val="ListNumber"/>
      </w:pPr>
      <w:r>
        <w:t>5) Liste et emplacement des matériels de sécurité</w:t>
      </w:r>
    </w:p>
    <w:p>
      <w:pPr>
        <w:pStyle w:val="ListNumber"/>
      </w:pPr>
      <w:r>
        <w:t>6) Personnel chargé du service incendie</w:t>
      </w:r>
    </w:p>
    <w:p>
      <w:pPr>
        <w:pStyle w:val="ListNumber"/>
      </w:pPr>
      <w:r>
        <w:t>7) Consignes en cas d’incendie</w:t>
      </w:r>
    </w:p>
    <w:p>
      <w:pPr>
        <w:pStyle w:val="ListNumber"/>
      </w:pPr>
      <w:r>
        <w:t>8) Exercices d’alarme, d’évacuation et de manipulation du matériel incendie</w:t>
      </w:r>
    </w:p>
    <w:p>
      <w:pPr>
        <w:pStyle w:val="ListNumber"/>
      </w:pPr>
      <w:r>
        <w:t>9) Contrôle et vérification périodique des outils, installations, équipements et matériels</w:t>
      </w:r>
    </w:p>
    <w:p>
      <w:pPr>
        <w:pStyle w:val="ListNumber"/>
      </w:pPr>
      <w:r>
        <w:t>10) Travaux d’aménagement et de transformation</w:t>
      </w:r>
    </w:p>
    <w:p>
      <w:pPr>
        <w:pStyle w:val="ListNumber"/>
      </w:pPr>
      <w:r>
        <w:t>11) Incidents observés en matière de sécurité</w:t>
      </w:r>
    </w:p>
    <w:p>
      <w:pPr>
        <w:pStyle w:val="ListNumber"/>
      </w:pPr>
      <w:r>
        <w:t>12) Visites de la commission de sécurité</w:t>
      </w:r>
    </w:p>
    <w:p>
      <w:r>
        <w:br w:type="page"/>
      </w:r>
    </w:p>
    <w:p>
      <w:pPr>
        <w:pStyle w:val="Heading1"/>
      </w:pPr>
      <w:r>
        <w:t>1) Coordonnées utiles</w:t>
      </w:r>
    </w:p>
    <w:p>
      <w:r>
        <w:t>Services d’urgence et de secours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Urgences / secours</w:t>
            </w:r>
          </w:p>
        </w:tc>
        <w:tc>
          <w:tcPr>
            <w:tcW w:type="dxa" w:w="2880"/>
          </w:tcPr>
          <w:p>
            <w:r>
              <w:t>Nom / Adresse</w:t>
            </w:r>
          </w:p>
        </w:tc>
        <w:tc>
          <w:tcPr>
            <w:tcW w:type="dxa" w:w="2880"/>
          </w:tcPr>
          <w:p>
            <w:r>
              <w:t>Téléphone</w:t>
            </w:r>
          </w:p>
        </w:tc>
      </w:tr>
      <w:tr>
        <w:tc>
          <w:tcPr>
            <w:tcW w:type="dxa" w:w="2880"/>
          </w:tcPr>
          <w:p>
            <w:r>
              <w:t>Pompiers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SAMU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Police / Gendarmerie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Hôpital / Urgences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Centre antipoison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Médecin traitant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Préfecture / Sous‑préfecture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EDF / Fournisseur d’énergie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Service des eaux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Autres contacts utiles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/>
    <w:p>
      <w:r>
        <w:t>Depuis un téléphone portable, composer le 112 : numéro d’appel d’urgence européen (secours médicaux, police, pompiers).</w:t>
      </w:r>
    </w:p>
    <w:p/>
    <w:p>
      <w:r>
        <w:t>Contacts internes et prestataires habituels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Fonction / Rôle</w:t>
            </w:r>
          </w:p>
        </w:tc>
        <w:tc>
          <w:tcPr>
            <w:tcW w:type="dxa" w:w="2880"/>
          </w:tcPr>
          <w:p>
            <w:r>
              <w:t>Nom / Coordonnées</w:t>
            </w:r>
          </w:p>
        </w:tc>
        <w:tc>
          <w:tcPr>
            <w:tcW w:type="dxa" w:w="2880"/>
          </w:tcPr>
          <w:p>
            <w:r>
              <w:t>Téléphone</w:t>
            </w:r>
          </w:p>
        </w:tc>
      </w:tr>
      <w:tr>
        <w:tc>
          <w:tcPr>
            <w:tcW w:type="dxa" w:w="2880"/>
          </w:tcPr>
          <w:p>
            <w:r>
              <w:t>Maire ou direction générale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Adjoint / Direction adjointe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Concierge / Gardien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Référent sécurité / prévention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Électricien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Plombier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Chauffagiste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Autres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2) Identification de l’établissement</w:t>
      </w:r>
    </w:p>
    <w:p>
      <w:r>
        <w:t>Adresse complète : .....................................................................................................................</w:t>
      </w:r>
    </w:p>
    <w:p>
      <w:r>
        <w:t>Représentant légal (nom, prénom) : ....................................................................................</w:t>
      </w:r>
    </w:p>
    <w:p>
      <w:r>
        <w:t>Téléphone : ...........................................................................................................................</w:t>
      </w:r>
    </w:p>
    <w:p>
      <w:r>
        <w:t>Adresse électronique : .......................................................................................................</w:t>
      </w:r>
    </w:p>
    <w:p>
      <w:r>
        <w:t>Date de construction ou de mise en service : ...............................................................</w:t>
      </w:r>
    </w:p>
    <w:p>
      <w:r>
        <w:t>Type d’ERP (catégorie, type) : ...........................................................................................</w:t>
      </w:r>
    </w:p>
    <w:p>
      <w:r>
        <w:t>Activité principale exercée : ................................................................................................</w:t>
      </w:r>
    </w:p>
    <w:p>
      <w:r>
        <w:br w:type="page"/>
      </w:r>
    </w:p>
    <w:p>
      <w:pPr>
        <w:pStyle w:val="Heading1"/>
      </w:pPr>
      <w:r>
        <w:t>3) Effectifs et nombre de personnes accueillies</w:t>
      </w:r>
    </w:p>
    <w:p>
      <w:r>
        <w:t>Renseigner ci-dessous les effectifs habituels et, si besoin, les périodes de forte affluence.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Catégorie de personnes</w:t>
            </w:r>
          </w:p>
        </w:tc>
        <w:tc>
          <w:tcPr>
            <w:tcW w:type="dxa" w:w="2880"/>
          </w:tcPr>
          <w:p>
            <w:r>
              <w:t>Nombre moyen</w:t>
            </w:r>
          </w:p>
        </w:tc>
        <w:tc>
          <w:tcPr>
            <w:tcW w:type="dxa" w:w="2880"/>
          </w:tcPr>
          <w:p>
            <w:r>
              <w:t>Période / remarques</w:t>
            </w:r>
          </w:p>
        </w:tc>
      </w:tr>
      <w:tr>
        <w:tc>
          <w:tcPr>
            <w:tcW w:type="dxa" w:w="2880"/>
          </w:tcPr>
          <w:p>
            <w:r>
              <w:t>Personnel permanent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Personnel saisonnier / temporaire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Intervenants extérieurs réguliers (prestataires, sous‑traitants…)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Public accueilli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Autres (stagiaires, bénévoles, etc.)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4) Plans de l’établissement</w:t>
      </w:r>
    </w:p>
    <w:p>
      <w:r>
        <w:t>Insérer ou annexer les plans à jour de l’établissement (sous‑sol, rez‑de‑chaussée, étages, espaces extérieurs, issues de secours, points de rassemblement…).</w:t>
      </w:r>
    </w:p>
    <w:p>
      <w:r>
        <w:t>Date de la dernière mise à jour des plans : .................................................................</w:t>
      </w:r>
    </w:p>
    <w:p>
      <w:r>
        <w:t>Emplacement des plans affichés pour le public et le personnel : ..........................</w:t>
      </w:r>
    </w:p>
    <w:p>
      <w:r>
        <w:br w:type="page"/>
      </w:r>
    </w:p>
    <w:p>
      <w:pPr>
        <w:pStyle w:val="Heading1"/>
      </w:pPr>
      <w:r>
        <w:t>5) Liste et emplacement des matériels de sécurité</w:t>
      </w:r>
    </w:p>
    <w:p>
      <w:r>
        <w:t>Recenser l’ensemble des équipements de sécurité : extincteurs, déclencheurs d’alarme, systèmes de désenfumage, robinets d’incendie armés, détecteurs de fumée, éclairage de sécurité, système d’alarme, etc.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Type d’équipement</w:t>
            </w:r>
          </w:p>
        </w:tc>
        <w:tc>
          <w:tcPr>
            <w:tcW w:type="dxa" w:w="1728"/>
          </w:tcPr>
          <w:p>
            <w:r>
              <w:t>Emplacement (étage, local, couloir…)</w:t>
            </w:r>
          </w:p>
        </w:tc>
        <w:tc>
          <w:tcPr>
            <w:tcW w:type="dxa" w:w="1728"/>
          </w:tcPr>
          <w:p>
            <w:r>
              <w:t>Nom du vérificateur</w:t>
            </w:r>
          </w:p>
        </w:tc>
        <w:tc>
          <w:tcPr>
            <w:tcW w:type="dxa" w:w="1728"/>
          </w:tcPr>
          <w:p>
            <w:r>
              <w:t>Date de contrôle</w:t>
            </w:r>
          </w:p>
        </w:tc>
        <w:tc>
          <w:tcPr>
            <w:tcW w:type="dxa" w:w="1728"/>
          </w:tcPr>
          <w:p>
            <w:r>
              <w:t>Observations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>
      <w:r>
        <w:t>Joindre au registre les rapports de visite, bulletins de vérification et comptes rendus des organismes de contrôle.</w:t>
      </w:r>
    </w:p>
    <w:p>
      <w:r>
        <w:br w:type="page"/>
      </w:r>
    </w:p>
    <w:p>
      <w:pPr>
        <w:pStyle w:val="Heading1"/>
      </w:pPr>
      <w:r>
        <w:t>6) Personnel chargé du service incendie</w:t>
      </w:r>
    </w:p>
    <w:p>
      <w:r>
        <w:t>Équipe de sécurité et personnes référentes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Nom, prénom</w:t>
            </w:r>
          </w:p>
        </w:tc>
        <w:tc>
          <w:tcPr>
            <w:tcW w:type="dxa" w:w="1728"/>
          </w:tcPr>
          <w:p>
            <w:r>
              <w:t>Fonction</w:t>
            </w:r>
          </w:p>
        </w:tc>
        <w:tc>
          <w:tcPr>
            <w:tcW w:type="dxa" w:w="1728"/>
          </w:tcPr>
          <w:p>
            <w:r>
              <w:t>Type de formation sécurité</w:t>
            </w:r>
          </w:p>
        </w:tc>
        <w:tc>
          <w:tcPr>
            <w:tcW w:type="dxa" w:w="1728"/>
          </w:tcPr>
          <w:p>
            <w:r>
              <w:t>Date de formation</w:t>
            </w:r>
          </w:p>
        </w:tc>
        <w:tc>
          <w:tcPr>
            <w:tcW w:type="dxa" w:w="1728"/>
          </w:tcPr>
          <w:p>
            <w:r>
              <w:t>Téléphone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/>
    <w:p>
      <w:r>
        <w:t>Personnel formé à la manœuvre des moyens de lutte contre l’incendie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Nom, prénom</w:t>
            </w:r>
          </w:p>
        </w:tc>
        <w:tc>
          <w:tcPr>
            <w:tcW w:type="dxa" w:w="1728"/>
          </w:tcPr>
          <w:p>
            <w:r>
              <w:t>Fonction</w:t>
            </w:r>
          </w:p>
        </w:tc>
        <w:tc>
          <w:tcPr>
            <w:tcW w:type="dxa" w:w="1728"/>
          </w:tcPr>
          <w:p>
            <w:r>
              <w:t>Type de formation sécurité</w:t>
            </w:r>
          </w:p>
        </w:tc>
        <w:tc>
          <w:tcPr>
            <w:tcW w:type="dxa" w:w="1728"/>
          </w:tcPr>
          <w:p>
            <w:r>
              <w:t>Date de formation</w:t>
            </w:r>
          </w:p>
        </w:tc>
        <w:tc>
          <w:tcPr>
            <w:tcW w:type="dxa" w:w="1728"/>
          </w:tcPr>
          <w:p>
            <w:r>
              <w:t>Téléphone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7) Consignes en cas d’incendie</w:t>
      </w:r>
    </w:p>
    <w:p>
      <w:r>
        <w:t>Consignes établies par : ........................................................................................................</w:t>
      </w:r>
    </w:p>
    <w:p>
      <w:r>
        <w:t>En date du : ........................................................................................................................</w:t>
      </w:r>
    </w:p>
    <w:p/>
    <w:p>
      <w:r>
        <w:t>Consignes générales (alertes, évacuation, mise en sécurité, appel des secours, etc.) :</w:t>
      </w:r>
    </w:p>
    <w:p>
      <w:r>
        <w:br/>
        <w:br/>
        <w:br/>
      </w:r>
    </w:p>
    <w:p>
      <w:r>
        <w:t>Consignes particulières liées à certains locaux, activités ou publics :</w:t>
      </w:r>
    </w:p>
    <w:p>
      <w:r>
        <w:br/>
        <w:br/>
        <w:br/>
      </w:r>
    </w:p>
    <w:p>
      <w:r>
        <w:br w:type="page"/>
      </w:r>
    </w:p>
    <w:p>
      <w:pPr>
        <w:pStyle w:val="Heading1"/>
      </w:pPr>
      <w:r>
        <w:t>8) Exercices d’alarme, d’évacuation et de manipulation du matériel incendie</w:t>
      </w:r>
    </w:p>
    <w:p>
      <w:r>
        <w:t>Les exercices et essais doivent être organisés régulièrement. Renseigner ci‑dessous les essais d’alarme, les exercices d’évacuation et les formations à l’utilisation des moyens de première intervention.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Date de l’exercice</w:t>
            </w:r>
          </w:p>
        </w:tc>
        <w:tc>
          <w:tcPr>
            <w:tcW w:type="dxa" w:w="2880"/>
          </w:tcPr>
          <w:p>
            <w:r>
              <w:t>Nature de l’exercice</w:t>
            </w:r>
          </w:p>
        </w:tc>
        <w:tc>
          <w:tcPr>
            <w:tcW w:type="dxa" w:w="2880"/>
          </w:tcPr>
          <w:p>
            <w:r>
              <w:t>Observations / bilan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9) Contrôle et vérification périodique des outils, installations, équipements et matériels</w:t>
      </w:r>
    </w:p>
    <w:p>
      <w:r>
        <w:t>Mentionner les contrôles périodiques réglementaires (électricité, gaz, appareils de levage, véhicules, installations de cuisson, etc.) ainsi que les vérifications internes ayant un impact sur la sécurité.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Date</w:t>
            </w:r>
          </w:p>
        </w:tc>
        <w:tc>
          <w:tcPr>
            <w:tcW w:type="dxa" w:w="2160"/>
          </w:tcPr>
          <w:p>
            <w:r>
              <w:t>Matériel / installation concerné(e)</w:t>
            </w:r>
          </w:p>
        </w:tc>
        <w:tc>
          <w:tcPr>
            <w:tcW w:type="dxa" w:w="2160"/>
          </w:tcPr>
          <w:p>
            <w:r>
              <w:t>Personne ou organisme chargé du contrôle</w:t>
            </w:r>
          </w:p>
        </w:tc>
        <w:tc>
          <w:tcPr>
            <w:tcW w:type="dxa" w:w="2160"/>
          </w:tcPr>
          <w:p>
            <w:r>
              <w:t>Observations liées au contrôle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r>
        <w:t>Conserver en annexe les rapports de contrôle correspondants.</w:t>
      </w:r>
    </w:p>
    <w:p>
      <w:r>
        <w:br w:type="page"/>
      </w:r>
    </w:p>
    <w:p>
      <w:pPr>
        <w:pStyle w:val="Heading1"/>
      </w:pPr>
      <w:r>
        <w:t>10) Travaux d’aménagement et de transformation</w:t>
      </w:r>
    </w:p>
    <w:p>
      <w:r>
        <w:t>Inscrire ici tous les travaux pouvant modifier les conditions de sécurité : cloisonnements, changement de destination d’un local, remplacement d’équipements techniques, etc.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Date</w:t>
            </w:r>
          </w:p>
        </w:tc>
        <w:tc>
          <w:tcPr>
            <w:tcW w:type="dxa" w:w="2160"/>
          </w:tcPr>
          <w:p>
            <w:r>
              <w:t>Nature des travaux</w:t>
            </w:r>
          </w:p>
        </w:tc>
        <w:tc>
          <w:tcPr>
            <w:tcW w:type="dxa" w:w="2160"/>
          </w:tcPr>
          <w:p>
            <w:r>
              <w:t>Entreprise ou artisan</w:t>
            </w:r>
          </w:p>
        </w:tc>
        <w:tc>
          <w:tcPr>
            <w:tcW w:type="dxa" w:w="2160"/>
          </w:tcPr>
          <w:p>
            <w:r>
              <w:t>Personne chargée de la surveillance des travaux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11) Incidents observés en matière de sécurité</w:t>
      </w:r>
    </w:p>
    <w:p>
      <w:r>
        <w:t>Enregistrer les incidents, presque‑accidents, départs de feu, dysfonctionnements d’équipements de sécurité, ainsi que les suites données.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Date</w:t>
            </w:r>
          </w:p>
        </w:tc>
        <w:tc>
          <w:tcPr>
            <w:tcW w:type="dxa" w:w="1728"/>
          </w:tcPr>
          <w:p>
            <w:r>
              <w:t>Lieu</w:t>
            </w:r>
          </w:p>
        </w:tc>
        <w:tc>
          <w:tcPr>
            <w:tcW w:type="dxa" w:w="1728"/>
          </w:tcPr>
          <w:p>
            <w:r>
              <w:t>Nature de l’incident</w:t>
            </w:r>
          </w:p>
        </w:tc>
        <w:tc>
          <w:tcPr>
            <w:tcW w:type="dxa" w:w="1728"/>
          </w:tcPr>
          <w:p>
            <w:r>
              <w:t>Témoin(s) / personne(s) impliquée(s)</w:t>
            </w:r>
          </w:p>
        </w:tc>
        <w:tc>
          <w:tcPr>
            <w:tcW w:type="dxa" w:w="1728"/>
          </w:tcPr>
          <w:p>
            <w:r>
              <w:t>Mesures prises et observations</w:t>
            </w:r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p>
      <w:r>
        <w:br w:type="page"/>
      </w:r>
    </w:p>
    <w:p>
      <w:pPr>
        <w:pStyle w:val="Heading1"/>
      </w:pPr>
      <w:r>
        <w:t>12) Visites de la commission de sécurité</w:t>
      </w:r>
    </w:p>
    <w:p>
      <w:r>
        <w:t>Visite de réception :</w:t>
      </w:r>
    </w:p>
    <w:p>
      <w:r>
        <w:t>Date de la visite : ..............................................................................................................</w:t>
      </w:r>
    </w:p>
    <w:p>
      <w:r>
        <w:t>Autorisation d’ouverture délivrée le : ..........................................................................</w:t>
      </w:r>
    </w:p>
    <w:p>
      <w:r>
        <w:t>Par (autorité compétente) : ............................................................................................</w:t>
      </w:r>
    </w:p>
    <w:p/>
    <w:p>
      <w:r>
        <w:t>Visites périodiques de la commission de sécurité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Date de la visite</w:t>
            </w:r>
          </w:p>
        </w:tc>
        <w:tc>
          <w:tcPr>
            <w:tcW w:type="dxa" w:w="2880"/>
          </w:tcPr>
          <w:p>
            <w:r>
              <w:t>Observations / prescriptions</w:t>
            </w:r>
          </w:p>
        </w:tc>
        <w:tc>
          <w:tcPr>
            <w:tcW w:type="dxa" w:w="2880"/>
          </w:tcPr>
          <w:p>
            <w:r>
              <w:t>Visa / signature</w:t>
            </w:r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</w:tbl>
    <w:sectPr w:rsidR="00FC693F" w:rsidRPr="0006063C" w:rsidSect="00034616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