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1F4E79"/>
          </w:tcPr>
          <w:p>
            <w:pPr>
              <w:spacing w:before="120" w:after="120" w:line="240" w:lineRule="auto"/>
              <w:jc w:val="center"/>
            </w:pPr>
            <w:r>
              <w:rPr>
                <w:rFonts w:ascii="Calibri" w:hAnsi="Calibri"/>
                <w:b/>
                <w:color w:val="FFFFFF"/>
                <w:sz w:val="28"/>
              </w:rPr>
              <w:t>MODÈLE WORD - RÉCIT BIOGRAPHIQUE</w:t>
            </w:r>
          </w:p>
        </w:tc>
      </w:tr>
    </w:tbl>
    <w:p/>
    <w:p>
      <w:pPr>
        <w:pStyle w:val="Title"/>
        <w:spacing w:before="120" w:after="40" w:line="240" w:lineRule="auto"/>
        <w:jc w:val="center"/>
      </w:pPr>
      <w:r>
        <w:t>Récit biographique</w:t>
      </w:r>
    </w:p>
    <w:p>
      <w:pPr>
        <w:pStyle w:val="Subtitle"/>
        <w:spacing w:before="0" w:after="200" w:line="240" w:lineRule="auto"/>
        <w:jc w:val="center"/>
      </w:pPr>
      <w:r>
        <w:t>Trame prête à compléter (méthode + sections + tableaux)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Personne racontée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[Nom, prénom]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Auteur / Rédacteur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[Nom, prénom]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Période couverte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[Ex. 1990-2025]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2F2F2"/>
          </w:tcPr>
          <w:p>
            <w:pPr>
              <w:spacing w:before="80" w:after="80" w:line="264" w:lineRule="auto"/>
            </w:pPr>
            <w:r>
              <w:rPr>
                <w:b/>
              </w:rPr>
              <w:t>Mode d'emploi (2 minutes)</w:t>
              <w:br/>
            </w:r>
            <w:r>
              <w:t>• Remplacez les champs entre crochets [ ... ].</w:t>
              <w:br/>
              <w:t>• Ajoutez des photos dans les zones prévues et légendez-les.</w:t>
              <w:br/>
              <w:t>• Pour un sommaire automatique : Références &gt; Table des matières.</w:t>
              <w:br/>
              <w:t>• Pour une biographie plus vivante : alternez faits, scènes courtes, citations et contexte.</w:t>
            </w:r>
          </w:p>
        </w:tc>
      </w:tr>
    </w:tbl>
    <w:p>
      <w:r>
        <w:br w:type="page"/>
      </w:r>
    </w:p>
    <w:p>
      <w:pPr>
        <w:pStyle w:val="Heading1"/>
      </w:pPr>
      <w:r>
        <w:t>Sommaire</w:t>
      </w:r>
    </w:p>
    <w:p>
      <w:pPr>
        <w:spacing w:before="0" w:after="200" w:line="276" w:lineRule="auto"/>
      </w:pPr>
      <w:r>
        <w:rPr>
          <w:i/>
          <w:color w:val="666666"/>
        </w:rPr>
        <w:t>[Insérer ici une table des matières automatique]</w:t>
      </w:r>
    </w:p>
    <w:p>
      <w:r>
        <w:br w:type="page"/>
      </w:r>
    </w:p>
    <w:p>
      <w:pPr>
        <w:pStyle w:val="Heading1"/>
      </w:pPr>
      <w:r>
        <w:t>1. Fiche d'identité</w:t>
      </w:r>
    </w:p>
    <w:p>
      <w:r>
        <w:t>Objectif : rassembler les informations de base et les repères chronologiques.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Nom et prénom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Date et lieu de naissance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Nationalité / origine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Situation familiale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Lieu de vie principal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Métier / rôle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Ce qui le/la caractérise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  <w:tr>
        <w:tc>
          <w:tcPr>
            <w:tcW w:type="dxa" w:w="4819"/>
            <w:shd w:val="clear" w:color="auto" w:fill="E7EEF6"/>
          </w:tcPr>
          <w:p>
            <w:pPr>
              <w:spacing w:before="40" w:after="40" w:line="240" w:lineRule="auto"/>
            </w:pPr>
            <w:r>
              <w:rPr>
                <w:b/>
              </w:rPr>
              <w:t>Phrase d'ouverture possible</w:t>
            </w:r>
          </w:p>
        </w:tc>
        <w:tc>
          <w:tcPr>
            <w:tcW w:type="dxa" w:w="4819"/>
          </w:tcPr>
          <w:p>
            <w:pPr>
              <w:spacing w:before="40" w:after="40" w:line="240" w:lineRule="auto"/>
            </w:pPr>
            <w:r>
              <w:t>[À compléter]</w:t>
            </w:r>
          </w:p>
        </w:tc>
      </w:tr>
    </w:tbl>
    <w:p/>
    <w:p>
      <w:pPr>
        <w:pStyle w:val="Heading1"/>
      </w:pPr>
      <w:r>
        <w:t>2. Ligne du temps</w:t>
      </w:r>
    </w:p>
    <w:p>
      <w:r>
        <w:t>Astuce : une chronologie claire rend le récit facile à suivre. Ajoutez une source quand c'est utile (document, entretien, photo).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Âge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Lieu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Événement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Source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Notes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[..]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[Ville]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[Fait marquant]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[Entretien / doc]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[Contexte, ressenti]</w:t>
            </w:r>
          </w:p>
        </w:tc>
      </w:tr>
    </w:tbl>
    <w:p/>
    <w:p>
      <w:pPr>
        <w:pStyle w:val="Heading1"/>
      </w:pPr>
      <w:r>
        <w:t>3. Contexte et origines</w:t>
      </w:r>
    </w:p>
    <w:p>
      <w:r>
        <w:t>Décrivez le cadre : famille, environnement social, époque, lieux, influences. L'idée : planter le décor.</w:t>
      </w:r>
    </w:p>
    <w:p>
      <w:r>
        <w:t>• Décor : [quartier / village / ville], ambiance, habitudes</w:t>
        <w:br/>
        <w:t>• Repères : [période], événements marquants, conditions de vie</w:t>
        <w:br/>
        <w:t>• Premières influences : [personnes, lectures, activités]</w:t>
      </w:r>
    </w:p>
    <w:p>
      <w:pPr>
        <w:pStyle w:val="Heading1"/>
      </w:pPr>
      <w:r>
        <w:t>4. Enfance et adolescence</w:t>
      </w:r>
    </w:p>
    <w:p>
      <w:r>
        <w:t>Écrivez en scènes courtes : une journée type, une anecdote, une réussite, un obstacle.</w:t>
      </w:r>
    </w:p>
    <w:p>
      <w:r>
        <w:rPr>
          <w:b/>
        </w:rPr>
        <w:t xml:space="preserve">Scène à raconter : </w:t>
      </w:r>
      <w:r>
        <w:t>[Ex. le premier jour d'école, un déménagement, une rencontre]</w:t>
      </w:r>
    </w:p>
    <w:p>
      <w:r>
        <w:rPr>
          <w:b/>
        </w:rPr>
        <w:t xml:space="preserve">Citation (si disponible) : </w:t>
      </w:r>
      <w:r>
        <w:rPr>
          <w:i/>
        </w:rPr>
        <w:t>“[ ... ]”</w:t>
      </w:r>
    </w:p>
    <w:p/>
    <w:p>
      <w:pPr>
        <w:pStyle w:val="Heading1"/>
      </w:pPr>
      <w:r>
        <w:t>5. Études et formation</w:t>
      </w:r>
    </w:p>
    <w:p>
      <w:r>
        <w:t>Parcours scolaire, choix d'orientation, apprentissages clés, mentors, tournants.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2F75B5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1928"/>
            <w:shd w:val="clear" w:color="auto" w:fill="2F75B5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Établissement / organisme</w:t>
            </w:r>
          </w:p>
        </w:tc>
        <w:tc>
          <w:tcPr>
            <w:tcW w:type="dxa" w:w="1928"/>
            <w:shd w:val="clear" w:color="auto" w:fill="2F75B5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Diplôme / formation</w:t>
            </w:r>
          </w:p>
        </w:tc>
        <w:tc>
          <w:tcPr>
            <w:tcW w:type="dxa" w:w="1928"/>
            <w:shd w:val="clear" w:color="auto" w:fill="2F75B5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Ce que cela a apporté</w:t>
            </w:r>
          </w:p>
        </w:tc>
        <w:tc>
          <w:tcPr>
            <w:tcW w:type="dxa" w:w="1928"/>
            <w:shd w:val="clear" w:color="auto" w:fill="2F75B5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Preuves (option)</w:t>
            </w:r>
          </w:p>
        </w:tc>
      </w:tr>
      <w:tr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[Compétences / déclic]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[Bulletin, attestation]</w:t>
            </w:r>
          </w:p>
        </w:tc>
      </w:tr>
      <w:tr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[Compétences / déclic]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[Bulletin, attestation]</w:t>
            </w:r>
          </w:p>
        </w:tc>
      </w:tr>
      <w:tr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[Compétences / déclic]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[Bulletin, attestation]</w:t>
            </w:r>
          </w:p>
        </w:tc>
      </w:tr>
      <w:tr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[Compétences / déclic]</w:t>
            </w:r>
          </w:p>
        </w:tc>
        <w:tc>
          <w:tcPr>
            <w:tcW w:type="dxa" w:w="1928"/>
          </w:tcPr>
          <w:p>
            <w:pPr>
              <w:spacing w:before="20" w:after="20" w:line="240" w:lineRule="auto"/>
            </w:pPr>
            <w:r>
              <w:t>[Bulletin, attestation]</w:t>
            </w:r>
          </w:p>
        </w:tc>
      </w:tr>
    </w:tbl>
    <w:p/>
    <w:p>
      <w:pPr>
        <w:pStyle w:val="Heading1"/>
      </w:pPr>
      <w:r>
        <w:t>6. Vie professionnelle</w:t>
      </w:r>
    </w:p>
    <w:p>
      <w:r>
        <w:t>Racontez les étapes : premiers emplois, responsabilités, projets, échecs utiles, progression.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Entreprise / structure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Poste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Missions clés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Réalisations</w:t>
            </w:r>
          </w:p>
        </w:tc>
        <w:tc>
          <w:tcPr>
            <w:tcW w:type="dxa" w:w="1606"/>
            <w:shd w:val="clear" w:color="auto" w:fill="1F4E79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</w:rPr>
              <w:t>Compétences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[3-4 points]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[Chiffres, preuves]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[Savoir-faire]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[3-4 points]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[Chiffres, preuves]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[Savoir-faire]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[3-4 points]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[Chiffres, preuves]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[Savoir-faire]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[3-4 points]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[Chiffres, preuves]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[Savoir-faire]</w:t>
            </w:r>
          </w:p>
        </w:tc>
      </w:tr>
      <w:tr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[AAAA-AAAA]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[Nom]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[Titre]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[3-4 points]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[Chiffres, preuves]</w:t>
            </w:r>
          </w:p>
        </w:tc>
        <w:tc>
          <w:tcPr>
            <w:tcW w:type="dxa" w:w="1606"/>
          </w:tcPr>
          <w:p>
            <w:pPr>
              <w:spacing w:before="20" w:after="20" w:line="240" w:lineRule="auto"/>
            </w:pPr>
            <w:r>
              <w:t>[Savoir-faire]</w:t>
            </w:r>
          </w:p>
        </w:tc>
      </w:tr>
    </w:tbl>
    <w:p/>
    <w:p>
      <w:pPr>
        <w:pStyle w:val="Heading1"/>
      </w:pPr>
      <w:r>
        <w:t>7. Moments charnières</w:t>
      </w:r>
    </w:p>
    <w:p>
      <w:r>
        <w:t>Sélectionnez 3 à 7 moments qui expliquent la trajectoire. Pour chaque moment : contexte, décision, conséquence.</w:t>
      </w:r>
    </w:p>
    <w:p>
      <w:pPr>
        <w:pStyle w:val="Heading2"/>
      </w:pPr>
      <w:r>
        <w:t>Moment 1</w:t>
      </w:r>
    </w:p>
    <w:p>
      <w:r>
        <w:rPr>
          <w:b/>
        </w:rPr>
        <w:t xml:space="preserve">Contexte : </w:t>
      </w:r>
      <w:r>
        <w:t>[ ... ]</w:t>
      </w:r>
    </w:p>
    <w:p>
      <w:r>
        <w:rPr>
          <w:b/>
        </w:rPr>
        <w:t xml:space="preserve">Décision / action : </w:t>
      </w:r>
      <w:r>
        <w:t>[ ... ]</w:t>
      </w:r>
    </w:p>
    <w:p>
      <w:r>
        <w:rPr>
          <w:b/>
        </w:rPr>
        <w:t xml:space="preserve">Impact : </w:t>
      </w:r>
      <w:r>
        <w:t>[ ... ]</w:t>
      </w:r>
    </w:p>
    <w:p>
      <w:pPr>
        <w:pStyle w:val="Heading2"/>
      </w:pPr>
      <w:r>
        <w:t>Moment 2</w:t>
      </w:r>
    </w:p>
    <w:p>
      <w:r>
        <w:rPr>
          <w:b/>
        </w:rPr>
        <w:t xml:space="preserve">Contexte : </w:t>
      </w:r>
      <w:r>
        <w:t>[ ... ]</w:t>
      </w:r>
    </w:p>
    <w:p>
      <w:r>
        <w:rPr>
          <w:b/>
        </w:rPr>
        <w:t xml:space="preserve">Décision / action : </w:t>
      </w:r>
      <w:r>
        <w:t>[ ... ]</w:t>
      </w:r>
    </w:p>
    <w:p>
      <w:r>
        <w:rPr>
          <w:b/>
        </w:rPr>
        <w:t xml:space="preserve">Impact : </w:t>
      </w:r>
      <w:r>
        <w:t>[ ... ]</w:t>
      </w:r>
    </w:p>
    <w:p>
      <w:pPr>
        <w:pStyle w:val="Heading2"/>
      </w:pPr>
      <w:r>
        <w:t>Moment 3</w:t>
      </w:r>
    </w:p>
    <w:p>
      <w:r>
        <w:rPr>
          <w:b/>
        </w:rPr>
        <w:t xml:space="preserve">Contexte : </w:t>
      </w:r>
      <w:r>
        <w:t>[ ... ]</w:t>
      </w:r>
    </w:p>
    <w:p>
      <w:r>
        <w:rPr>
          <w:b/>
        </w:rPr>
        <w:t xml:space="preserve">Décision / action : </w:t>
      </w:r>
      <w:r>
        <w:t>[ ... ]</w:t>
      </w:r>
    </w:p>
    <w:p>
      <w:r>
        <w:rPr>
          <w:b/>
        </w:rPr>
        <w:t xml:space="preserve">Impact : </w:t>
      </w:r>
      <w:r>
        <w:t>[ ... ]</w:t>
      </w:r>
    </w:p>
    <w:p/>
    <w:p>
      <w:pPr>
        <w:pStyle w:val="Heading1"/>
      </w:pPr>
      <w:r>
        <w:t>8. Valeurs, traits et style personnel</w:t>
      </w:r>
    </w:p>
    <w:p>
      <w:r>
        <w:t>Décrivez ce qui guide la personne : valeurs, principes, façon de travailler, relation aux autres.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2F75B5"/>
          </w:tcPr>
          <w:p>
            <w:pPr>
              <w:jc w:val="center"/>
            </w:pPr>
            <w:r>
              <w:rPr>
                <w:b/>
                <w:color w:val="FFFFFF"/>
              </w:rPr>
              <w:t>Valeur / trait</w:t>
            </w:r>
          </w:p>
        </w:tc>
        <w:tc>
          <w:tcPr>
            <w:tcW w:type="dxa" w:w="2409"/>
            <w:shd w:val="clear" w:color="auto" w:fill="2F75B5"/>
          </w:tcPr>
          <w:p>
            <w:pPr>
              <w:jc w:val="center"/>
            </w:pPr>
            <w:r>
              <w:rPr>
                <w:b/>
                <w:color w:val="FFFFFF"/>
              </w:rPr>
              <w:t>Comment cela se voit</w:t>
            </w:r>
          </w:p>
        </w:tc>
        <w:tc>
          <w:tcPr>
            <w:tcW w:type="dxa" w:w="2409"/>
            <w:shd w:val="clear" w:color="auto" w:fill="2F75B5"/>
          </w:tcPr>
          <w:p>
            <w:pPr>
              <w:jc w:val="center"/>
            </w:pPr>
            <w:r>
              <w:rPr>
                <w:b/>
                <w:color w:val="FFFFFF"/>
              </w:rPr>
              <w:t>Exemple concret</w:t>
            </w:r>
          </w:p>
        </w:tc>
        <w:tc>
          <w:tcPr>
            <w:tcW w:type="dxa" w:w="2409"/>
            <w:shd w:val="clear" w:color="auto" w:fill="2F75B5"/>
          </w:tcPr>
          <w:p>
            <w:pPr>
              <w:jc w:val="center"/>
            </w:pPr>
            <w:r>
              <w:rPr>
                <w:b/>
                <w:color w:val="FFFFFF"/>
              </w:rPr>
              <w:t>Phrase courte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[Ex. rigueur]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[Comportement]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[Scène / projet]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[Formule]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[Ex. rigueur]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[Comportement]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[Scène / projet]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[Formule]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[Ex. rigueur]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[Comportement]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[Scène / projet]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[Formule]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[Ex. rigueur]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[Comportement]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[Scène / projet]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[Formule]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[Ex. rigueur]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[Comportement]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[Scène / projet]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[Formule]</w:t>
            </w:r>
          </w:p>
        </w:tc>
      </w:tr>
    </w:tbl>
    <w:p/>
    <w:p>
      <w:pPr>
        <w:pStyle w:val="Heading1"/>
      </w:pPr>
      <w:r>
        <w:t>9. Témoignages et citations</w:t>
      </w:r>
    </w:p>
    <w:p>
      <w:r>
        <w:t>Insérez des paroles directes (famille, collègues, amis). Elles donnent de la crédibilité et de la chaleur.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7EEF6"/>
          </w:tcPr>
          <w:p>
            <w:r>
              <w:rPr>
                <w:b/>
              </w:rPr>
              <w:t>Qui parle ?</w:t>
            </w:r>
          </w:p>
        </w:tc>
        <w:tc>
          <w:tcPr>
            <w:tcW w:type="dxa" w:w="4819"/>
            <w:shd w:val="clear" w:color="auto" w:fill="E7EEF6"/>
          </w:tcPr>
          <w:p>
            <w:r>
              <w:rPr>
                <w:b/>
              </w:rPr>
              <w:t>Citation / souvenir (15 à 60 mots)</w:t>
            </w:r>
          </w:p>
        </w:tc>
      </w:tr>
      <w:tr>
        <w:tc>
          <w:tcPr>
            <w:tcW w:type="dxa" w:w="4819"/>
          </w:tcPr>
          <w:p>
            <w:r>
              <w:t>[Nom + lien]</w:t>
            </w:r>
          </w:p>
        </w:tc>
        <w:tc>
          <w:tcPr>
            <w:tcW w:type="dxa" w:w="4819"/>
          </w:tcPr>
          <w:p>
            <w:r>
              <w:rPr>
                <w:i/>
              </w:rPr>
              <w:t>“[ ... ]”</w:t>
            </w:r>
          </w:p>
        </w:tc>
      </w:tr>
      <w:tr>
        <w:tc>
          <w:tcPr>
            <w:tcW w:type="dxa" w:w="4819"/>
          </w:tcPr>
          <w:p>
            <w:r>
              <w:t>[Nom + lien]</w:t>
            </w:r>
          </w:p>
        </w:tc>
        <w:tc>
          <w:tcPr>
            <w:tcW w:type="dxa" w:w="4819"/>
          </w:tcPr>
          <w:p>
            <w:r>
              <w:rPr>
                <w:i/>
              </w:rPr>
              <w:t>“[ ... ]”</w:t>
            </w:r>
          </w:p>
        </w:tc>
      </w:tr>
      <w:tr>
        <w:tc>
          <w:tcPr>
            <w:tcW w:type="dxa" w:w="4819"/>
          </w:tcPr>
          <w:p>
            <w:r>
              <w:t>[Nom + lien]</w:t>
            </w:r>
          </w:p>
        </w:tc>
        <w:tc>
          <w:tcPr>
            <w:tcW w:type="dxa" w:w="4819"/>
          </w:tcPr>
          <w:p>
            <w:r>
              <w:rPr>
                <w:i/>
              </w:rPr>
              <w:t>“[ ... ]”</w:t>
            </w:r>
          </w:p>
        </w:tc>
      </w:tr>
    </w:tbl>
    <w:p>
      <w:r>
        <w:br w:type="page"/>
      </w:r>
    </w:p>
    <w:p>
      <w:pPr>
        <w:pStyle w:val="Heading1"/>
      </w:pPr>
      <w:r>
        <w:t>10. Photos et documents</w:t>
      </w:r>
    </w:p>
    <w:p>
      <w:r>
        <w:t>Placez ici les visuels (photos, diplômes, lettres, articles). Ajoutez une légende claire et une date.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7F7F7"/>
          </w:tcPr>
          <w:p>
            <w:pPr>
              <w:spacing w:before="120" w:after="120" w:line="240" w:lineRule="auto"/>
              <w:jc w:val="center"/>
            </w:pPr>
            <w:r>
              <w:rPr>
                <w:i/>
                <w:color w:val="777777"/>
              </w:rPr>
              <w:br/>
              <w:t>[Zone photo]</w:t>
              <w:br/>
            </w:r>
          </w:p>
          <w:p>
            <w:pPr>
              <w:spacing w:before="0" w:after="80" w:line="240" w:lineRule="auto"/>
              <w:jc w:val="center"/>
            </w:pPr>
            <w:r>
              <w:rPr>
                <w:i/>
                <w:color w:val="777777"/>
              </w:rPr>
              <w:t>[Légende + date + lieu]</w:t>
            </w:r>
          </w:p>
        </w:tc>
        <w:tc>
          <w:tcPr>
            <w:tcW w:type="dxa" w:w="4819"/>
            <w:shd w:val="clear" w:color="auto" w:fill="F7F7F7"/>
          </w:tcPr>
          <w:p>
            <w:pPr>
              <w:spacing w:before="120" w:after="120" w:line="240" w:lineRule="auto"/>
              <w:jc w:val="center"/>
            </w:pPr>
            <w:r>
              <w:rPr>
                <w:i/>
                <w:color w:val="777777"/>
              </w:rPr>
              <w:br/>
              <w:t>[Zone photo]</w:t>
              <w:br/>
            </w:r>
          </w:p>
          <w:p>
            <w:pPr>
              <w:spacing w:before="0" w:after="80" w:line="240" w:lineRule="auto"/>
              <w:jc w:val="center"/>
            </w:pPr>
            <w:r>
              <w:rPr>
                <w:i/>
                <w:color w:val="777777"/>
              </w:rPr>
              <w:t>[Légende + date + lieu]</w:t>
            </w:r>
          </w:p>
        </w:tc>
      </w:tr>
      <w:tr>
        <w:tc>
          <w:tcPr>
            <w:tcW w:type="dxa" w:w="4819"/>
            <w:shd w:val="clear" w:color="auto" w:fill="F7F7F7"/>
          </w:tcPr>
          <w:p>
            <w:pPr>
              <w:spacing w:before="120" w:after="120" w:line="240" w:lineRule="auto"/>
              <w:jc w:val="center"/>
            </w:pPr>
            <w:r>
              <w:rPr>
                <w:i/>
                <w:color w:val="777777"/>
              </w:rPr>
              <w:br/>
              <w:t>[Zone photo]</w:t>
              <w:br/>
            </w:r>
          </w:p>
          <w:p>
            <w:pPr>
              <w:spacing w:before="0" w:after="80" w:line="240" w:lineRule="auto"/>
              <w:jc w:val="center"/>
            </w:pPr>
            <w:r>
              <w:rPr>
                <w:i/>
                <w:color w:val="777777"/>
              </w:rPr>
              <w:t>[Légende + date + lieu]</w:t>
            </w:r>
          </w:p>
        </w:tc>
        <w:tc>
          <w:tcPr>
            <w:tcW w:type="dxa" w:w="4819"/>
            <w:shd w:val="clear" w:color="auto" w:fill="F7F7F7"/>
          </w:tcPr>
          <w:p>
            <w:pPr>
              <w:spacing w:before="120" w:after="120" w:line="240" w:lineRule="auto"/>
              <w:jc w:val="center"/>
            </w:pPr>
            <w:r>
              <w:rPr>
                <w:i/>
                <w:color w:val="777777"/>
              </w:rPr>
              <w:br/>
              <w:t>[Zone photo]</w:t>
              <w:br/>
            </w:r>
          </w:p>
          <w:p>
            <w:pPr>
              <w:spacing w:before="0" w:after="80" w:line="240" w:lineRule="auto"/>
              <w:jc w:val="center"/>
            </w:pPr>
            <w:r>
              <w:rPr>
                <w:i/>
                <w:color w:val="777777"/>
              </w:rPr>
              <w:t>[Légende + date + lieu]</w:t>
            </w:r>
          </w:p>
        </w:tc>
      </w:tr>
    </w:tbl>
    <w:p/>
    <w:p>
      <w:pPr>
        <w:pStyle w:val="Heading1"/>
      </w:pPr>
      <w:r>
        <w:t>11. Sources et vérification</w:t>
      </w:r>
    </w:p>
    <w:p>
      <w:r>
        <w:t>Notez ce que vous avez utilisé pour écrire (entretiens, documents, liens, archives).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</w:rPr>
              <w:t>Type de source</w:t>
            </w:r>
          </w:p>
        </w:tc>
        <w:tc>
          <w:tcPr>
            <w:tcW w:type="dxa" w:w="2409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</w:rPr>
              <w:t>Référence</w:t>
            </w:r>
          </w:p>
        </w:tc>
        <w:tc>
          <w:tcPr>
            <w:tcW w:type="dxa" w:w="2409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2409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</w:rPr>
              <w:t>Crédibilité / notes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[Entretien / doc / web]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[Titre + auteur]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[Pourquoi fiable ?]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[Entretien / doc / web]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[Titre + auteur]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[Pourquoi fiable ?]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[Entretien / doc / web]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[Titre + auteur]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[Pourquoi fiable ?]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[Entretien / doc / web]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[Titre + auteur]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[Pourquoi fiable ?]</w:t>
            </w:r>
          </w:p>
        </w:tc>
      </w:tr>
      <w:tr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[Entretien / doc / web]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[Titre + auteur]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[JJ/MM/AAAA]</w:t>
            </w:r>
          </w:p>
        </w:tc>
        <w:tc>
          <w:tcPr>
            <w:tcW w:type="dxa" w:w="2409"/>
          </w:tcPr>
          <w:p>
            <w:pPr>
              <w:spacing w:before="20" w:after="20" w:line="240" w:lineRule="auto"/>
            </w:pPr>
            <w:r>
              <w:t>[Pourquoi fiable ?]</w:t>
            </w:r>
          </w:p>
        </w:tc>
      </w:tr>
    </w:tbl>
    <w:p/>
    <w:p>
      <w:pPr>
        <w:pStyle w:val="Heading1"/>
      </w:pPr>
      <w:r>
        <w:t>12. Conclusion</w:t>
      </w:r>
    </w:p>
    <w:p>
      <w:r>
        <w:t>Terminez par une perspective : ce que la trajectoire raconte, ce qui se poursuit, ce que la personne souhaite transmettre.</w:t>
      </w:r>
    </w:p>
    <w:p>
      <w:r>
        <w:t>Conclusion (8 à 15 lignes) : [ ... ]</w:t>
      </w:r>
    </w:p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tblLayout w:type="autofit"/>
      <w:tblLook w:firstColumn="1" w:firstRow="1" w:lastColumn="0" w:lastRow="0" w:noHBand="0" w:noVBand="1" w:val="04A0"/>
    </w:tblPr>
    <w:tblGrid>
      <w:gridCol w:w="4819"/>
      <w:gridCol w:w="4819"/>
    </w:tblGrid>
    <w:tr>
      <w:tc>
        <w:tcPr>
          <w:tcW w:type="dxa" w:w="4819"/>
        </w:tcPr>
        <w:p>
          <w:pPr>
            <w:spacing w:before="0" w:after="0" w:line="240" w:lineRule="auto"/>
            <w:jc w:val="left"/>
          </w:pPr>
          <w:r>
            <w:rPr>
              <w:sz w:val="18"/>
            </w:rPr>
            <w:t>lecoursgratuit.com</w:t>
          </w:r>
        </w:p>
      </w:tc>
      <w:tc>
        <w:tcPr>
          <w:tcW w:type="dxa" w:w="4819"/>
        </w:tcPr>
        <w:p>
          <w:pPr>
            <w:spacing w:before="0" w:after="0" w:line="240" w:lineRule="auto"/>
            <w:jc w:val="right"/>
          </w:pPr>
          <w:r>
            <w:rPr>
              <w:sz w:val="18"/>
            </w:rPr>
            <w:t xml:space="preserve">Page </w:t>
          </w:r>
          <w:r>
            <w:fldChar w:fldCharType="begin"/>
            <w:instrText xml:space="preserve">PAGE</w:instrText>
            <w:fldChar w:fldCharType="separate"/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2F75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b/>
      <w:color w:val="1F4E79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Calibri" w:hAnsi="Calibri"/>
      <w:i/>
      <w:iCs/>
      <w:color w:val="444444"/>
      <w:spacing w:val="15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