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/>
    <w:p>
      <w:r>
        <w:rPr>
          <w:b/>
          <w:color w:val="0F3557"/>
          <w:sz w:val="44"/>
        </w:rPr>
        <w:t>Planning et activités de formation</w:t>
      </w:r>
    </w:p>
    <w:p>
      <w:pPr>
        <w:spacing w:after="240"/>
      </w:pPr>
      <w:r>
        <w:rPr>
          <w:color w:val="404040"/>
          <w:sz w:val="20"/>
        </w:rPr>
        <w:t>Modèle officiel – à compléter et archiver dans le dossier RH/Formation.</w:t>
      </w:r>
    </w:p>
    <w:p>
      <w:pPr>
        <w:spacing w:before="200" w:after="120"/>
      </w:pPr>
      <w:r>
        <w:rPr>
          <w:b/>
          <w:color w:val="0F3557"/>
          <w:sz w:val="26"/>
        </w:rPr>
        <w:t>1. Fiche d’identité du plan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835"/>
        <w:gridCol w:w="6803"/>
      </w:tblGrid>
      <w:tr>
        <w:tc>
          <w:tcPr>
            <w:tcW w:type="dxa" w:w="4819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  <w:shd w:val="clear" w:color="auto" w:fill="F7F9FB"/>
          </w:tcPr>
          <w:p>
            <w:r>
              <w:rPr>
                <w:b/>
              </w:rPr>
              <w:t>Entreprise</w:t>
            </w:r>
          </w:p>
        </w:tc>
        <w:tc>
          <w:tcPr>
            <w:tcW w:type="dxa" w:w="4819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</w:tr>
      <w:tr>
        <w:tc>
          <w:tcPr>
            <w:tcW w:type="dxa" w:w="4819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  <w:shd w:val="clear" w:color="auto" w:fill="F7F9FB"/>
          </w:tcPr>
          <w:p>
            <w:r>
              <w:rPr>
                <w:b/>
              </w:rPr>
              <w:t>Site / Localisation</w:t>
            </w:r>
          </w:p>
        </w:tc>
        <w:tc>
          <w:tcPr>
            <w:tcW w:type="dxa" w:w="4819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</w:tr>
      <w:tr>
        <w:tc>
          <w:tcPr>
            <w:tcW w:type="dxa" w:w="4819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  <w:shd w:val="clear" w:color="auto" w:fill="F7F9FB"/>
          </w:tcPr>
          <w:p>
            <w:r>
              <w:rPr>
                <w:b/>
              </w:rPr>
              <w:t>Période couverte</w:t>
            </w:r>
          </w:p>
        </w:tc>
        <w:tc>
          <w:tcPr>
            <w:tcW w:type="dxa" w:w="4819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Du ____ au ____</w:t>
            </w:r>
          </w:p>
        </w:tc>
      </w:tr>
      <w:tr>
        <w:tc>
          <w:tcPr>
            <w:tcW w:type="dxa" w:w="4819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  <w:shd w:val="clear" w:color="auto" w:fill="F7F9FB"/>
          </w:tcPr>
          <w:p>
            <w:r>
              <w:rPr>
                <w:b/>
              </w:rPr>
              <w:t>Population cible</w:t>
            </w:r>
          </w:p>
        </w:tc>
        <w:tc>
          <w:tcPr>
            <w:tcW w:type="dxa" w:w="4819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☐ Nouveaux arrivants  ☐ Tous employés  ☐ Managers  ☐ Autre : ____</w:t>
            </w:r>
          </w:p>
        </w:tc>
      </w:tr>
      <w:tr>
        <w:tc>
          <w:tcPr>
            <w:tcW w:type="dxa" w:w="4819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  <w:shd w:val="clear" w:color="auto" w:fill="F7F9FB"/>
          </w:tcPr>
          <w:p>
            <w:r>
              <w:rPr>
                <w:b/>
              </w:rPr>
              <w:t>Objectif global</w:t>
            </w:r>
          </w:p>
        </w:tc>
        <w:tc>
          <w:tcPr>
            <w:tcW w:type="dxa" w:w="4819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</w:tr>
      <w:tr>
        <w:tc>
          <w:tcPr>
            <w:tcW w:type="dxa" w:w="4819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  <w:shd w:val="clear" w:color="auto" w:fill="F7F9FB"/>
          </w:tcPr>
          <w:p>
            <w:r>
              <w:rPr>
                <w:b/>
              </w:rPr>
              <w:t>Budget annuel (EUR)</w:t>
            </w:r>
          </w:p>
        </w:tc>
        <w:tc>
          <w:tcPr>
            <w:tcW w:type="dxa" w:w="4819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Prévu : ____   |   Engagé : ____   |   Réalisé : ____</w:t>
            </w:r>
          </w:p>
        </w:tc>
      </w:tr>
      <w:tr>
        <w:tc>
          <w:tcPr>
            <w:tcW w:type="dxa" w:w="4819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  <w:shd w:val="clear" w:color="auto" w:fill="F7F9FB"/>
          </w:tcPr>
          <w:p>
            <w:r>
              <w:rPr>
                <w:b/>
              </w:rPr>
              <w:t>Modalités</w:t>
            </w:r>
          </w:p>
        </w:tc>
        <w:tc>
          <w:tcPr>
            <w:tcW w:type="dxa" w:w="4819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☐ Présentiel  ☐ Distanciel  ☐ Hybride  |  Lieu : ____</w:t>
            </w:r>
          </w:p>
        </w:tc>
      </w:tr>
      <w:tr>
        <w:tc>
          <w:tcPr>
            <w:tcW w:type="dxa" w:w="4819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  <w:shd w:val="clear" w:color="auto" w:fill="F7F9FB"/>
          </w:tcPr>
          <w:p>
            <w:r>
              <w:rPr>
                <w:b/>
              </w:rPr>
              <w:t>Références / exigences</w:t>
            </w:r>
          </w:p>
        </w:tc>
        <w:tc>
          <w:tcPr>
            <w:tcW w:type="dxa" w:w="4819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☐ Conformité  ☐ Qualité  ☐ Sécurité  ☐ Réglementaire  ☐ Autre : ____</w:t>
            </w:r>
          </w:p>
        </w:tc>
      </w:tr>
    </w:tbl>
    <w:p>
      <w:pPr>
        <w:spacing w:before="200" w:after="120"/>
      </w:pPr>
      <w:r>
        <w:rPr>
          <w:b/>
          <w:color w:val="0F3557"/>
          <w:sz w:val="26"/>
        </w:rPr>
        <w:t>2. Objectifs, axes et indicateurs (KPI)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701"/>
        <w:gridCol w:w="2835"/>
        <w:gridCol w:w="1701"/>
        <w:gridCol w:w="1417"/>
        <w:gridCol w:w="1417"/>
        <w:gridCol w:w="1417"/>
      </w:tblGrid>
      <w:tr>
        <w:trPr>
          <w:tblHeader w:val="true"/>
        </w:trPr>
        <w:tc>
          <w:tcPr>
            <w:tcW w:type="dxa" w:w="1606"/>
            <w:shd w:val="clear" w:color="auto" w:fill="0F3557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Axe</w:t>
            </w:r>
          </w:p>
        </w:tc>
        <w:tc>
          <w:tcPr>
            <w:tcW w:type="dxa" w:w="1606"/>
            <w:shd w:val="clear" w:color="auto" w:fill="0F3557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Objectif opérationnel</w:t>
            </w:r>
          </w:p>
        </w:tc>
        <w:tc>
          <w:tcPr>
            <w:tcW w:type="dxa" w:w="1606"/>
            <w:shd w:val="clear" w:color="auto" w:fill="0F3557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Indicateur</w:t>
            </w:r>
          </w:p>
        </w:tc>
        <w:tc>
          <w:tcPr>
            <w:tcW w:type="dxa" w:w="1606"/>
            <w:shd w:val="clear" w:color="auto" w:fill="0F3557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Cible</w:t>
            </w:r>
          </w:p>
        </w:tc>
        <w:tc>
          <w:tcPr>
            <w:tcW w:type="dxa" w:w="1606"/>
            <w:shd w:val="clear" w:color="auto" w:fill="0F3557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Période</w:t>
            </w:r>
          </w:p>
        </w:tc>
        <w:tc>
          <w:tcPr>
            <w:tcW w:type="dxa" w:w="1606"/>
            <w:shd w:val="clear" w:color="auto" w:fill="0F3557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Responsable</w:t>
            </w:r>
          </w:p>
        </w:tc>
      </w:tr>
      <w:tr>
        <w:tc>
          <w:tcPr>
            <w:tcW w:type="dxa" w:w="1606"/>
            <w:vAlign w:val="center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606"/>
            <w:vAlign w:val="center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606"/>
            <w:vAlign w:val="center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606"/>
            <w:vAlign w:val="center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606"/>
            <w:vAlign w:val="center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606"/>
            <w:vAlign w:val="center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</w:tr>
      <w:tr>
        <w:tc>
          <w:tcPr>
            <w:tcW w:type="dxa" w:w="1606"/>
            <w:vAlign w:val="center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606"/>
            <w:vAlign w:val="center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606"/>
            <w:vAlign w:val="center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606"/>
            <w:vAlign w:val="center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606"/>
            <w:vAlign w:val="center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606"/>
            <w:vAlign w:val="center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</w:tr>
      <w:tr>
        <w:tc>
          <w:tcPr>
            <w:tcW w:type="dxa" w:w="1606"/>
            <w:vAlign w:val="center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606"/>
            <w:vAlign w:val="center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606"/>
            <w:vAlign w:val="center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606"/>
            <w:vAlign w:val="center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606"/>
            <w:vAlign w:val="center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606"/>
            <w:vAlign w:val="center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</w:tr>
      <w:tr>
        <w:tc>
          <w:tcPr>
            <w:tcW w:type="dxa" w:w="1606"/>
            <w:vAlign w:val="center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606"/>
            <w:vAlign w:val="center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606"/>
            <w:vAlign w:val="center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606"/>
            <w:vAlign w:val="center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606"/>
            <w:vAlign w:val="center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606"/>
            <w:vAlign w:val="center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</w:tr>
    </w:tbl>
    <w:p>
      <w:r>
        <w:br w:type="page"/>
      </w:r>
    </w:p>
    <w:p>
      <w:pPr>
        <w:spacing w:before="200" w:after="120"/>
      </w:pPr>
      <w:r>
        <w:rPr>
          <w:b/>
          <w:color w:val="0F3557"/>
          <w:sz w:val="26"/>
        </w:rPr>
        <w:t>3. Planning et activités de formation (suivi d’avancement)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701"/>
        <w:gridCol w:w="2948"/>
        <w:gridCol w:w="1361"/>
        <w:gridCol w:w="1361"/>
        <w:gridCol w:w="1701"/>
        <w:gridCol w:w="1247"/>
        <w:gridCol w:w="1587"/>
      </w:tblGrid>
      <w:tr>
        <w:trPr>
          <w:tblHeader w:val="true"/>
        </w:trPr>
        <w:tc>
          <w:tcPr>
            <w:tcW w:type="dxa" w:w="1377"/>
            <w:shd w:val="clear" w:color="auto" w:fill="155B7A"/>
            <w:tcBorders>
              <w:top w:sz="6" w:val="single" w:color="CFCFCF"/>
              <w:left w:sz="6" w:val="single" w:color="CFCFCF"/>
              <w:bottom w:sz="6" w:val="single" w:color="CFCFCF"/>
              <w:right w:sz="6" w:val="single" w:color="CFCFCF"/>
            </w:tcBorders>
          </w:tcPr>
          <w:p>
            <w:pPr>
              <w:jc w:val="center"/>
            </w:pPr>
            <w:r>
              <w:rPr>
                <w:b/>
                <w:color w:val="FFFFFF"/>
                <w:sz w:val="19"/>
              </w:rPr>
              <w:t>Phase de formation</w:t>
            </w:r>
          </w:p>
        </w:tc>
        <w:tc>
          <w:tcPr>
            <w:tcW w:type="dxa" w:w="1377"/>
            <w:shd w:val="clear" w:color="auto" w:fill="155B7A"/>
            <w:tcBorders>
              <w:top w:sz="6" w:val="single" w:color="CFCFCF"/>
              <w:left w:sz="6" w:val="single" w:color="CFCFCF"/>
              <w:bottom w:sz="6" w:val="single" w:color="CFCFCF"/>
              <w:right w:sz="6" w:val="single" w:color="CFCFCF"/>
            </w:tcBorders>
          </w:tcPr>
          <w:p>
            <w:pPr>
              <w:jc w:val="center"/>
            </w:pPr>
            <w:r>
              <w:rPr>
                <w:b/>
                <w:color w:val="FFFFFF"/>
                <w:sz w:val="19"/>
              </w:rPr>
              <w:t>Description de l’activité</w:t>
            </w:r>
          </w:p>
        </w:tc>
        <w:tc>
          <w:tcPr>
            <w:tcW w:type="dxa" w:w="1377"/>
            <w:shd w:val="clear" w:color="auto" w:fill="155B7A"/>
            <w:tcBorders>
              <w:top w:sz="6" w:val="single" w:color="CFCFCF"/>
              <w:left w:sz="6" w:val="single" w:color="CFCFCF"/>
              <w:bottom w:sz="6" w:val="single" w:color="CFCFCF"/>
              <w:right w:sz="6" w:val="single" w:color="CFCFCF"/>
            </w:tcBorders>
          </w:tcPr>
          <w:p>
            <w:pPr>
              <w:jc w:val="center"/>
            </w:pPr>
            <w:r>
              <w:rPr>
                <w:b/>
                <w:color w:val="FFFFFF"/>
                <w:sz w:val="19"/>
              </w:rPr>
              <w:t>Catégorie</w:t>
            </w:r>
          </w:p>
        </w:tc>
        <w:tc>
          <w:tcPr>
            <w:tcW w:type="dxa" w:w="1377"/>
            <w:shd w:val="clear" w:color="auto" w:fill="155B7A"/>
            <w:tcBorders>
              <w:top w:sz="6" w:val="single" w:color="CFCFCF"/>
              <w:left w:sz="6" w:val="single" w:color="CFCFCF"/>
              <w:bottom w:sz="6" w:val="single" w:color="CFCFCF"/>
              <w:right w:sz="6" w:val="single" w:color="CFCFCF"/>
            </w:tcBorders>
          </w:tcPr>
          <w:p>
            <w:pPr>
              <w:jc w:val="center"/>
            </w:pPr>
            <w:r>
              <w:rPr>
                <w:b/>
                <w:color w:val="FFFFFF"/>
                <w:sz w:val="19"/>
              </w:rPr>
              <w:t>Actif / En attente</w:t>
            </w:r>
          </w:p>
        </w:tc>
        <w:tc>
          <w:tcPr>
            <w:tcW w:type="dxa" w:w="1377"/>
            <w:shd w:val="clear" w:color="auto" w:fill="155B7A"/>
            <w:tcBorders>
              <w:top w:sz="6" w:val="single" w:color="CFCFCF"/>
              <w:left w:sz="6" w:val="single" w:color="CFCFCF"/>
              <w:bottom w:sz="6" w:val="single" w:color="CFCFCF"/>
              <w:right w:sz="6" w:val="single" w:color="CFCFCF"/>
            </w:tcBorders>
          </w:tcPr>
          <w:p>
            <w:pPr>
              <w:jc w:val="center"/>
            </w:pPr>
            <w:r>
              <w:rPr>
                <w:b/>
                <w:color w:val="FFFFFF"/>
                <w:sz w:val="19"/>
              </w:rPr>
              <w:t>Contact</w:t>
            </w:r>
          </w:p>
        </w:tc>
        <w:tc>
          <w:tcPr>
            <w:tcW w:type="dxa" w:w="1377"/>
            <w:shd w:val="clear" w:color="auto" w:fill="155B7A"/>
            <w:tcBorders>
              <w:top w:sz="6" w:val="single" w:color="CFCFCF"/>
              <w:left w:sz="6" w:val="single" w:color="CFCFCF"/>
              <w:bottom w:sz="6" w:val="single" w:color="CFCFCF"/>
              <w:right w:sz="6" w:val="single" w:color="CFCFCF"/>
            </w:tcBorders>
          </w:tcPr>
          <w:p>
            <w:pPr>
              <w:jc w:val="center"/>
            </w:pPr>
            <w:r>
              <w:rPr>
                <w:b/>
                <w:color w:val="FFFFFF"/>
                <w:sz w:val="19"/>
              </w:rPr>
              <w:t>Statut</w:t>
            </w:r>
          </w:p>
        </w:tc>
        <w:tc>
          <w:tcPr>
            <w:tcW w:type="dxa" w:w="1377"/>
            <w:shd w:val="clear" w:color="auto" w:fill="155B7A"/>
            <w:tcBorders>
              <w:top w:sz="6" w:val="single" w:color="CFCFCF"/>
              <w:left w:sz="6" w:val="single" w:color="CFCFCF"/>
              <w:bottom w:sz="6" w:val="single" w:color="CFCFCF"/>
              <w:right w:sz="6" w:val="single" w:color="CFCFCF"/>
            </w:tcBorders>
          </w:tcPr>
          <w:p>
            <w:pPr>
              <w:jc w:val="center"/>
            </w:pPr>
            <w:r>
              <w:rPr>
                <w:b/>
                <w:color w:val="FFFFFF"/>
                <w:sz w:val="19"/>
              </w:rPr>
              <w:t>Commentaires</w:t>
            </w:r>
          </w:p>
        </w:tc>
      </w:tr>
      <w:tr>
        <w:tc>
          <w:tcPr>
            <w:tcW w:type="dxa" w:w="1377"/>
            <w:vAlign w:val="center"/>
            <w:tcBorders>
              <w:top w:sz="6" w:val="single" w:color="CFCFCF"/>
              <w:left w:sz="6" w:val="single" w:color="CFCFCF"/>
              <w:bottom w:sz="6" w:val="single" w:color="CFCFCF"/>
              <w:right w:sz="6" w:val="single" w:color="CFCFCF"/>
            </w:tcBorders>
          </w:tcPr>
          <w:p>
            <w:pPr>
              <w:spacing w:after="0"/>
            </w:pPr>
            <w:r>
              <w:t>Accueil &amp; intégration</w:t>
            </w:r>
          </w:p>
        </w:tc>
        <w:tc>
          <w:tcPr>
            <w:tcW w:type="dxa" w:w="1377"/>
            <w:vAlign w:val="center"/>
            <w:tcBorders>
              <w:top w:sz="6" w:val="single" w:color="CFCFCF"/>
              <w:left w:sz="6" w:val="single" w:color="CFCFCF"/>
              <w:bottom w:sz="6" w:val="single" w:color="CFCFCF"/>
              <w:right w:sz="6" w:val="single" w:color="CFCFCF"/>
            </w:tcBorders>
          </w:tcPr>
          <w:p>
            <w:pPr>
              <w:spacing w:after="0"/>
            </w:pPr>
            <w:r>
              <w:t>Introduction à la culture, aux politiques internes et aux règles de conformité</w:t>
            </w:r>
          </w:p>
        </w:tc>
        <w:tc>
          <w:tcPr>
            <w:tcW w:type="dxa" w:w="1377"/>
            <w:vAlign w:val="center"/>
            <w:tcBorders>
              <w:top w:sz="6" w:val="single" w:color="CFCFCF"/>
              <w:left w:sz="6" w:val="single" w:color="CFCFCF"/>
              <w:bottom w:sz="6" w:val="single" w:color="CFCFCF"/>
              <w:right w:sz="6" w:val="single" w:color="CFCFCF"/>
            </w:tcBorders>
          </w:tcPr>
          <w:p>
            <w:pPr>
              <w:spacing w:after="0"/>
            </w:pPr>
            <w:r>
              <w:t>Conformité</w:t>
            </w:r>
          </w:p>
        </w:tc>
        <w:tc>
          <w:tcPr>
            <w:tcW w:type="dxa" w:w="1377"/>
            <w:vAlign w:val="center"/>
            <w:shd w:val="clear" w:color="auto" w:fill="FFF2CC"/>
            <w:tcBorders>
              <w:top w:sz="6" w:val="single" w:color="CFCFCF"/>
              <w:left w:sz="6" w:val="single" w:color="CFCFCF"/>
              <w:bottom w:sz="6" w:val="single" w:color="CFCFCF"/>
              <w:right w:sz="6" w:val="single" w:color="CFCFCF"/>
            </w:tcBorders>
          </w:tcPr>
          <w:p>
            <w:pPr>
              <w:spacing w:after="0"/>
              <w:jc w:val="center"/>
            </w:pPr>
            <w:r>
              <w:rPr>
                <w:b/>
              </w:rPr>
              <w:t>Actif</w:t>
            </w:r>
          </w:p>
        </w:tc>
        <w:tc>
          <w:tcPr>
            <w:tcW w:type="dxa" w:w="1377"/>
            <w:vAlign w:val="center"/>
            <w:tcBorders>
              <w:top w:sz="6" w:val="single" w:color="CFCFCF"/>
              <w:left w:sz="6" w:val="single" w:color="CFCFCF"/>
              <w:bottom w:sz="6" w:val="single" w:color="CFCFCF"/>
              <w:right w:sz="6" w:val="single" w:color="CFCFCF"/>
            </w:tcBorders>
          </w:tcPr>
          <w:p>
            <w:pPr>
              <w:spacing w:after="0"/>
            </w:pPr>
            <w:r>
              <w:t>RH</w:t>
            </w:r>
          </w:p>
        </w:tc>
        <w:tc>
          <w:tcPr>
            <w:tcW w:type="dxa" w:w="1377"/>
            <w:vAlign w:val="center"/>
            <w:shd w:val="clear" w:color="auto" w:fill="E2F0D9"/>
            <w:tcBorders>
              <w:top w:sz="6" w:val="single" w:color="CFCFCF"/>
              <w:left w:sz="6" w:val="single" w:color="CFCFCF"/>
              <w:bottom w:sz="6" w:val="single" w:color="CFCFCF"/>
              <w:right w:sz="6" w:val="single" w:color="CFCFCF"/>
            </w:tcBorders>
          </w:tcPr>
          <w:p>
            <w:pPr>
              <w:spacing w:after="0"/>
              <w:jc w:val="center"/>
            </w:pPr>
            <w:r>
              <w:rPr>
                <w:b/>
              </w:rPr>
              <w:t>Terminé</w:t>
            </w:r>
          </w:p>
        </w:tc>
        <w:tc>
          <w:tcPr>
            <w:tcW w:type="dxa" w:w="1377"/>
            <w:vAlign w:val="center"/>
            <w:tcBorders>
              <w:top w:sz="6" w:val="single" w:color="CFCFCF"/>
              <w:left w:sz="6" w:val="single" w:color="CFCFCF"/>
              <w:bottom w:sz="6" w:val="single" w:color="CFCFCF"/>
              <w:right w:sz="6" w:val="single" w:color="CFCFCF"/>
            </w:tcBorders>
          </w:tcPr>
          <w:p>
            <w:pPr>
              <w:spacing w:after="0"/>
            </w:pPr>
            <w:r>
              <w:t>Manuel de l’employé révisé</w:t>
            </w:r>
          </w:p>
        </w:tc>
      </w:tr>
      <w:tr>
        <w:tc>
          <w:tcPr>
            <w:tcW w:type="dxa" w:w="1377"/>
            <w:vAlign w:val="center"/>
            <w:tcBorders>
              <w:top w:sz="6" w:val="single" w:color="CFCFCF"/>
              <w:left w:sz="6" w:val="single" w:color="CFCFCF"/>
              <w:bottom w:sz="6" w:val="single" w:color="CFCFCF"/>
              <w:right w:sz="6" w:val="single" w:color="CFCFCF"/>
            </w:tcBorders>
          </w:tcPr>
          <w:p>
            <w:pPr>
              <w:spacing w:after="0"/>
            </w:pPr>
            <w:r>
              <w:t>Accueil &amp; intégration</w:t>
            </w:r>
          </w:p>
        </w:tc>
        <w:tc>
          <w:tcPr>
            <w:tcW w:type="dxa" w:w="1377"/>
            <w:vAlign w:val="center"/>
            <w:tcBorders>
              <w:top w:sz="6" w:val="single" w:color="CFCFCF"/>
              <w:left w:sz="6" w:val="single" w:color="CFCFCF"/>
              <w:bottom w:sz="6" w:val="single" w:color="CFCFCF"/>
              <w:right w:sz="6" w:val="single" w:color="CFCFCF"/>
            </w:tcBorders>
          </w:tcPr>
          <w:p>
            <w:pPr>
              <w:spacing w:after="0"/>
            </w:pPr>
            <w:r>
              <w:t>Présentation des équipes, services et circuits de décision</w:t>
            </w:r>
          </w:p>
        </w:tc>
        <w:tc>
          <w:tcPr>
            <w:tcW w:type="dxa" w:w="1377"/>
            <w:vAlign w:val="center"/>
            <w:tcBorders>
              <w:top w:sz="6" w:val="single" w:color="CFCFCF"/>
              <w:left w:sz="6" w:val="single" w:color="CFCFCF"/>
              <w:bottom w:sz="6" w:val="single" w:color="CFCFCF"/>
              <w:right w:sz="6" w:val="single" w:color="CFCFCF"/>
            </w:tcBorders>
          </w:tcPr>
          <w:p>
            <w:pPr>
              <w:spacing w:after="0"/>
            </w:pPr>
            <w:r>
              <w:t>Soft skills</w:t>
            </w:r>
          </w:p>
        </w:tc>
        <w:tc>
          <w:tcPr>
            <w:tcW w:type="dxa" w:w="1377"/>
            <w:vAlign w:val="center"/>
            <w:shd w:val="clear" w:color="auto" w:fill="FFF2CC"/>
            <w:tcBorders>
              <w:top w:sz="6" w:val="single" w:color="CFCFCF"/>
              <w:left w:sz="6" w:val="single" w:color="CFCFCF"/>
              <w:bottom w:sz="6" w:val="single" w:color="CFCFCF"/>
              <w:right w:sz="6" w:val="single" w:color="CFCFCF"/>
            </w:tcBorders>
          </w:tcPr>
          <w:p>
            <w:pPr>
              <w:spacing w:after="0"/>
              <w:jc w:val="center"/>
            </w:pPr>
            <w:r>
              <w:rPr>
                <w:b/>
              </w:rPr>
              <w:t>Actif</w:t>
            </w:r>
          </w:p>
        </w:tc>
        <w:tc>
          <w:tcPr>
            <w:tcW w:type="dxa" w:w="1377"/>
            <w:vAlign w:val="center"/>
            <w:tcBorders>
              <w:top w:sz="6" w:val="single" w:color="CFCFCF"/>
              <w:left w:sz="6" w:val="single" w:color="CFCFCF"/>
              <w:bottom w:sz="6" w:val="single" w:color="CFCFCF"/>
              <w:right w:sz="6" w:val="single" w:color="CFCFCF"/>
            </w:tcBorders>
          </w:tcPr>
          <w:p>
            <w:pPr>
              <w:spacing w:after="0"/>
            </w:pPr>
            <w:r>
              <w:t>Manager</w:t>
            </w:r>
          </w:p>
        </w:tc>
        <w:tc>
          <w:tcPr>
            <w:tcW w:type="dxa" w:w="1377"/>
            <w:vAlign w:val="center"/>
            <w:shd w:val="clear" w:color="auto" w:fill="E2F0D9"/>
            <w:tcBorders>
              <w:top w:sz="6" w:val="single" w:color="CFCFCF"/>
              <w:left w:sz="6" w:val="single" w:color="CFCFCF"/>
              <w:bottom w:sz="6" w:val="single" w:color="CFCFCF"/>
              <w:right w:sz="6" w:val="single" w:color="CFCFCF"/>
            </w:tcBorders>
          </w:tcPr>
          <w:p>
            <w:pPr>
              <w:spacing w:after="0"/>
              <w:jc w:val="center"/>
            </w:pPr>
            <w:r>
              <w:rPr>
                <w:b/>
              </w:rPr>
              <w:t>Terminé</w:t>
            </w:r>
          </w:p>
        </w:tc>
        <w:tc>
          <w:tcPr>
            <w:tcW w:type="dxa" w:w="1377"/>
            <w:vAlign w:val="center"/>
            <w:tcBorders>
              <w:top w:sz="6" w:val="single" w:color="CFCFCF"/>
              <w:left w:sz="6" w:val="single" w:color="CFCFCF"/>
              <w:bottom w:sz="6" w:val="single" w:color="CFCFCF"/>
              <w:right w:sz="6" w:val="single" w:color="CFCFCF"/>
            </w:tcBorders>
          </w:tcPr>
          <w:p>
            <w:pPr>
              <w:spacing w:after="0"/>
            </w:pPr>
            <w:r>
              <w:t>Contacts clés identifiés</w:t>
            </w:r>
          </w:p>
        </w:tc>
      </w:tr>
      <w:tr>
        <w:tc>
          <w:tcPr>
            <w:tcW w:type="dxa" w:w="1377"/>
            <w:vAlign w:val="center"/>
            <w:tcBorders>
              <w:top w:sz="6" w:val="single" w:color="CFCFCF"/>
              <w:left w:sz="6" w:val="single" w:color="CFCFCF"/>
              <w:bottom w:sz="6" w:val="single" w:color="CFCFCF"/>
              <w:right w:sz="6" w:val="single" w:color="CFCFCF"/>
            </w:tcBorders>
          </w:tcPr>
          <w:p>
            <w:pPr>
              <w:spacing w:after="0"/>
            </w:pPr>
            <w:r>
              <w:t>Outils &amp; IT</w:t>
            </w:r>
          </w:p>
        </w:tc>
        <w:tc>
          <w:tcPr>
            <w:tcW w:type="dxa" w:w="1377"/>
            <w:vAlign w:val="center"/>
            <w:tcBorders>
              <w:top w:sz="6" w:val="single" w:color="CFCFCF"/>
              <w:left w:sz="6" w:val="single" w:color="CFCFCF"/>
              <w:bottom w:sz="6" w:val="single" w:color="CFCFCF"/>
              <w:right w:sz="6" w:val="single" w:color="CFCFCF"/>
            </w:tcBorders>
          </w:tcPr>
          <w:p>
            <w:pPr>
              <w:spacing w:after="0"/>
            </w:pPr>
            <w:r>
              <w:t>Configuration e-mails, accès applicatifs, sécurité des comptes</w:t>
            </w:r>
          </w:p>
        </w:tc>
        <w:tc>
          <w:tcPr>
            <w:tcW w:type="dxa" w:w="1377"/>
            <w:vAlign w:val="center"/>
            <w:tcBorders>
              <w:top w:sz="6" w:val="single" w:color="CFCFCF"/>
              <w:left w:sz="6" w:val="single" w:color="CFCFCF"/>
              <w:bottom w:sz="6" w:val="single" w:color="CFCFCF"/>
              <w:right w:sz="6" w:val="single" w:color="CFCFCF"/>
            </w:tcBorders>
          </w:tcPr>
          <w:p>
            <w:pPr>
              <w:spacing w:after="0"/>
            </w:pPr>
            <w:r>
              <w:t>Technique</w:t>
            </w:r>
          </w:p>
        </w:tc>
        <w:tc>
          <w:tcPr>
            <w:tcW w:type="dxa" w:w="1377"/>
            <w:vAlign w:val="center"/>
            <w:shd w:val="clear" w:color="auto" w:fill="FFF2CC"/>
            <w:tcBorders>
              <w:top w:sz="6" w:val="single" w:color="CFCFCF"/>
              <w:left w:sz="6" w:val="single" w:color="CFCFCF"/>
              <w:bottom w:sz="6" w:val="single" w:color="CFCFCF"/>
              <w:right w:sz="6" w:val="single" w:color="CFCFCF"/>
            </w:tcBorders>
          </w:tcPr>
          <w:p>
            <w:pPr>
              <w:spacing w:after="0"/>
              <w:jc w:val="center"/>
            </w:pPr>
            <w:r>
              <w:rPr>
                <w:b/>
              </w:rPr>
              <w:t>Actif</w:t>
            </w:r>
          </w:p>
        </w:tc>
        <w:tc>
          <w:tcPr>
            <w:tcW w:type="dxa" w:w="1377"/>
            <w:vAlign w:val="center"/>
            <w:tcBorders>
              <w:top w:sz="6" w:val="single" w:color="CFCFCF"/>
              <w:left w:sz="6" w:val="single" w:color="CFCFCF"/>
              <w:bottom w:sz="6" w:val="single" w:color="CFCFCF"/>
              <w:right w:sz="6" w:val="single" w:color="CFCFCF"/>
            </w:tcBorders>
          </w:tcPr>
          <w:p>
            <w:pPr>
              <w:spacing w:after="0"/>
            </w:pPr>
            <w:r>
              <w:t>IT</w:t>
            </w:r>
          </w:p>
        </w:tc>
        <w:tc>
          <w:tcPr>
            <w:tcW w:type="dxa" w:w="1377"/>
            <w:vAlign w:val="center"/>
            <w:shd w:val="clear" w:color="auto" w:fill="E2F0D9"/>
            <w:tcBorders>
              <w:top w:sz="6" w:val="single" w:color="CFCFCF"/>
              <w:left w:sz="6" w:val="single" w:color="CFCFCF"/>
              <w:bottom w:sz="6" w:val="single" w:color="CFCFCF"/>
              <w:right w:sz="6" w:val="single" w:color="CFCFCF"/>
            </w:tcBorders>
          </w:tcPr>
          <w:p>
            <w:pPr>
              <w:spacing w:after="0"/>
              <w:jc w:val="center"/>
            </w:pPr>
            <w:r>
              <w:rPr>
                <w:b/>
              </w:rPr>
              <w:t>Terminé</w:t>
            </w:r>
          </w:p>
        </w:tc>
        <w:tc>
          <w:tcPr>
            <w:tcW w:type="dxa" w:w="1377"/>
            <w:vAlign w:val="center"/>
            <w:tcBorders>
              <w:top w:sz="6" w:val="single" w:color="CFCFCF"/>
              <w:left w:sz="6" w:val="single" w:color="CFCFCF"/>
              <w:bottom w:sz="6" w:val="single" w:color="CFCFCF"/>
              <w:right w:sz="6" w:val="single" w:color="CFCFCF"/>
            </w:tcBorders>
          </w:tcPr>
          <w:p>
            <w:pPr>
              <w:spacing w:after="0"/>
            </w:pPr>
            <w:r>
              <w:t>Accès au système accordé</w:t>
            </w:r>
          </w:p>
        </w:tc>
      </w:tr>
      <w:tr>
        <w:tc>
          <w:tcPr>
            <w:tcW w:type="dxa" w:w="1377"/>
            <w:vAlign w:val="center"/>
            <w:tcBorders>
              <w:top w:sz="6" w:val="single" w:color="CFCFCF"/>
              <w:left w:sz="6" w:val="single" w:color="CFCFCF"/>
              <w:bottom w:sz="6" w:val="single" w:color="CFCFCF"/>
              <w:right w:sz="6" w:val="single" w:color="CFCFCF"/>
            </w:tcBorders>
          </w:tcPr>
          <w:p>
            <w:pPr>
              <w:spacing w:after="0"/>
            </w:pPr>
            <w:r>
              <w:t>Métier</w:t>
            </w:r>
          </w:p>
        </w:tc>
        <w:tc>
          <w:tcPr>
            <w:tcW w:type="dxa" w:w="1377"/>
            <w:vAlign w:val="center"/>
            <w:tcBorders>
              <w:top w:sz="6" w:val="single" w:color="CFCFCF"/>
              <w:left w:sz="6" w:val="single" w:color="CFCFCF"/>
              <w:bottom w:sz="6" w:val="single" w:color="CFCFCF"/>
              <w:right w:sz="6" w:val="single" w:color="CFCFCF"/>
            </w:tcBorders>
          </w:tcPr>
          <w:p>
            <w:pPr>
              <w:spacing w:after="0"/>
            </w:pPr>
            <w:r>
              <w:t>Formation process / standards de l’activité (SOP, qualité, sécurité)</w:t>
            </w:r>
          </w:p>
        </w:tc>
        <w:tc>
          <w:tcPr>
            <w:tcW w:type="dxa" w:w="1377"/>
            <w:vAlign w:val="center"/>
            <w:tcBorders>
              <w:top w:sz="6" w:val="single" w:color="CFCFCF"/>
              <w:left w:sz="6" w:val="single" w:color="CFCFCF"/>
              <w:bottom w:sz="6" w:val="single" w:color="CFCFCF"/>
              <w:right w:sz="6" w:val="single" w:color="CFCFCF"/>
            </w:tcBorders>
          </w:tcPr>
          <w:p>
            <w:pPr>
              <w:spacing w:after="0"/>
            </w:pPr>
            <w:r>
              <w:t>Métier</w:t>
            </w:r>
          </w:p>
        </w:tc>
        <w:tc>
          <w:tcPr>
            <w:tcW w:type="dxa" w:w="1377"/>
            <w:vAlign w:val="center"/>
            <w:shd w:val="clear" w:color="auto" w:fill="FFF2CC"/>
            <w:tcBorders>
              <w:top w:sz="6" w:val="single" w:color="CFCFCF"/>
              <w:left w:sz="6" w:val="single" w:color="CFCFCF"/>
              <w:bottom w:sz="6" w:val="single" w:color="CFCFCF"/>
              <w:right w:sz="6" w:val="single" w:color="CFCFCF"/>
            </w:tcBorders>
          </w:tcPr>
          <w:p>
            <w:pPr>
              <w:spacing w:after="0"/>
              <w:jc w:val="center"/>
            </w:pPr>
            <w:r>
              <w:rPr>
                <w:b/>
              </w:rPr>
              <w:t>En attente</w:t>
            </w:r>
          </w:p>
        </w:tc>
        <w:tc>
          <w:tcPr>
            <w:tcW w:type="dxa" w:w="1377"/>
            <w:vAlign w:val="center"/>
            <w:tcBorders>
              <w:top w:sz="6" w:val="single" w:color="CFCFCF"/>
              <w:left w:sz="6" w:val="single" w:color="CFCFCF"/>
              <w:bottom w:sz="6" w:val="single" w:color="CFCFCF"/>
              <w:right w:sz="6" w:val="single" w:color="CFCFCF"/>
            </w:tcBorders>
          </w:tcPr>
          <w:p>
            <w:pPr>
              <w:spacing w:after="0"/>
            </w:pPr>
            <w:r>
              <w:t>Référent</w:t>
            </w:r>
          </w:p>
        </w:tc>
        <w:tc>
          <w:tcPr>
            <w:tcW w:type="dxa" w:w="1377"/>
            <w:vAlign w:val="center"/>
            <w:shd w:val="clear" w:color="auto" w:fill="E2F0D9"/>
            <w:tcBorders>
              <w:top w:sz="6" w:val="single" w:color="CFCFCF"/>
              <w:left w:sz="6" w:val="single" w:color="CFCFCF"/>
              <w:bottom w:sz="6" w:val="single" w:color="CFCFCF"/>
              <w:right w:sz="6" w:val="single" w:color="CFCFCF"/>
            </w:tcBorders>
          </w:tcPr>
          <w:p>
            <w:pPr>
              <w:spacing w:after="0"/>
              <w:jc w:val="center"/>
            </w:pPr>
            <w:r>
              <w:rPr>
                <w:b/>
              </w:rPr>
              <w:t>Planifié</w:t>
            </w:r>
          </w:p>
        </w:tc>
        <w:tc>
          <w:tcPr>
            <w:tcW w:type="dxa" w:w="1377"/>
            <w:vAlign w:val="center"/>
            <w:tcBorders>
              <w:top w:sz="6" w:val="single" w:color="CFCFCF"/>
              <w:left w:sz="6" w:val="single" w:color="CFCFCF"/>
              <w:bottom w:sz="6" w:val="single" w:color="CFCFCF"/>
              <w:right w:sz="6" w:val="single" w:color="CFCFCF"/>
            </w:tcBorders>
          </w:tcPr>
          <w:p>
            <w:pPr>
              <w:spacing w:after="0"/>
            </w:pPr>
            <w:r>
              <w:t>Planifier une session</w:t>
            </w:r>
          </w:p>
        </w:tc>
      </w:tr>
      <w:tr>
        <w:tc>
          <w:tcPr>
            <w:tcW w:type="dxa" w:w="1377"/>
            <w:vAlign w:val="center"/>
            <w:tcBorders>
              <w:top w:sz="6" w:val="single" w:color="CFCFCF"/>
              <w:left w:sz="6" w:val="single" w:color="CFCFCF"/>
              <w:bottom w:sz="6" w:val="single" w:color="CFCFCF"/>
              <w:right w:sz="6" w:val="single" w:color="CFCFCF"/>
            </w:tcBorders>
          </w:tcPr>
          <w:p>
            <w:pPr>
              <w:spacing w:after="0"/>
            </w:pPr>
            <w:r>
              <w:t>Performance</w:t>
            </w:r>
          </w:p>
        </w:tc>
        <w:tc>
          <w:tcPr>
            <w:tcW w:type="dxa" w:w="1377"/>
            <w:vAlign w:val="center"/>
            <w:tcBorders>
              <w:top w:sz="6" w:val="single" w:color="CFCFCF"/>
              <w:left w:sz="6" w:val="single" w:color="CFCFCF"/>
              <w:bottom w:sz="6" w:val="single" w:color="CFCFCF"/>
              <w:right w:sz="6" w:val="single" w:color="CFCFCF"/>
            </w:tcBorders>
          </w:tcPr>
          <w:p>
            <w:pPr>
              <w:spacing w:after="0"/>
            </w:pPr>
            <w:r>
              <w:t>Objectifs de poste et modalités de reporting (KPI)</w:t>
            </w:r>
          </w:p>
        </w:tc>
        <w:tc>
          <w:tcPr>
            <w:tcW w:type="dxa" w:w="1377"/>
            <w:vAlign w:val="center"/>
            <w:tcBorders>
              <w:top w:sz="6" w:val="single" w:color="CFCFCF"/>
              <w:left w:sz="6" w:val="single" w:color="CFCFCF"/>
              <w:bottom w:sz="6" w:val="single" w:color="CFCFCF"/>
              <w:right w:sz="6" w:val="single" w:color="CFCFCF"/>
            </w:tcBorders>
          </w:tcPr>
          <w:p>
            <w:pPr>
              <w:spacing w:after="0"/>
            </w:pPr>
            <w:r>
              <w:t>Pilotage</w:t>
            </w:r>
          </w:p>
        </w:tc>
        <w:tc>
          <w:tcPr>
            <w:tcW w:type="dxa" w:w="1377"/>
            <w:vAlign w:val="center"/>
            <w:shd w:val="clear" w:color="auto" w:fill="FFF2CC"/>
            <w:tcBorders>
              <w:top w:sz="6" w:val="single" w:color="CFCFCF"/>
              <w:left w:sz="6" w:val="single" w:color="CFCFCF"/>
              <w:bottom w:sz="6" w:val="single" w:color="CFCFCF"/>
              <w:right w:sz="6" w:val="single" w:color="CFCFCF"/>
            </w:tcBorders>
          </w:tcPr>
          <w:p>
            <w:pPr>
              <w:spacing w:after="0"/>
              <w:jc w:val="center"/>
            </w:pPr>
            <w:r>
              <w:rPr>
                <w:b/>
              </w:rPr>
              <w:t>En attente</w:t>
            </w:r>
          </w:p>
        </w:tc>
        <w:tc>
          <w:tcPr>
            <w:tcW w:type="dxa" w:w="1377"/>
            <w:vAlign w:val="center"/>
            <w:tcBorders>
              <w:top w:sz="6" w:val="single" w:color="CFCFCF"/>
              <w:left w:sz="6" w:val="single" w:color="CFCFCF"/>
              <w:bottom w:sz="6" w:val="single" w:color="CFCFCF"/>
              <w:right w:sz="6" w:val="single" w:color="CFCFCF"/>
            </w:tcBorders>
          </w:tcPr>
          <w:p>
            <w:pPr>
              <w:spacing w:after="0"/>
            </w:pPr>
            <w:r>
              <w:t>Manager</w:t>
            </w:r>
          </w:p>
        </w:tc>
        <w:tc>
          <w:tcPr>
            <w:tcW w:type="dxa" w:w="1377"/>
            <w:vAlign w:val="center"/>
            <w:shd w:val="clear" w:color="auto" w:fill="E2F0D9"/>
            <w:tcBorders>
              <w:top w:sz="6" w:val="single" w:color="CFCFCF"/>
              <w:left w:sz="6" w:val="single" w:color="CFCFCF"/>
              <w:bottom w:sz="6" w:val="single" w:color="CFCFCF"/>
              <w:right w:sz="6" w:val="single" w:color="CFCFCF"/>
            </w:tcBorders>
          </w:tcPr>
          <w:p>
            <w:pPr>
              <w:spacing w:after="0"/>
              <w:jc w:val="center"/>
            </w:pPr>
            <w:r>
              <w:rPr>
                <w:b/>
              </w:rPr>
              <w:t>Planifié</w:t>
            </w:r>
          </w:p>
        </w:tc>
        <w:tc>
          <w:tcPr>
            <w:tcW w:type="dxa" w:w="1377"/>
            <w:vAlign w:val="center"/>
            <w:tcBorders>
              <w:top w:sz="6" w:val="single" w:color="CFCFCF"/>
              <w:left w:sz="6" w:val="single" w:color="CFCFCF"/>
              <w:bottom w:sz="6" w:val="single" w:color="CFCFCF"/>
              <w:right w:sz="6" w:val="single" w:color="CFCFCF"/>
            </w:tcBorders>
          </w:tcPr>
          <w:p>
            <w:pPr>
              <w:spacing w:after="0"/>
            </w:pPr>
            <w:r>
              <w:t>Définir les objectifs</w:t>
            </w:r>
          </w:p>
        </w:tc>
      </w:tr>
      <w:tr>
        <w:tc>
          <w:tcPr>
            <w:tcW w:type="dxa" w:w="1377"/>
            <w:vAlign w:val="center"/>
            <w:tcBorders>
              <w:top w:sz="6" w:val="single" w:color="CFCFCF"/>
              <w:left w:sz="6" w:val="single" w:color="CFCFCF"/>
              <w:bottom w:sz="6" w:val="single" w:color="CFCFCF"/>
              <w:right w:sz="6" w:val="single" w:color="CFCFCF"/>
            </w:tcBorders>
          </w:tcPr>
          <w:p>
            <w:pPr>
              <w:spacing w:after="0"/>
            </w:pPr>
            <w:r>
              <w:t>Conformité</w:t>
            </w:r>
          </w:p>
        </w:tc>
        <w:tc>
          <w:tcPr>
            <w:tcW w:type="dxa" w:w="1377"/>
            <w:vAlign w:val="center"/>
            <w:tcBorders>
              <w:top w:sz="6" w:val="single" w:color="CFCFCF"/>
              <w:left w:sz="6" w:val="single" w:color="CFCFCF"/>
              <w:bottom w:sz="6" w:val="single" w:color="CFCFCF"/>
              <w:right w:sz="6" w:val="single" w:color="CFCFCF"/>
            </w:tcBorders>
          </w:tcPr>
          <w:p>
            <w:pPr>
              <w:spacing w:after="0"/>
            </w:pPr>
            <w:r>
              <w:t>Rappel sécurité / HSE et procédure d’alerte</w:t>
            </w:r>
          </w:p>
        </w:tc>
        <w:tc>
          <w:tcPr>
            <w:tcW w:type="dxa" w:w="1377"/>
            <w:vAlign w:val="center"/>
            <w:tcBorders>
              <w:top w:sz="6" w:val="single" w:color="CFCFCF"/>
              <w:left w:sz="6" w:val="single" w:color="CFCFCF"/>
              <w:bottom w:sz="6" w:val="single" w:color="CFCFCF"/>
              <w:right w:sz="6" w:val="single" w:color="CFCFCF"/>
            </w:tcBorders>
          </w:tcPr>
          <w:p>
            <w:pPr>
              <w:spacing w:after="0"/>
            </w:pPr>
            <w:r>
              <w:t>Sécurité</w:t>
            </w:r>
          </w:p>
        </w:tc>
        <w:tc>
          <w:tcPr>
            <w:tcW w:type="dxa" w:w="1377"/>
            <w:vAlign w:val="center"/>
            <w:shd w:val="clear" w:color="auto" w:fill="FFF2CC"/>
            <w:tcBorders>
              <w:top w:sz="6" w:val="single" w:color="CFCFCF"/>
              <w:left w:sz="6" w:val="single" w:color="CFCFCF"/>
              <w:bottom w:sz="6" w:val="single" w:color="CFCFCF"/>
              <w:right w:sz="6" w:val="single" w:color="CFCFCF"/>
            </w:tcBorders>
          </w:tcPr>
          <w:p>
            <w:pPr>
              <w:spacing w:after="0"/>
              <w:jc w:val="center"/>
            </w:pPr>
            <w:r>
              <w:rPr>
                <w:b/>
              </w:rPr>
              <w:t>En attente</w:t>
            </w:r>
          </w:p>
        </w:tc>
        <w:tc>
          <w:tcPr>
            <w:tcW w:type="dxa" w:w="1377"/>
            <w:vAlign w:val="center"/>
            <w:tcBorders>
              <w:top w:sz="6" w:val="single" w:color="CFCFCF"/>
              <w:left w:sz="6" w:val="single" w:color="CFCFCF"/>
              <w:bottom w:sz="6" w:val="single" w:color="CFCFCF"/>
              <w:right w:sz="6" w:val="single" w:color="CFCFCF"/>
            </w:tcBorders>
          </w:tcPr>
          <w:p>
            <w:pPr>
              <w:spacing w:after="0"/>
            </w:pPr>
            <w:r>
              <w:t>HSE</w:t>
            </w:r>
          </w:p>
        </w:tc>
        <w:tc>
          <w:tcPr>
            <w:tcW w:type="dxa" w:w="1377"/>
            <w:vAlign w:val="center"/>
            <w:shd w:val="clear" w:color="auto" w:fill="E2F0D9"/>
            <w:tcBorders>
              <w:top w:sz="6" w:val="single" w:color="CFCFCF"/>
              <w:left w:sz="6" w:val="single" w:color="CFCFCF"/>
              <w:bottom w:sz="6" w:val="single" w:color="CFCFCF"/>
              <w:right w:sz="6" w:val="single" w:color="CFCFCF"/>
            </w:tcBorders>
          </w:tcPr>
          <w:p>
            <w:pPr>
              <w:spacing w:after="0"/>
              <w:jc w:val="center"/>
            </w:pPr>
            <w:r>
              <w:rPr>
                <w:b/>
              </w:rPr>
              <w:t>Planifié</w:t>
            </w:r>
          </w:p>
        </w:tc>
        <w:tc>
          <w:tcPr>
            <w:tcW w:type="dxa" w:w="1377"/>
            <w:vAlign w:val="center"/>
            <w:tcBorders>
              <w:top w:sz="6" w:val="single" w:color="CFCFCF"/>
              <w:left w:sz="6" w:val="single" w:color="CFCFCF"/>
              <w:bottom w:sz="6" w:val="single" w:color="CFCFCF"/>
              <w:right w:sz="6" w:val="single" w:color="CFCFCF"/>
            </w:tcBorders>
          </w:tcPr>
          <w:p>
            <w:pPr>
              <w:spacing w:after="0"/>
            </w:pPr>
            <w:r>
              <w:t>À réaliser avant prise de poste</w:t>
            </w:r>
          </w:p>
        </w:tc>
      </w:tr>
      <w:tr>
        <w:tc>
          <w:tcPr>
            <w:tcW w:type="dxa" w:w="1377"/>
            <w:vAlign w:val="center"/>
            <w:tcBorders>
              <w:top w:sz="6" w:val="single" w:color="CFCFCF"/>
              <w:left w:sz="6" w:val="single" w:color="CFCFCF"/>
              <w:bottom w:sz="6" w:val="single" w:color="CFCFCF"/>
              <w:right w:sz="6" w:val="single" w:color="CFCFCF"/>
            </w:tcBorders>
          </w:tcPr>
          <w:p>
            <w:pPr>
              <w:spacing w:after="0"/>
            </w:pPr>
            <w:r>
              <w:t>____</w:t>
            </w:r>
          </w:p>
        </w:tc>
        <w:tc>
          <w:tcPr>
            <w:tcW w:type="dxa" w:w="1377"/>
            <w:vAlign w:val="center"/>
            <w:tcBorders>
              <w:top w:sz="6" w:val="single" w:color="CFCFCF"/>
              <w:left w:sz="6" w:val="single" w:color="CFCFCF"/>
              <w:bottom w:sz="6" w:val="single" w:color="CFCFCF"/>
              <w:right w:sz="6" w:val="single" w:color="CFCFCF"/>
            </w:tcBorders>
          </w:tcPr>
          <w:p>
            <w:pPr>
              <w:spacing w:after="0"/>
            </w:pPr>
            <w:r>
              <w:t>____</w:t>
            </w:r>
          </w:p>
        </w:tc>
        <w:tc>
          <w:tcPr>
            <w:tcW w:type="dxa" w:w="1377"/>
            <w:vAlign w:val="center"/>
            <w:tcBorders>
              <w:top w:sz="6" w:val="single" w:color="CFCFCF"/>
              <w:left w:sz="6" w:val="single" w:color="CFCFCF"/>
              <w:bottom w:sz="6" w:val="single" w:color="CFCFCF"/>
              <w:right w:sz="6" w:val="single" w:color="CFCFCF"/>
            </w:tcBorders>
          </w:tcPr>
          <w:p>
            <w:pPr>
              <w:spacing w:after="0"/>
            </w:pPr>
            <w:r>
              <w:t>____</w:t>
            </w:r>
          </w:p>
        </w:tc>
        <w:tc>
          <w:tcPr>
            <w:tcW w:type="dxa" w:w="1377"/>
            <w:vAlign w:val="center"/>
            <w:shd w:val="clear" w:color="auto" w:fill="FFF2CC"/>
            <w:tcBorders>
              <w:top w:sz="6" w:val="single" w:color="CFCFCF"/>
              <w:left w:sz="6" w:val="single" w:color="CFCFCF"/>
              <w:bottom w:sz="6" w:val="single" w:color="CFCFCF"/>
              <w:right w:sz="6" w:val="single" w:color="CFCFCF"/>
            </w:tcBorders>
          </w:tcPr>
          <w:p>
            <w:pPr>
              <w:spacing w:after="0"/>
              <w:jc w:val="center"/>
            </w:pPr>
            <w:r>
              <w:rPr>
                <w:b/>
              </w:rPr>
              <w:t>____</w:t>
            </w:r>
          </w:p>
        </w:tc>
        <w:tc>
          <w:tcPr>
            <w:tcW w:type="dxa" w:w="1377"/>
            <w:vAlign w:val="center"/>
            <w:tcBorders>
              <w:top w:sz="6" w:val="single" w:color="CFCFCF"/>
              <w:left w:sz="6" w:val="single" w:color="CFCFCF"/>
              <w:bottom w:sz="6" w:val="single" w:color="CFCFCF"/>
              <w:right w:sz="6" w:val="single" w:color="CFCFCF"/>
            </w:tcBorders>
          </w:tcPr>
          <w:p>
            <w:pPr>
              <w:spacing w:after="0"/>
            </w:pPr>
            <w:r>
              <w:t>____</w:t>
            </w:r>
          </w:p>
        </w:tc>
        <w:tc>
          <w:tcPr>
            <w:tcW w:type="dxa" w:w="1377"/>
            <w:vAlign w:val="center"/>
            <w:shd w:val="clear" w:color="auto" w:fill="E2F0D9"/>
            <w:tcBorders>
              <w:top w:sz="6" w:val="single" w:color="CFCFCF"/>
              <w:left w:sz="6" w:val="single" w:color="CFCFCF"/>
              <w:bottom w:sz="6" w:val="single" w:color="CFCFCF"/>
              <w:right w:sz="6" w:val="single" w:color="CFCFCF"/>
            </w:tcBorders>
          </w:tcPr>
          <w:p>
            <w:pPr>
              <w:spacing w:after="0"/>
              <w:jc w:val="center"/>
            </w:pPr>
            <w:r>
              <w:rPr>
                <w:b/>
              </w:rPr>
              <w:t>____</w:t>
            </w:r>
          </w:p>
        </w:tc>
        <w:tc>
          <w:tcPr>
            <w:tcW w:type="dxa" w:w="1377"/>
            <w:vAlign w:val="center"/>
            <w:tcBorders>
              <w:top w:sz="6" w:val="single" w:color="CFCFCF"/>
              <w:left w:sz="6" w:val="single" w:color="CFCFCF"/>
              <w:bottom w:sz="6" w:val="single" w:color="CFCFCF"/>
              <w:right w:sz="6" w:val="single" w:color="CFCFCF"/>
            </w:tcBorders>
          </w:tcPr>
          <w:p>
            <w:pPr>
              <w:spacing w:after="0"/>
            </w:pPr>
            <w:r>
              <w:t>____</w:t>
            </w:r>
          </w:p>
        </w:tc>
      </w:tr>
      <w:tr>
        <w:tc>
          <w:tcPr>
            <w:tcW w:type="dxa" w:w="1377"/>
            <w:vAlign w:val="center"/>
            <w:tcBorders>
              <w:top w:sz="6" w:val="single" w:color="CFCFCF"/>
              <w:left w:sz="6" w:val="single" w:color="CFCFCF"/>
              <w:bottom w:sz="6" w:val="single" w:color="CFCFCF"/>
              <w:right w:sz="6" w:val="single" w:color="CFCFCF"/>
            </w:tcBorders>
          </w:tcPr>
          <w:p>
            <w:pPr>
              <w:spacing w:after="0"/>
            </w:pPr>
            <w:r>
              <w:t>____</w:t>
            </w:r>
          </w:p>
        </w:tc>
        <w:tc>
          <w:tcPr>
            <w:tcW w:type="dxa" w:w="1377"/>
            <w:vAlign w:val="center"/>
            <w:tcBorders>
              <w:top w:sz="6" w:val="single" w:color="CFCFCF"/>
              <w:left w:sz="6" w:val="single" w:color="CFCFCF"/>
              <w:bottom w:sz="6" w:val="single" w:color="CFCFCF"/>
              <w:right w:sz="6" w:val="single" w:color="CFCFCF"/>
            </w:tcBorders>
          </w:tcPr>
          <w:p>
            <w:pPr>
              <w:spacing w:after="0"/>
            </w:pPr>
            <w:r>
              <w:t>____</w:t>
            </w:r>
          </w:p>
        </w:tc>
        <w:tc>
          <w:tcPr>
            <w:tcW w:type="dxa" w:w="1377"/>
            <w:vAlign w:val="center"/>
            <w:tcBorders>
              <w:top w:sz="6" w:val="single" w:color="CFCFCF"/>
              <w:left w:sz="6" w:val="single" w:color="CFCFCF"/>
              <w:bottom w:sz="6" w:val="single" w:color="CFCFCF"/>
              <w:right w:sz="6" w:val="single" w:color="CFCFCF"/>
            </w:tcBorders>
          </w:tcPr>
          <w:p>
            <w:pPr>
              <w:spacing w:after="0"/>
            </w:pPr>
            <w:r>
              <w:t>____</w:t>
            </w:r>
          </w:p>
        </w:tc>
        <w:tc>
          <w:tcPr>
            <w:tcW w:type="dxa" w:w="1377"/>
            <w:vAlign w:val="center"/>
            <w:shd w:val="clear" w:color="auto" w:fill="FFF2CC"/>
            <w:tcBorders>
              <w:top w:sz="6" w:val="single" w:color="CFCFCF"/>
              <w:left w:sz="6" w:val="single" w:color="CFCFCF"/>
              <w:bottom w:sz="6" w:val="single" w:color="CFCFCF"/>
              <w:right w:sz="6" w:val="single" w:color="CFCFCF"/>
            </w:tcBorders>
          </w:tcPr>
          <w:p>
            <w:pPr>
              <w:spacing w:after="0"/>
              <w:jc w:val="center"/>
            </w:pPr>
            <w:r>
              <w:rPr>
                <w:b/>
              </w:rPr>
              <w:t>____</w:t>
            </w:r>
          </w:p>
        </w:tc>
        <w:tc>
          <w:tcPr>
            <w:tcW w:type="dxa" w:w="1377"/>
            <w:vAlign w:val="center"/>
            <w:tcBorders>
              <w:top w:sz="6" w:val="single" w:color="CFCFCF"/>
              <w:left w:sz="6" w:val="single" w:color="CFCFCF"/>
              <w:bottom w:sz="6" w:val="single" w:color="CFCFCF"/>
              <w:right w:sz="6" w:val="single" w:color="CFCFCF"/>
            </w:tcBorders>
          </w:tcPr>
          <w:p>
            <w:pPr>
              <w:spacing w:after="0"/>
            </w:pPr>
            <w:r>
              <w:t>____</w:t>
            </w:r>
          </w:p>
        </w:tc>
        <w:tc>
          <w:tcPr>
            <w:tcW w:type="dxa" w:w="1377"/>
            <w:vAlign w:val="center"/>
            <w:shd w:val="clear" w:color="auto" w:fill="E2F0D9"/>
            <w:tcBorders>
              <w:top w:sz="6" w:val="single" w:color="CFCFCF"/>
              <w:left w:sz="6" w:val="single" w:color="CFCFCF"/>
              <w:bottom w:sz="6" w:val="single" w:color="CFCFCF"/>
              <w:right w:sz="6" w:val="single" w:color="CFCFCF"/>
            </w:tcBorders>
          </w:tcPr>
          <w:p>
            <w:pPr>
              <w:spacing w:after="0"/>
              <w:jc w:val="center"/>
            </w:pPr>
            <w:r>
              <w:rPr>
                <w:b/>
              </w:rPr>
              <w:t>____</w:t>
            </w:r>
          </w:p>
        </w:tc>
        <w:tc>
          <w:tcPr>
            <w:tcW w:type="dxa" w:w="1377"/>
            <w:vAlign w:val="center"/>
            <w:tcBorders>
              <w:top w:sz="6" w:val="single" w:color="CFCFCF"/>
              <w:left w:sz="6" w:val="single" w:color="CFCFCF"/>
              <w:bottom w:sz="6" w:val="single" w:color="CFCFCF"/>
              <w:right w:sz="6" w:val="single" w:color="CFCFCF"/>
            </w:tcBorders>
          </w:tcPr>
          <w:p>
            <w:pPr>
              <w:spacing w:after="0"/>
            </w:pPr>
            <w:r>
              <w:t>____</w:t>
            </w:r>
          </w:p>
        </w:tc>
      </w:tr>
      <w:tr>
        <w:tc>
          <w:tcPr>
            <w:tcW w:type="dxa" w:w="1377"/>
            <w:vAlign w:val="center"/>
            <w:tcBorders>
              <w:top w:sz="6" w:val="single" w:color="CFCFCF"/>
              <w:left w:sz="6" w:val="single" w:color="CFCFCF"/>
              <w:bottom w:sz="6" w:val="single" w:color="CFCFCF"/>
              <w:right w:sz="6" w:val="single" w:color="CFCFCF"/>
            </w:tcBorders>
          </w:tcPr>
          <w:p>
            <w:pPr>
              <w:spacing w:after="0"/>
            </w:pPr>
            <w:r>
              <w:t>____</w:t>
            </w:r>
          </w:p>
        </w:tc>
        <w:tc>
          <w:tcPr>
            <w:tcW w:type="dxa" w:w="1377"/>
            <w:vAlign w:val="center"/>
            <w:tcBorders>
              <w:top w:sz="6" w:val="single" w:color="CFCFCF"/>
              <w:left w:sz="6" w:val="single" w:color="CFCFCF"/>
              <w:bottom w:sz="6" w:val="single" w:color="CFCFCF"/>
              <w:right w:sz="6" w:val="single" w:color="CFCFCF"/>
            </w:tcBorders>
          </w:tcPr>
          <w:p>
            <w:pPr>
              <w:spacing w:after="0"/>
            </w:pPr>
            <w:r>
              <w:t>____</w:t>
            </w:r>
          </w:p>
        </w:tc>
        <w:tc>
          <w:tcPr>
            <w:tcW w:type="dxa" w:w="1377"/>
            <w:vAlign w:val="center"/>
            <w:tcBorders>
              <w:top w:sz="6" w:val="single" w:color="CFCFCF"/>
              <w:left w:sz="6" w:val="single" w:color="CFCFCF"/>
              <w:bottom w:sz="6" w:val="single" w:color="CFCFCF"/>
              <w:right w:sz="6" w:val="single" w:color="CFCFCF"/>
            </w:tcBorders>
          </w:tcPr>
          <w:p>
            <w:pPr>
              <w:spacing w:after="0"/>
            </w:pPr>
            <w:r>
              <w:t>____</w:t>
            </w:r>
          </w:p>
        </w:tc>
        <w:tc>
          <w:tcPr>
            <w:tcW w:type="dxa" w:w="1377"/>
            <w:vAlign w:val="center"/>
            <w:shd w:val="clear" w:color="auto" w:fill="FFF2CC"/>
            <w:tcBorders>
              <w:top w:sz="6" w:val="single" w:color="CFCFCF"/>
              <w:left w:sz="6" w:val="single" w:color="CFCFCF"/>
              <w:bottom w:sz="6" w:val="single" w:color="CFCFCF"/>
              <w:right w:sz="6" w:val="single" w:color="CFCFCF"/>
            </w:tcBorders>
          </w:tcPr>
          <w:p>
            <w:pPr>
              <w:spacing w:after="0"/>
              <w:jc w:val="center"/>
            </w:pPr>
            <w:r>
              <w:rPr>
                <w:b/>
              </w:rPr>
              <w:t>____</w:t>
            </w:r>
          </w:p>
        </w:tc>
        <w:tc>
          <w:tcPr>
            <w:tcW w:type="dxa" w:w="1377"/>
            <w:vAlign w:val="center"/>
            <w:tcBorders>
              <w:top w:sz="6" w:val="single" w:color="CFCFCF"/>
              <w:left w:sz="6" w:val="single" w:color="CFCFCF"/>
              <w:bottom w:sz="6" w:val="single" w:color="CFCFCF"/>
              <w:right w:sz="6" w:val="single" w:color="CFCFCF"/>
            </w:tcBorders>
          </w:tcPr>
          <w:p>
            <w:pPr>
              <w:spacing w:after="0"/>
            </w:pPr>
            <w:r>
              <w:t>____</w:t>
            </w:r>
          </w:p>
        </w:tc>
        <w:tc>
          <w:tcPr>
            <w:tcW w:type="dxa" w:w="1377"/>
            <w:vAlign w:val="center"/>
            <w:shd w:val="clear" w:color="auto" w:fill="E2F0D9"/>
            <w:tcBorders>
              <w:top w:sz="6" w:val="single" w:color="CFCFCF"/>
              <w:left w:sz="6" w:val="single" w:color="CFCFCF"/>
              <w:bottom w:sz="6" w:val="single" w:color="CFCFCF"/>
              <w:right w:sz="6" w:val="single" w:color="CFCFCF"/>
            </w:tcBorders>
          </w:tcPr>
          <w:p>
            <w:pPr>
              <w:spacing w:after="0"/>
              <w:jc w:val="center"/>
            </w:pPr>
            <w:r>
              <w:rPr>
                <w:b/>
              </w:rPr>
              <w:t>____</w:t>
            </w:r>
          </w:p>
        </w:tc>
        <w:tc>
          <w:tcPr>
            <w:tcW w:type="dxa" w:w="1377"/>
            <w:vAlign w:val="center"/>
            <w:tcBorders>
              <w:top w:sz="6" w:val="single" w:color="CFCFCF"/>
              <w:left w:sz="6" w:val="single" w:color="CFCFCF"/>
              <w:bottom w:sz="6" w:val="single" w:color="CFCFCF"/>
              <w:right w:sz="6" w:val="single" w:color="CFCFCF"/>
            </w:tcBorders>
          </w:tcPr>
          <w:p>
            <w:pPr>
              <w:spacing w:after="0"/>
            </w:pPr>
            <w:r>
              <w:t>____</w:t>
            </w:r>
          </w:p>
        </w:tc>
      </w:tr>
      <w:tr>
        <w:tc>
          <w:tcPr>
            <w:tcW w:type="dxa" w:w="1377"/>
            <w:vAlign w:val="center"/>
            <w:tcBorders>
              <w:top w:sz="6" w:val="single" w:color="CFCFCF"/>
              <w:left w:sz="6" w:val="single" w:color="CFCFCF"/>
              <w:bottom w:sz="6" w:val="single" w:color="CFCFCF"/>
              <w:right w:sz="6" w:val="single" w:color="CFCFCF"/>
            </w:tcBorders>
          </w:tcPr>
          <w:p>
            <w:pPr>
              <w:spacing w:after="0"/>
            </w:pPr>
            <w:r>
              <w:t>____</w:t>
            </w:r>
          </w:p>
        </w:tc>
        <w:tc>
          <w:tcPr>
            <w:tcW w:type="dxa" w:w="1377"/>
            <w:vAlign w:val="center"/>
            <w:tcBorders>
              <w:top w:sz="6" w:val="single" w:color="CFCFCF"/>
              <w:left w:sz="6" w:val="single" w:color="CFCFCF"/>
              <w:bottom w:sz="6" w:val="single" w:color="CFCFCF"/>
              <w:right w:sz="6" w:val="single" w:color="CFCFCF"/>
            </w:tcBorders>
          </w:tcPr>
          <w:p>
            <w:pPr>
              <w:spacing w:after="0"/>
            </w:pPr>
            <w:r>
              <w:t>____</w:t>
            </w:r>
          </w:p>
        </w:tc>
        <w:tc>
          <w:tcPr>
            <w:tcW w:type="dxa" w:w="1377"/>
            <w:vAlign w:val="center"/>
            <w:tcBorders>
              <w:top w:sz="6" w:val="single" w:color="CFCFCF"/>
              <w:left w:sz="6" w:val="single" w:color="CFCFCF"/>
              <w:bottom w:sz="6" w:val="single" w:color="CFCFCF"/>
              <w:right w:sz="6" w:val="single" w:color="CFCFCF"/>
            </w:tcBorders>
          </w:tcPr>
          <w:p>
            <w:pPr>
              <w:spacing w:after="0"/>
            </w:pPr>
            <w:r>
              <w:t>____</w:t>
            </w:r>
          </w:p>
        </w:tc>
        <w:tc>
          <w:tcPr>
            <w:tcW w:type="dxa" w:w="1377"/>
            <w:vAlign w:val="center"/>
            <w:shd w:val="clear" w:color="auto" w:fill="FFF2CC"/>
            <w:tcBorders>
              <w:top w:sz="6" w:val="single" w:color="CFCFCF"/>
              <w:left w:sz="6" w:val="single" w:color="CFCFCF"/>
              <w:bottom w:sz="6" w:val="single" w:color="CFCFCF"/>
              <w:right w:sz="6" w:val="single" w:color="CFCFCF"/>
            </w:tcBorders>
          </w:tcPr>
          <w:p>
            <w:pPr>
              <w:spacing w:after="0"/>
              <w:jc w:val="center"/>
            </w:pPr>
            <w:r>
              <w:rPr>
                <w:b/>
              </w:rPr>
              <w:t>____</w:t>
            </w:r>
          </w:p>
        </w:tc>
        <w:tc>
          <w:tcPr>
            <w:tcW w:type="dxa" w:w="1377"/>
            <w:vAlign w:val="center"/>
            <w:tcBorders>
              <w:top w:sz="6" w:val="single" w:color="CFCFCF"/>
              <w:left w:sz="6" w:val="single" w:color="CFCFCF"/>
              <w:bottom w:sz="6" w:val="single" w:color="CFCFCF"/>
              <w:right w:sz="6" w:val="single" w:color="CFCFCF"/>
            </w:tcBorders>
          </w:tcPr>
          <w:p>
            <w:pPr>
              <w:spacing w:after="0"/>
            </w:pPr>
            <w:r>
              <w:t>____</w:t>
            </w:r>
          </w:p>
        </w:tc>
        <w:tc>
          <w:tcPr>
            <w:tcW w:type="dxa" w:w="1377"/>
            <w:vAlign w:val="center"/>
            <w:shd w:val="clear" w:color="auto" w:fill="E2F0D9"/>
            <w:tcBorders>
              <w:top w:sz="6" w:val="single" w:color="CFCFCF"/>
              <w:left w:sz="6" w:val="single" w:color="CFCFCF"/>
              <w:bottom w:sz="6" w:val="single" w:color="CFCFCF"/>
              <w:right w:sz="6" w:val="single" w:color="CFCFCF"/>
            </w:tcBorders>
          </w:tcPr>
          <w:p>
            <w:pPr>
              <w:spacing w:after="0"/>
              <w:jc w:val="center"/>
            </w:pPr>
            <w:r>
              <w:rPr>
                <w:b/>
              </w:rPr>
              <w:t>____</w:t>
            </w:r>
          </w:p>
        </w:tc>
        <w:tc>
          <w:tcPr>
            <w:tcW w:type="dxa" w:w="1377"/>
            <w:vAlign w:val="center"/>
            <w:tcBorders>
              <w:top w:sz="6" w:val="single" w:color="CFCFCF"/>
              <w:left w:sz="6" w:val="single" w:color="CFCFCF"/>
              <w:bottom w:sz="6" w:val="single" w:color="CFCFCF"/>
              <w:right w:sz="6" w:val="single" w:color="CFCFCF"/>
            </w:tcBorders>
          </w:tcPr>
          <w:p>
            <w:pPr>
              <w:spacing w:after="0"/>
            </w:pPr>
            <w:r>
              <w:t>____</w:t>
            </w:r>
          </w:p>
        </w:tc>
      </w:tr>
    </w:tbl>
    <w:p>
      <w:pPr>
        <w:spacing w:before="200" w:after="120"/>
      </w:pPr>
      <w:r>
        <w:rPr>
          <w:b/>
          <w:color w:val="0F3557"/>
          <w:sz w:val="26"/>
        </w:rPr>
        <w:t>4. Activités – Semaine 1</w:t>
      </w:r>
    </w:p>
    <w:p>
      <w:pPr>
        <w:spacing w:after="80"/>
      </w:pPr>
      <w:r>
        <w:rPr>
          <w:b/>
          <w:color w:val="0F3557"/>
        </w:rPr>
        <w:t>4.1 Suivi des compétences et des performances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268"/>
        <w:gridCol w:w="1247"/>
        <w:gridCol w:w="1247"/>
        <w:gridCol w:w="680"/>
        <w:gridCol w:w="1757"/>
        <w:gridCol w:w="1757"/>
        <w:gridCol w:w="1814"/>
      </w:tblGrid>
      <w:tr>
        <w:trPr>
          <w:tblHeader w:val="true"/>
        </w:trPr>
        <w:tc>
          <w:tcPr>
            <w:tcW w:type="dxa" w:w="1377"/>
            <w:shd w:val="clear" w:color="auto" w:fill="0F3557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Domaine de compétences</w:t>
            </w:r>
          </w:p>
        </w:tc>
        <w:tc>
          <w:tcPr>
            <w:tcW w:type="dxa" w:w="1377"/>
            <w:shd w:val="clear" w:color="auto" w:fill="0F3557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Date cible</w:t>
            </w:r>
          </w:p>
        </w:tc>
        <w:tc>
          <w:tcPr>
            <w:tcW w:type="dxa" w:w="1377"/>
            <w:shd w:val="clear" w:color="auto" w:fill="0F3557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Date observée</w:t>
            </w:r>
          </w:p>
        </w:tc>
        <w:tc>
          <w:tcPr>
            <w:tcW w:type="dxa" w:w="1377"/>
            <w:shd w:val="clear" w:color="auto" w:fill="0F3557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Score</w:t>
            </w:r>
          </w:p>
        </w:tc>
        <w:tc>
          <w:tcPr>
            <w:tcW w:type="dxa" w:w="1377"/>
            <w:shd w:val="clear" w:color="auto" w:fill="0F3557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Domaines d’excellence</w:t>
            </w:r>
          </w:p>
        </w:tc>
        <w:tc>
          <w:tcPr>
            <w:tcW w:type="dxa" w:w="1377"/>
            <w:shd w:val="clear" w:color="auto" w:fill="0F3557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Domaines d’amélioration</w:t>
            </w:r>
          </w:p>
        </w:tc>
        <w:tc>
          <w:tcPr>
            <w:tcW w:type="dxa" w:w="1377"/>
            <w:shd w:val="clear" w:color="auto" w:fill="0F3557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Étapes suivantes</w:t>
            </w:r>
          </w:p>
        </w:tc>
      </w:tr>
      <w:tr>
        <w:tc>
          <w:tcPr>
            <w:tcW w:type="dxa" w:w="1377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377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377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377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377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377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377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</w:tr>
      <w:tr>
        <w:tc>
          <w:tcPr>
            <w:tcW w:type="dxa" w:w="1377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377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377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377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377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377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377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</w:tr>
      <w:tr>
        <w:tc>
          <w:tcPr>
            <w:tcW w:type="dxa" w:w="1377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377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377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377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377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377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377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</w:tr>
      <w:tr>
        <w:tc>
          <w:tcPr>
            <w:tcW w:type="dxa" w:w="1377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377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377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377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377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377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377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</w:tr>
      <w:tr>
        <w:tc>
          <w:tcPr>
            <w:tcW w:type="dxa" w:w="1377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377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377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377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377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377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377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</w:tr>
      <w:tr>
        <w:tc>
          <w:tcPr>
            <w:tcW w:type="dxa" w:w="1377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377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377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377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377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377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377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</w:tr>
    </w:tbl>
    <w:p/>
    <w:p>
      <w:pPr>
        <w:spacing w:after="80"/>
      </w:pPr>
      <w:r>
        <w:rPr>
          <w:b/>
          <w:color w:val="0F3557"/>
        </w:rPr>
        <w:t>4.2 Formations et réunions suivies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381"/>
        <w:gridCol w:w="1247"/>
        <w:gridCol w:w="1531"/>
        <w:gridCol w:w="794"/>
        <w:gridCol w:w="2438"/>
        <w:gridCol w:w="1814"/>
      </w:tblGrid>
      <w:tr>
        <w:trPr>
          <w:tblHeader w:val="true"/>
        </w:trPr>
        <w:tc>
          <w:tcPr>
            <w:tcW w:type="dxa" w:w="1606"/>
            <w:shd w:val="clear" w:color="auto" w:fill="155B7A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Intitulé de la formation</w:t>
            </w:r>
          </w:p>
        </w:tc>
        <w:tc>
          <w:tcPr>
            <w:tcW w:type="dxa" w:w="1606"/>
            <w:shd w:val="clear" w:color="auto" w:fill="155B7A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Date cible</w:t>
            </w:r>
          </w:p>
        </w:tc>
        <w:tc>
          <w:tcPr>
            <w:tcW w:type="dxa" w:w="1606"/>
            <w:shd w:val="clear" w:color="auto" w:fill="155B7A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Date(s) de participation</w:t>
            </w:r>
          </w:p>
        </w:tc>
        <w:tc>
          <w:tcPr>
            <w:tcW w:type="dxa" w:w="1606"/>
            <w:shd w:val="clear" w:color="auto" w:fill="155B7A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Heures</w:t>
            </w:r>
          </w:p>
        </w:tc>
        <w:tc>
          <w:tcPr>
            <w:tcW w:type="dxa" w:w="1606"/>
            <w:shd w:val="clear" w:color="auto" w:fill="155B7A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Sujets abordés</w:t>
            </w:r>
          </w:p>
        </w:tc>
        <w:tc>
          <w:tcPr>
            <w:tcW w:type="dxa" w:w="1606"/>
            <w:shd w:val="clear" w:color="auto" w:fill="155B7A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Formateur / Conférencier</w:t>
            </w:r>
          </w:p>
        </w:tc>
      </w:tr>
      <w:tr>
        <w:tc>
          <w:tcPr>
            <w:tcW w:type="dxa" w:w="1606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606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606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606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606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606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</w:tr>
      <w:tr>
        <w:tc>
          <w:tcPr>
            <w:tcW w:type="dxa" w:w="1606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606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606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606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606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606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</w:tr>
      <w:tr>
        <w:tc>
          <w:tcPr>
            <w:tcW w:type="dxa" w:w="1606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606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606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606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606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606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</w:tr>
      <w:tr>
        <w:tc>
          <w:tcPr>
            <w:tcW w:type="dxa" w:w="1606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606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606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606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606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606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</w:tr>
      <w:tr>
        <w:tc>
          <w:tcPr>
            <w:tcW w:type="dxa" w:w="1606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606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606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606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606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606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</w:tr>
      <w:tr>
        <w:tc>
          <w:tcPr>
            <w:tcW w:type="dxa" w:w="1606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606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606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606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606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606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</w:tr>
      <w:tr>
        <w:tc>
          <w:tcPr>
            <w:tcW w:type="dxa" w:w="1606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606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606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606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606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606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</w:tr>
      <w:tr>
        <w:tc>
          <w:tcPr>
            <w:tcW w:type="dxa" w:w="1606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606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606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606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606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606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</w:tr>
    </w:tbl>
    <w:p/>
    <w:p>
      <w:pPr>
        <w:spacing w:after="80"/>
      </w:pPr>
      <w:r>
        <w:rPr>
          <w:b/>
          <w:color w:val="0F3557"/>
        </w:rPr>
        <w:t>4.3 Synthèse de la semaine (faits marquants, points de vigilance)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9638"/>
      </w:tblGrid>
      <w:tr>
        <w:tc>
          <w:tcPr>
            <w:tcW w:type="dxa" w:w="9638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  <w:shd w:val="clear" w:color="auto" w:fill="F7F9FB"/>
          </w:tcPr>
          <w:p>
            <w:r>
              <w:t xml:space="preserve"> </w:t>
            </w:r>
          </w:p>
        </w:tc>
      </w:tr>
      <w:tr>
        <w:tc>
          <w:tcPr>
            <w:tcW w:type="dxa" w:w="9638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 xml:space="preserve"> </w:t>
            </w:r>
          </w:p>
        </w:tc>
      </w:tr>
      <w:tr>
        <w:tc>
          <w:tcPr>
            <w:tcW w:type="dxa" w:w="9638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 xml:space="preserve"> </w:t>
            </w:r>
          </w:p>
        </w:tc>
      </w:tr>
      <w:tr>
        <w:tc>
          <w:tcPr>
            <w:tcW w:type="dxa" w:w="9638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 xml:space="preserve"> </w:t>
            </w:r>
          </w:p>
        </w:tc>
      </w:tr>
      <w:tr>
        <w:tc>
          <w:tcPr>
            <w:tcW w:type="dxa" w:w="9638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 xml:space="preserve"> </w:t>
            </w:r>
          </w:p>
        </w:tc>
      </w:tr>
    </w:tbl>
    <w:p/>
    <w:p>
      <w:pPr>
        <w:spacing w:after="80"/>
      </w:pPr>
      <w:r>
        <w:rPr>
          <w:b/>
          <w:color w:val="0F3557"/>
        </w:rPr>
        <w:t>4.4 Actions prévues – Semaine 2 (priorités et responsables)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9638"/>
      </w:tblGrid>
      <w:tr>
        <w:tc>
          <w:tcPr>
            <w:tcW w:type="dxa" w:w="9638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  <w:shd w:val="clear" w:color="auto" w:fill="F7F9FB"/>
          </w:tcPr>
          <w:p>
            <w:r>
              <w:t xml:space="preserve"> </w:t>
            </w:r>
          </w:p>
        </w:tc>
      </w:tr>
      <w:tr>
        <w:tc>
          <w:tcPr>
            <w:tcW w:type="dxa" w:w="9638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 xml:space="preserve"> </w:t>
            </w:r>
          </w:p>
        </w:tc>
      </w:tr>
      <w:tr>
        <w:tc>
          <w:tcPr>
            <w:tcW w:type="dxa" w:w="9638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 xml:space="preserve"> </w:t>
            </w:r>
          </w:p>
        </w:tc>
      </w:tr>
      <w:tr>
        <w:tc>
          <w:tcPr>
            <w:tcW w:type="dxa" w:w="9638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 xml:space="preserve"> </w:t>
            </w:r>
          </w:p>
        </w:tc>
      </w:tr>
      <w:tr>
        <w:tc>
          <w:tcPr>
            <w:tcW w:type="dxa" w:w="9638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 xml:space="preserve"> </w:t>
            </w:r>
          </w:p>
        </w:tc>
      </w:tr>
    </w:tbl>
    <w:p>
      <w:r>
        <w:br w:type="page"/>
      </w:r>
    </w:p>
    <w:p>
      <w:pPr>
        <w:spacing w:before="200" w:after="120"/>
      </w:pPr>
      <w:r>
        <w:rPr>
          <w:b/>
          <w:color w:val="0F3557"/>
          <w:sz w:val="26"/>
        </w:rPr>
        <w:t>5. Budget et financement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948"/>
        <w:gridCol w:w="1247"/>
        <w:gridCol w:w="1247"/>
        <w:gridCol w:w="1247"/>
        <w:gridCol w:w="1134"/>
        <w:gridCol w:w="1928"/>
      </w:tblGrid>
      <w:tr>
        <w:trPr>
          <w:tblHeader w:val="true"/>
        </w:trPr>
        <w:tc>
          <w:tcPr>
            <w:tcW w:type="dxa" w:w="1606"/>
            <w:shd w:val="clear" w:color="auto" w:fill="0F3557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Poste budgétaire</w:t>
            </w:r>
          </w:p>
        </w:tc>
        <w:tc>
          <w:tcPr>
            <w:tcW w:type="dxa" w:w="1606"/>
            <w:shd w:val="clear" w:color="auto" w:fill="0F3557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Prévu (EUR)</w:t>
            </w:r>
          </w:p>
        </w:tc>
        <w:tc>
          <w:tcPr>
            <w:tcW w:type="dxa" w:w="1606"/>
            <w:shd w:val="clear" w:color="auto" w:fill="0F3557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Engagé (EUR)</w:t>
            </w:r>
          </w:p>
        </w:tc>
        <w:tc>
          <w:tcPr>
            <w:tcW w:type="dxa" w:w="1606"/>
            <w:shd w:val="clear" w:color="auto" w:fill="0F3557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Réalisé (EUR)</w:t>
            </w:r>
          </w:p>
        </w:tc>
        <w:tc>
          <w:tcPr>
            <w:tcW w:type="dxa" w:w="1606"/>
            <w:shd w:val="clear" w:color="auto" w:fill="0F3557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Écart</w:t>
            </w:r>
          </w:p>
        </w:tc>
        <w:tc>
          <w:tcPr>
            <w:tcW w:type="dxa" w:w="1606"/>
            <w:shd w:val="clear" w:color="auto" w:fill="0F3557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Commentaires</w:t>
            </w:r>
          </w:p>
        </w:tc>
      </w:tr>
      <w:tr>
        <w:tc>
          <w:tcPr>
            <w:tcW w:type="dxa" w:w="1606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606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606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606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606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606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</w:tr>
      <w:tr>
        <w:tc>
          <w:tcPr>
            <w:tcW w:type="dxa" w:w="1606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606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606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606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606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606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</w:tr>
      <w:tr>
        <w:tc>
          <w:tcPr>
            <w:tcW w:type="dxa" w:w="1606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606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606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606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606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606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</w:tr>
      <w:tr>
        <w:tc>
          <w:tcPr>
            <w:tcW w:type="dxa" w:w="1606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606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606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606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606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606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</w:tr>
      <w:tr>
        <w:tc>
          <w:tcPr>
            <w:tcW w:type="dxa" w:w="1606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606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606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606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606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606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</w:tr>
      <w:tr>
        <w:tc>
          <w:tcPr>
            <w:tcW w:type="dxa" w:w="1606"/>
            <w:shd w:val="clear" w:color="auto" w:fill="F7F9FB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rPr>
                <w:b/>
              </w:rPr>
              <w:t>TOTAL</w:t>
            </w:r>
          </w:p>
        </w:tc>
        <w:tc>
          <w:tcPr>
            <w:tcW w:type="dxa" w:w="1606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606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606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606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606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</w:tr>
    </w:tbl>
    <w:p>
      <w:pPr>
        <w:spacing w:before="200" w:after="120"/>
      </w:pPr>
      <w:r>
        <w:rPr>
          <w:b/>
          <w:color w:val="0F3557"/>
          <w:sz w:val="26"/>
        </w:rPr>
        <w:t>6. Évaluation, décisions et actions</w:t>
      </w:r>
    </w:p>
    <w:p>
      <w:pPr>
        <w:spacing w:after="40"/>
      </w:pPr>
      <w:r>
        <w:t>Évaluation à chaud (immédiat) :  ☐ Très satisfaisant  ☐ Satisfaisant  ☐ À améliorer  |  Commentaires : ____</w:t>
      </w:r>
    </w:p>
    <w:p>
      <w:pPr>
        <w:spacing w:after="120"/>
      </w:pPr>
      <w:r>
        <w:t>Évaluation à froid (J+30 / J+90) :  ☐ Compétence acquise  ☐ Partiellement  ☐ Non acquise  |  Actions : ____</w:t>
      </w:r>
    </w:p>
    <w:p>
      <w:r>
        <w:rPr>
          <w:b/>
        </w:rPr>
        <w:t>Décisions / actions correctives :</w:t>
      </w:r>
    </w:p>
    <w:p>
      <w:pPr>
        <w:spacing w:after="0"/>
      </w:pPr>
      <w:r>
        <w:t>☐ Mise à jour du contenu</w:t>
      </w:r>
    </w:p>
    <w:p>
      <w:pPr>
        <w:spacing w:after="0"/>
      </w:pPr>
      <w:r>
        <w:t>☐ Coaching terrain / tutorat</w:t>
      </w:r>
    </w:p>
    <w:p>
      <w:pPr>
        <w:spacing w:after="0"/>
      </w:pPr>
      <w:r>
        <w:t>☐ Session de rattrapage</w:t>
      </w:r>
    </w:p>
    <w:p>
      <w:pPr>
        <w:spacing w:after="0"/>
      </w:pPr>
      <w:r>
        <w:t>☐ Validation formelle des acquis (test / observation)</w:t>
      </w:r>
    </w:p>
    <w:p>
      <w:pPr>
        <w:spacing w:after="0"/>
      </w:pPr>
      <w:r>
        <w:t>☐ Autre : ____</w:t>
      </w:r>
    </w:p>
    <w:p>
      <w:pPr>
        <w:spacing w:before="200" w:after="120"/>
      </w:pPr>
      <w:r>
        <w:rPr>
          <w:b/>
          <w:color w:val="0F3557"/>
          <w:sz w:val="26"/>
        </w:rPr>
        <w:t>7. Validation et signatures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3175"/>
        <w:gridCol w:w="3175"/>
        <w:gridCol w:w="3175"/>
      </w:tblGrid>
      <w:tr>
        <w:trPr>
          <w:tblHeader w:val="true"/>
        </w:trPr>
        <w:tc>
          <w:tcPr>
            <w:tcW w:type="dxa" w:w="3213"/>
            <w:shd w:val="clear" w:color="auto" w:fill="155B7A"/>
            <w:tcBorders>
              <w:top w:sz="6" w:val="single" w:color="CFCFCF"/>
              <w:left w:sz="6" w:val="single" w:color="CFCFCF"/>
              <w:bottom w:sz="6" w:val="single" w:color="CFCFCF"/>
              <w:right w:sz="6" w:val="single" w:color="CFCFCF"/>
            </w:tcBorders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Élaboré par</w:t>
            </w:r>
          </w:p>
        </w:tc>
        <w:tc>
          <w:tcPr>
            <w:tcW w:type="dxa" w:w="3213"/>
            <w:shd w:val="clear" w:color="auto" w:fill="155B7A"/>
            <w:tcBorders>
              <w:top w:sz="6" w:val="single" w:color="CFCFCF"/>
              <w:left w:sz="6" w:val="single" w:color="CFCFCF"/>
              <w:bottom w:sz="6" w:val="single" w:color="CFCFCF"/>
              <w:right w:sz="6" w:val="single" w:color="CFCFCF"/>
            </w:tcBorders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Vérifié par</w:t>
            </w:r>
          </w:p>
        </w:tc>
        <w:tc>
          <w:tcPr>
            <w:tcW w:type="dxa" w:w="3213"/>
            <w:shd w:val="clear" w:color="auto" w:fill="155B7A"/>
            <w:tcBorders>
              <w:top w:sz="6" w:val="single" w:color="CFCFCF"/>
              <w:left w:sz="6" w:val="single" w:color="CFCFCF"/>
              <w:bottom w:sz="6" w:val="single" w:color="CFCFCF"/>
              <w:right w:sz="6" w:val="single" w:color="CFCFCF"/>
            </w:tcBorders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Approuvé par</w:t>
            </w:r>
          </w:p>
        </w:tc>
      </w:tr>
      <w:tr>
        <w:tc>
          <w:tcPr>
            <w:tcW w:type="dxa" w:w="3213"/>
            <w:tcBorders>
              <w:top w:sz="6" w:val="single" w:color="CFCFCF"/>
              <w:left w:sz="6" w:val="single" w:color="CFCFCF"/>
              <w:bottom w:sz="6" w:val="single" w:color="CFCFCF"/>
              <w:right w:sz="6" w:val="single" w:color="CFCFCF"/>
            </w:tcBorders>
          </w:tcPr>
          <w:p>
            <w:r>
              <w:t>Nom &amp; fonction : ____</w:t>
            </w:r>
          </w:p>
        </w:tc>
        <w:tc>
          <w:tcPr>
            <w:tcW w:type="dxa" w:w="3213"/>
            <w:tcBorders>
              <w:top w:sz="6" w:val="single" w:color="CFCFCF"/>
              <w:left w:sz="6" w:val="single" w:color="CFCFCF"/>
              <w:bottom w:sz="6" w:val="single" w:color="CFCFCF"/>
              <w:right w:sz="6" w:val="single" w:color="CFCFCF"/>
            </w:tcBorders>
          </w:tcPr>
          <w:p>
            <w:r>
              <w:t>Nom &amp; fonction : ____</w:t>
            </w:r>
          </w:p>
        </w:tc>
        <w:tc>
          <w:tcPr>
            <w:tcW w:type="dxa" w:w="3213"/>
            <w:tcBorders>
              <w:top w:sz="6" w:val="single" w:color="CFCFCF"/>
              <w:left w:sz="6" w:val="single" w:color="CFCFCF"/>
              <w:bottom w:sz="6" w:val="single" w:color="CFCFCF"/>
              <w:right w:sz="6" w:val="single" w:color="CFCFCF"/>
            </w:tcBorders>
          </w:tcPr>
          <w:p>
            <w:r>
              <w:t>Nom &amp; fonction : ____</w:t>
            </w:r>
          </w:p>
        </w:tc>
      </w:tr>
      <w:tr>
        <w:tc>
          <w:tcPr>
            <w:tcW w:type="dxa" w:w="3213"/>
            <w:tcBorders>
              <w:top w:sz="6" w:val="single" w:color="CFCFCF"/>
              <w:left w:sz="6" w:val="single" w:color="CFCFCF"/>
              <w:bottom w:sz="6" w:val="single" w:color="CFCFCF"/>
              <w:right w:sz="6" w:val="single" w:color="CFCFCF"/>
            </w:tcBorders>
          </w:tcPr>
          <w:p>
            <w:r>
              <w:t>Signature : ____</w:t>
            </w:r>
          </w:p>
        </w:tc>
        <w:tc>
          <w:tcPr>
            <w:tcW w:type="dxa" w:w="3213"/>
            <w:tcBorders>
              <w:top w:sz="6" w:val="single" w:color="CFCFCF"/>
              <w:left w:sz="6" w:val="single" w:color="CFCFCF"/>
              <w:bottom w:sz="6" w:val="single" w:color="CFCFCF"/>
              <w:right w:sz="6" w:val="single" w:color="CFCFCF"/>
            </w:tcBorders>
          </w:tcPr>
          <w:p>
            <w:r>
              <w:t>Signature : ____</w:t>
            </w:r>
          </w:p>
        </w:tc>
        <w:tc>
          <w:tcPr>
            <w:tcW w:type="dxa" w:w="3213"/>
            <w:tcBorders>
              <w:top w:sz="6" w:val="single" w:color="CFCFCF"/>
              <w:left w:sz="6" w:val="single" w:color="CFCFCF"/>
              <w:bottom w:sz="6" w:val="single" w:color="CFCFCF"/>
              <w:right w:sz="6" w:val="single" w:color="CFCFCF"/>
            </w:tcBorders>
          </w:tcPr>
          <w:p>
            <w:r>
              <w:t>Signature : ____</w:t>
            </w:r>
          </w:p>
        </w:tc>
      </w:tr>
      <w:tr>
        <w:tc>
          <w:tcPr>
            <w:tcW w:type="dxa" w:w="3213"/>
            <w:tcBorders>
              <w:top w:sz="6" w:val="single" w:color="CFCFCF"/>
              <w:left w:sz="6" w:val="single" w:color="CFCFCF"/>
              <w:bottom w:sz="6" w:val="single" w:color="CFCFCF"/>
              <w:right w:sz="6" w:val="single" w:color="CFCFCF"/>
            </w:tcBorders>
          </w:tcPr>
          <w:p>
            <w:r>
              <w:t>Date : ____</w:t>
            </w:r>
          </w:p>
        </w:tc>
        <w:tc>
          <w:tcPr>
            <w:tcW w:type="dxa" w:w="3213"/>
            <w:tcBorders>
              <w:top w:sz="6" w:val="single" w:color="CFCFCF"/>
              <w:left w:sz="6" w:val="single" w:color="CFCFCF"/>
              <w:bottom w:sz="6" w:val="single" w:color="CFCFCF"/>
              <w:right w:sz="6" w:val="single" w:color="CFCFCF"/>
            </w:tcBorders>
          </w:tcPr>
          <w:p>
            <w:r>
              <w:t>Date : ____</w:t>
            </w:r>
          </w:p>
        </w:tc>
        <w:tc>
          <w:tcPr>
            <w:tcW w:type="dxa" w:w="3213"/>
            <w:tcBorders>
              <w:top w:sz="6" w:val="single" w:color="CFCFCF"/>
              <w:left w:sz="6" w:val="single" w:color="CFCFCF"/>
              <w:bottom w:sz="6" w:val="single" w:color="CFCFCF"/>
              <w:right w:sz="6" w:val="single" w:color="CFCFCF"/>
            </w:tcBorders>
          </w:tcPr>
          <w:p>
            <w:r>
              <w:t>Date : ____</w:t>
            </w:r>
          </w:p>
        </w:tc>
      </w:tr>
    </w:tbl>
    <w:p>
      <w:r>
        <w:br w:type="page"/>
      </w:r>
    </w:p>
    <w:p>
      <w:pPr>
        <w:spacing w:before="200" w:after="120"/>
      </w:pPr>
      <w:r>
        <w:rPr>
          <w:b/>
          <w:color w:val="0F3557"/>
          <w:sz w:val="26"/>
        </w:rPr>
        <w:t>8. Historique des révisions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134"/>
        <w:gridCol w:w="1701"/>
        <w:gridCol w:w="3969"/>
        <w:gridCol w:w="1701"/>
        <w:gridCol w:w="1587"/>
      </w:tblGrid>
      <w:tr>
        <w:trPr>
          <w:tblHeader w:val="true"/>
        </w:trPr>
        <w:tc>
          <w:tcPr>
            <w:tcW w:type="dxa" w:w="1928"/>
            <w:shd w:val="clear" w:color="auto" w:fill="0F3557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Version</w:t>
            </w:r>
          </w:p>
        </w:tc>
        <w:tc>
          <w:tcPr>
            <w:tcW w:type="dxa" w:w="1928"/>
            <w:shd w:val="clear" w:color="auto" w:fill="0F3557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Date</w:t>
            </w:r>
          </w:p>
        </w:tc>
        <w:tc>
          <w:tcPr>
            <w:tcW w:type="dxa" w:w="1928"/>
            <w:shd w:val="clear" w:color="auto" w:fill="0F3557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Nature de la modification</w:t>
            </w:r>
          </w:p>
        </w:tc>
        <w:tc>
          <w:tcPr>
            <w:tcW w:type="dxa" w:w="1928"/>
            <w:shd w:val="clear" w:color="auto" w:fill="0F3557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Auteur</w:t>
            </w:r>
          </w:p>
        </w:tc>
        <w:tc>
          <w:tcPr>
            <w:tcW w:type="dxa" w:w="1928"/>
            <w:shd w:val="clear" w:color="auto" w:fill="0F3557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Validation</w:t>
            </w:r>
          </w:p>
        </w:tc>
      </w:tr>
      <w:tr>
        <w:tc>
          <w:tcPr>
            <w:tcW w:type="dxa" w:w="1928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928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928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928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928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</w:tr>
      <w:tr>
        <w:tc>
          <w:tcPr>
            <w:tcW w:type="dxa" w:w="1928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928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928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928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928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</w:tr>
      <w:tr>
        <w:tc>
          <w:tcPr>
            <w:tcW w:type="dxa" w:w="1928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928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928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928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928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</w:tr>
      <w:tr>
        <w:tc>
          <w:tcPr>
            <w:tcW w:type="dxa" w:w="1928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928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928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928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  <w:tc>
          <w:tcPr>
            <w:tcW w:type="dxa" w:w="1928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</w:tr>
    </w:tbl>
    <w:p/>
    <w:p>
      <w:pPr>
        <w:spacing w:before="200" w:after="120"/>
      </w:pPr>
      <w:r>
        <w:rPr>
          <w:b/>
          <w:color w:val="0F3557"/>
          <w:sz w:val="26"/>
        </w:rPr>
        <w:t>9. Archivage et diffusion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835"/>
        <w:gridCol w:w="6803"/>
      </w:tblGrid>
      <w:tr>
        <w:tc>
          <w:tcPr>
            <w:tcW w:type="dxa" w:w="4819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  <w:shd w:val="clear" w:color="auto" w:fill="F7F9FB"/>
          </w:tcPr>
          <w:p>
            <w:r>
              <w:rPr>
                <w:b/>
              </w:rPr>
              <w:t>Emplacement d’archivage</w:t>
            </w:r>
          </w:p>
        </w:tc>
        <w:tc>
          <w:tcPr>
            <w:tcW w:type="dxa" w:w="4819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</w:tr>
      <w:tr>
        <w:tc>
          <w:tcPr>
            <w:tcW w:type="dxa" w:w="4819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  <w:shd w:val="clear" w:color="auto" w:fill="F7F9FB"/>
          </w:tcPr>
          <w:p>
            <w:r>
              <w:rPr>
                <w:b/>
              </w:rPr>
              <w:t>Durée de conservation</w:t>
            </w:r>
          </w:p>
        </w:tc>
        <w:tc>
          <w:tcPr>
            <w:tcW w:type="dxa" w:w="4819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</w:tr>
      <w:tr>
        <w:tc>
          <w:tcPr>
            <w:tcW w:type="dxa" w:w="4819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  <w:shd w:val="clear" w:color="auto" w:fill="F7F9FB"/>
          </w:tcPr>
          <w:p>
            <w:r>
              <w:rPr>
                <w:b/>
              </w:rPr>
              <w:t>Public concerné</w:t>
            </w:r>
          </w:p>
        </w:tc>
        <w:tc>
          <w:tcPr>
            <w:tcW w:type="dxa" w:w="4819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☐ RH  ☐ Managers  ☐ Direction  ☐ Auditeurs  ☐ Autre : ____</w:t>
            </w:r>
          </w:p>
        </w:tc>
      </w:tr>
      <w:tr>
        <w:tc>
          <w:tcPr>
            <w:tcW w:type="dxa" w:w="4819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  <w:shd w:val="clear" w:color="auto" w:fill="F7F9FB"/>
          </w:tcPr>
          <w:p>
            <w:r>
              <w:rPr>
                <w:b/>
              </w:rPr>
              <w:t>Pièces jointes</w:t>
            </w:r>
          </w:p>
        </w:tc>
        <w:tc>
          <w:tcPr>
            <w:tcW w:type="dxa" w:w="4819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☐ Convocations  ☐ Feuilles d’émargement  ☐ Supports  ☐ Attestations  ☐ Autre : ____</w:t>
            </w:r>
          </w:p>
        </w:tc>
      </w:tr>
      <w:tr>
        <w:tc>
          <w:tcPr>
            <w:tcW w:type="dxa" w:w="4819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  <w:shd w:val="clear" w:color="auto" w:fill="F7F9FB"/>
          </w:tcPr>
          <w:p>
            <w:r>
              <w:rPr>
                <w:b/>
              </w:rPr>
              <w:t>Observations</w:t>
            </w:r>
          </w:p>
        </w:tc>
        <w:tc>
          <w:tcPr>
            <w:tcW w:type="dxa" w:w="4819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t>____</w:t>
            </w:r>
          </w:p>
        </w:tc>
      </w:tr>
    </w:tbl>
    <w:sectPr w:rsidR="00FC693F" w:rsidRPr="0006063C" w:rsidSect="00034616">
      <w:headerReference w:type="default" r:id="rId9"/>
      <w:footerReference w:type="default" r:id="rId10"/>
      <w:pgSz w:w="11906" w:h="16838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tbl>
    <w:tblPr>
      <w:tblW w:type="auto" w:w="0"/>
      <w:jc w:val="center"/>
      <w:tblLayout w:type="fixed"/>
      <w:tblLook w:firstColumn="1" w:firstRow="1" w:lastColumn="0" w:lastRow="0" w:noHBand="0" w:noVBand="1" w:val="04A0"/>
    </w:tblPr>
    <w:tblGrid>
      <w:gridCol w:w="6803"/>
      <w:gridCol w:w="2835"/>
    </w:tblGrid>
    <w:tr>
      <w:tc>
        <w:tcPr>
          <w:tcW w:type="dxa" w:w="4819"/>
        </w:tcPr>
        <w:p>
          <w:pPr>
            <w:jc w:val="left"/>
          </w:pPr>
          <w:r>
            <w:rPr>
              <w:color w:val="666666"/>
              <w:sz w:val="18"/>
            </w:rPr>
            <w:t>lecoursgratuit.com  |  Document interne – diffusion contrôlée</w:t>
          </w:r>
        </w:p>
      </w:tc>
      <w:tc>
        <w:tcPr>
          <w:tcW w:type="dxa" w:w="4819"/>
        </w:tcPr>
        <w:p>
          <w:pPr>
            <w:jc w:val="right"/>
          </w:pPr>
          <w:r>
            <w:rPr>
              <w:color w:val="666666"/>
              <w:sz w:val="18"/>
            </w:rPr>
            <w:t xml:space="preserve">Page </w:t>
            <w:fldChar w:fldCharType="begin"/>
            <w:instrText xml:space="preserve">PAGE</w:instrText>
            <w:fldChar w:fldCharType="end"/>
          </w:r>
          <w:r>
            <w:rPr>
              <w:color w:val="666666"/>
              <w:sz w:val="18"/>
            </w:rPr>
            <w:t xml:space="preserve"> / </w:t>
          </w:r>
          <w:r>
            <w:rPr>
              <w:color w:val="666666"/>
              <w:sz w:val="18"/>
            </w:rPr>
            <w:fldChar w:fldCharType="begin"/>
            <w:instrText xml:space="preserve">NUMPAGES</w:instrText>
            <w:fldChar w:fldCharType="end"/>
          </w:r>
        </w:p>
      </w:tc>
    </w:tr>
  </w:tbl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</w:pPr>
  </w:p>
  <w:tbl>
    <w:tblPr>
      <w:tblW w:type="auto" w:w="0"/>
      <w:jc w:val="center"/>
      <w:tblLayout w:type="fixed"/>
      <w:tblLook w:firstColumn="1" w:firstRow="1" w:lastColumn="0" w:lastRow="0" w:noHBand="0" w:noVBand="1" w:val="04A0"/>
    </w:tblPr>
    <w:tblGrid>
      <w:gridCol w:w="2268"/>
      <w:gridCol w:w="7370"/>
    </w:tblGrid>
    <w:tr>
      <w:tc>
        <w:tcPr>
          <w:tcW w:type="dxa" w:w="4819"/>
          <w:vAlign w:val="center"/>
          <w:shd w:val="clear" w:color="auto" w:fill="F2F2F2"/>
          <w:tcBorders>
            <w:bottom w:sz="8" w:val="single" w:color="C9D2DD"/>
          </w:tcBorders>
        </w:tcPr>
        <w:p>
          <w:pPr>
            <w:jc w:val="center"/>
          </w:pPr>
          <w:r>
            <w:rPr>
              <w:b/>
              <w:color w:val="404040"/>
              <w:sz w:val="20"/>
            </w:rPr>
            <w:t>LOGO</w:t>
            <w:br/>
            <w:t>Entreprise</w:t>
          </w:r>
        </w:p>
        <w:p>
          <w:pPr>
            <w:jc w:val="center"/>
          </w:pPr>
          <w:r>
            <w:rPr>
              <w:color w:val="808080"/>
              <w:sz w:val="16"/>
            </w:rPr>
            <w:t>Zone réservée</w:t>
          </w:r>
        </w:p>
      </w:tc>
      <w:tc>
        <w:tcPr>
          <w:tcW w:type="dxa" w:w="4819"/>
          <w:vAlign w:val="center"/>
          <w:tcBorders>
            <w:bottom w:sz="8" w:val="single" w:color="C9D2DD"/>
          </w:tcBorders>
        </w:tcPr>
        <w:p>
          <w:pPr>
            <w:jc w:val="left"/>
          </w:pPr>
          <w:r/>
          <w:r>
            <w:rPr>
              <w:b/>
              <w:color w:val="0F3557"/>
              <w:sz w:val="28"/>
            </w:rPr>
            <w:t>PLAN DE FORMATION – EMPLOYÉS</w:t>
          </w:r>
        </w:p>
        <w:p>
          <w:pPr>
            <w:spacing w:before="0" w:after="0" w:line="240" w:lineRule="auto"/>
          </w:pPr>
          <w:r>
            <w:rPr>
              <w:color w:val="1F1F1F"/>
              <w:sz w:val="18"/>
            </w:rPr>
            <w:t>Référence document : PF-____</w:t>
          </w:r>
        </w:p>
        <w:p>
          <w:pPr>
            <w:spacing w:before="0" w:after="0" w:line="240" w:lineRule="auto"/>
          </w:pPr>
          <w:r>
            <w:rPr>
              <w:color w:val="1F1F1F"/>
              <w:sz w:val="18"/>
            </w:rPr>
            <w:t>Période : ____ / ____</w:t>
          </w:r>
        </w:p>
        <w:p>
          <w:pPr>
            <w:spacing w:before="0" w:after="0" w:line="240" w:lineRule="auto"/>
          </w:pPr>
          <w:r>
            <w:rPr>
              <w:color w:val="1F1F1F"/>
              <w:sz w:val="18"/>
            </w:rPr>
            <w:t>Service / Département : ____</w:t>
          </w:r>
        </w:p>
        <w:p>
          <w:pPr>
            <w:spacing w:before="0" w:after="0" w:line="240" w:lineRule="auto"/>
          </w:pPr>
          <w:r>
            <w:rPr>
              <w:color w:val="1F1F1F"/>
              <w:sz w:val="18"/>
            </w:rPr>
            <w:t>Responsable du plan : ____</w:t>
          </w:r>
        </w:p>
        <w:p>
          <w:pPr>
            <w:spacing w:before="0" w:after="0" w:line="240" w:lineRule="auto"/>
          </w:pPr>
          <w:r>
            <w:rPr>
              <w:color w:val="1F1F1F"/>
              <w:sz w:val="18"/>
            </w:rPr>
            <w:t>Date d’émission : ____</w:t>
          </w:r>
        </w:p>
        <w:p>
          <w:pPr>
            <w:spacing w:before="0" w:after="0" w:line="240" w:lineRule="auto"/>
          </w:pPr>
          <w:r>
            <w:rPr>
              <w:color w:val="1F1F1F"/>
              <w:sz w:val="18"/>
            </w:rPr>
            <w:t>Version : ____   |   Statut : ☐ Brouillon  ☐ Validé  ☐ Diffusé</w:t>
          </w:r>
        </w:p>
      </w:tc>
    </w:tr>
  </w:tbl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