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</w:tcPr>
          <w:p/>
          <w:p>
            <w:pPr>
              <w:jc w:val="center"/>
            </w:pPr>
            <w:r>
              <w:rPr>
                <w:b/>
              </w:rPr>
              <w:t>Association [Nom de l’association]</w:t>
              <w:br/>
            </w:r>
            <w:r>
              <w:rPr>
                <w:b/>
              </w:rPr>
              <w:t>[Organe : Assemblée générale ordinaire]</w:t>
              <w:br/>
            </w:r>
            <w:r>
              <w:rPr>
                <w:b/>
              </w:rPr>
              <w:t>Procès-verbal de l’Assemblée générale d’élection du Bureau</w:t>
              <w:br/>
            </w:r>
            <w:r>
              <w:rPr>
                <w:i/>
              </w:rPr>
              <w:t>[Ville], le [date complète], [heure de début]</w:t>
            </w:r>
          </w:p>
          <w:p/>
          <w:p>
            <w:r>
              <w:rPr>
                <w:b/>
              </w:rPr>
              <w:t>Sont présents :</w:t>
            </w:r>
          </w:p>
          <w:p>
            <w:r>
              <w:t>[Liste des membres présents avec leur qualité]</w:t>
            </w:r>
          </w:p>
          <w:p>
            <w:r>
              <w:rPr>
                <w:b/>
              </w:rPr>
              <w:t>Sont absents :</w:t>
            </w:r>
          </w:p>
          <w:p>
            <w:r>
              <w:t>[Liste des membres excusés ou absents]</w:t>
            </w:r>
          </w:p>
          <w:p>
            <w:r>
              <w:rPr>
                <w:b/>
              </w:rPr>
              <w:t>1. Ouverture de la séance</w:t>
            </w:r>
          </w:p>
          <w:p>
            <w:pPr>
              <w:ind w:firstLine="425"/>
            </w:pPr>
            <w:r>
              <w:t>La séance est ouverte à [heure d’ouverture] par [Nom, fonction : président(e) de séance], qui souhaite la bienvenue aux membres présents et rappelle que l’objet principal de cette assemblée est l’élection du Bureau de l’association.</w:t>
            </w:r>
          </w:p>
          <w:p>
            <w:r>
              <w:rPr>
                <w:b/>
              </w:rPr>
              <w:t>2. Quorum et adoption de l’ordre du jour</w:t>
            </w:r>
          </w:p>
          <w:p>
            <w:pPr>
              <w:ind w:firstLine="425"/>
            </w:pPr>
            <w:r>
              <w:t>Après vérification de la feuille de présence, il est constaté que le quorum prévu par les statuts est [atteint / non atteint]. L’ordre du jour suivant est proposé : présentation des candidatures, élection des membres du Bureau, proclamation des résultats et pouvoirs pour formalités. L’ordre du jour est adopté [à l’unanimité / à la majorité].</w:t>
            </w:r>
          </w:p>
          <w:p>
            <w:r>
              <w:rPr>
                <w:b/>
              </w:rPr>
              <w:t>3. Présentation des candidatures</w:t>
            </w:r>
          </w:p>
          <w:p>
            <w:pPr>
              <w:ind w:firstLine="425"/>
            </w:pPr>
            <w:r>
              <w:t>Le président de séance invite les membres à présenter leur candidature aux fonctions de Président(e), Secrétaire et Trésorier(ère) [ainsi qu’aux fonctions adjointes, le cas échéant]. Les candidatures suivantes sont enregistrées :</w:t>
              <w:br/>
              <w:t>- Président(e) : [Nom Prénom]</w:t>
              <w:br/>
              <w:t>- Secrétaire : [Nom Prénom]</w:t>
              <w:br/>
              <w:t>- Trésorier(ère) : [Nom Prénom]</w:t>
              <w:br/>
              <w:t>[Ajouter d’autres lignes si nécessaire].</w:t>
            </w:r>
          </w:p>
          <w:p>
            <w:r>
              <w:rPr>
                <w:b/>
              </w:rPr>
              <w:t>4. Modalités de vote et élection du Bureau</w:t>
            </w:r>
          </w:p>
          <w:p>
            <w:pPr>
              <w:ind w:firstLine="425"/>
            </w:pPr>
            <w:r>
              <w:t>L’assemblée décide que le vote se déroulera [à main levée / à bulletin secret], chaque membre à jour de cotisation disposant d’une voix. Après dépouillement, les résultats sont les suivants :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3324"/>
              <w:gridCol w:w="3324"/>
              <w:gridCol w:w="3324"/>
            </w:tblGrid>
            <w:tr>
              <w:tc>
                <w:tcPr>
                  <w:tcW w:type="dxa" w:w="3324"/>
                </w:tcPr>
                <w:p>
                  <w:r>
                    <w:t>Fonction</w:t>
                  </w:r>
                </w:p>
              </w:tc>
              <w:tc>
                <w:tcPr>
                  <w:tcW w:type="dxa" w:w="3324"/>
                </w:tcPr>
                <w:p>
                  <w:r>
                    <w:t>Nom et prénom élu(e)</w:t>
                  </w:r>
                </w:p>
              </w:tc>
              <w:tc>
                <w:tcPr>
                  <w:tcW w:type="dxa" w:w="3324"/>
                </w:tcPr>
                <w:p>
                  <w:r>
                    <w:t>Résultat du vote</w:t>
                  </w:r>
                </w:p>
              </w:tc>
            </w:tr>
            <w:tr>
              <w:tc>
                <w:tcPr>
                  <w:tcW w:type="dxa" w:w="3324"/>
                </w:tcPr>
                <w:p>
                  <w:r>
                    <w:t>Président(e)</w:t>
                  </w:r>
                </w:p>
              </w:tc>
              <w:tc>
                <w:tcPr>
                  <w:tcW w:type="dxa" w:w="3324"/>
                </w:tcPr>
                <w:p>
                  <w:r>
                    <w:t>[Nom Prénom]</w:t>
                  </w:r>
                </w:p>
              </w:tc>
              <w:tc>
                <w:tcPr>
                  <w:tcW w:type="dxa" w:w="3324"/>
                </w:tcPr>
                <w:p>
                  <w:r>
                    <w:t>[Élu(e) à l’unanimité / à la majorité]</w:t>
                  </w:r>
                </w:p>
              </w:tc>
            </w:tr>
            <w:tr>
              <w:tc>
                <w:tcPr>
                  <w:tcW w:type="dxa" w:w="3324"/>
                </w:tcPr>
                <w:p>
                  <w:r>
                    <w:t>Secrétaire</w:t>
                  </w:r>
                </w:p>
              </w:tc>
              <w:tc>
                <w:tcPr>
                  <w:tcW w:type="dxa" w:w="3324"/>
                </w:tcPr>
                <w:p>
                  <w:r>
                    <w:t>[Nom Prénom]</w:t>
                  </w:r>
                </w:p>
              </w:tc>
              <w:tc>
                <w:tcPr>
                  <w:tcW w:type="dxa" w:w="3324"/>
                </w:tcPr>
                <w:p>
                  <w:r>
                    <w:t>[Élu(e) à l’unanimité / à la majorité]</w:t>
                  </w:r>
                </w:p>
              </w:tc>
            </w:tr>
            <w:tr>
              <w:tc>
                <w:tcPr>
                  <w:tcW w:type="dxa" w:w="3324"/>
                </w:tcPr>
                <w:p>
                  <w:r>
                    <w:t>Trésorier(ère)</w:t>
                  </w:r>
                </w:p>
              </w:tc>
              <w:tc>
                <w:tcPr>
                  <w:tcW w:type="dxa" w:w="3324"/>
                </w:tcPr>
                <w:p>
                  <w:r>
                    <w:t>[Nom Prénom]</w:t>
                  </w:r>
                </w:p>
              </w:tc>
              <w:tc>
                <w:tcPr>
                  <w:tcW w:type="dxa" w:w="3324"/>
                </w:tcPr>
                <w:p>
                  <w:r>
                    <w:t>[Élu(e) à l’unanimité / à la majorité]</w:t>
                  </w:r>
                </w:p>
              </w:tc>
            </w:tr>
          </w:tbl>
          <w:p/>
          <w:p>
            <w:pPr>
              <w:ind w:firstLine="425"/>
            </w:pPr>
            <w:r>
              <w:t>[Ajouter des lignes pour Vice-président(e), Secrétaire adjoint(e), Trésorier adjoint(e) si besoin.]</w:t>
            </w:r>
          </w:p>
          <w:p>
            <w:r>
              <w:rPr>
                <w:b/>
              </w:rPr>
              <w:t>5. Composition du nouveau Bureau</w:t>
            </w:r>
          </w:p>
          <w:p>
            <w:pPr>
              <w:ind w:firstLine="425"/>
            </w:pPr>
            <w:r>
              <w:t>À l’issue du vote, le Bureau de l’association est composé comme suit : Président(e) : [Nom Prénom] ; Secrétaire : [Nom Prénom] ; Trésorier(ère) : [Nom Prénom] [et, le cas échéant, les autres membres du Bureau]. Le Bureau entre en fonction à compter du [date d’effet].</w:t>
            </w:r>
          </w:p>
          <w:p>
            <w:r>
              <w:rPr>
                <w:b/>
              </w:rPr>
              <w:t>6. Pouvoirs pour formalités et clôture de la séance</w:t>
            </w:r>
          </w:p>
          <w:p>
            <w:pPr>
              <w:ind w:firstLine="425"/>
            </w:pPr>
            <w:r>
              <w:t>L’assemblée donne tous pouvoirs au Président(e), [Nom Prénom], pour accomplir les formalités nécessaires liées à ce renouvellement de Bureau (mise à jour des registres, déclaration en préfecture le cas échéant, information des partenaires). Plus aucune question n’étant soulevée, la séance est levée à [heure de clôture].</w:t>
            </w:r>
          </w:p>
          <w:p>
            <w:pPr>
              <w:ind w:firstLine="425"/>
            </w:pPr>
            <w:r>
              <w:br/>
              <w:t>Fait à [Ville], le [date complète].</w:t>
            </w:r>
          </w:p>
          <w:p>
            <w:pPr>
              <w:jc w:val="right"/>
            </w:pPr>
            <w:r>
              <w:rPr>
                <w:b w:val="0"/>
              </w:rPr>
              <w:t>[Nom et qualité du signataire principal]</w:t>
              <w:br/>
              <w:t>[Nom du signataire principal]</w:t>
              <w:br/>
              <w:t>[Fonction : président(e) de séance, secrétaire…]</w:t>
            </w:r>
          </w:p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