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ASSOCIATION : [Nom complet de l’association]</w:t>
        <w:br/>
      </w:r>
      <w:r>
        <w:rPr>
          <w:b/>
        </w:rPr>
        <w:t>Loi 1901</w:t>
        <w:br/>
      </w:r>
      <w:r>
        <w:rPr>
          <w:b/>
        </w:rPr>
        <w:t>Siège social : [Adresse complète]</w:t>
      </w:r>
    </w:p>
    <w:p/>
    <w:p>
      <w:pPr>
        <w:jc w:val="center"/>
      </w:pPr>
      <w:r>
        <w:rPr>
          <w:b/>
          <w:sz w:val="28"/>
        </w:rPr>
        <w:t>PROCÈS-VERBAL DE L’ASSEMBLÉE GÉNÉRALE</w:t>
        <w:br/>
        <w:t>D’ÉLECTION DU BUREAU</w:t>
      </w:r>
    </w:p>
    <w:p>
      <w:pPr>
        <w:jc w:val="center"/>
      </w:pPr>
      <w:r>
        <w:rPr>
          <w:i/>
        </w:rPr>
        <w:t>Réunie à [Ville], le [Date]</w:t>
        <w:br/>
      </w:r>
    </w:p>
    <w:p/>
    <w:p>
      <w:r>
        <w:rPr>
          <w:b/>
        </w:rPr>
        <w:t>1. Réunion de l’assemblée</w:t>
      </w:r>
    </w:p>
    <w:p>
      <w:r>
        <w:t>L’assemblée générale ordinaire de l’association [Nom de l’association] se réunit le [Date] à [Heure], au [Lieu], sur convocation adressée aux membres le [Date d’envoi] par [courriel / courrier / autre]. La feuille de présence, signée par les membres, est annexée au présent procès-verbal.</w:t>
      </w:r>
    </w:p>
    <w:p>
      <w:r>
        <w:rPr>
          <w:b/>
        </w:rPr>
        <w:t>2. Présence et quorum</w:t>
      </w:r>
    </w:p>
    <w:p>
      <w:r>
        <w:t>Sont recensés :</w:t>
        <w:br/>
        <w:t>- Membres présents : [Nombre]</w:t>
        <w:br/>
        <w:t>- Membres représentés : [Nombre]</w:t>
        <w:br/>
        <w:t>- Total de voix : [Nombre] sur [Nombre total] membres à jour de cotisation</w:t>
        <w:br/>
        <w:br/>
        <w:t>Le quorum prévu par les statuts est [atteint / non atteint]. L’assemblée peut donc valablement délibérer.</w:t>
      </w:r>
    </w:p>
    <w:p>
      <w:r>
        <w:rPr>
          <w:b/>
        </w:rPr>
        <w:t>3. Bureau de séance</w:t>
      </w:r>
    </w:p>
    <w:p>
      <w:r>
        <w:t>L’assemblée désigne :</w:t>
        <w:br/>
        <w:t>- Président de séance : [Nom Prénom]</w:t>
        <w:br/>
        <w:t>- Secrétaire de séance : [Nom Prénom]</w:t>
        <w:br/>
        <w:br/>
        <w:t>Ces désignations sont adoptées [à main levée / à l’unanimité / à la majorité].</w:t>
      </w:r>
    </w:p>
    <w:p>
      <w:r>
        <w:rPr>
          <w:b/>
        </w:rPr>
        <w:t>4. Élection du Bureau</w:t>
      </w:r>
    </w:p>
    <w:p>
      <w:r>
        <w:t>Le président de séance rappelle que l’ordre du jour porte sur l’élection du Bureau.</w:t>
        <w:br/>
        <w:br/>
        <w:t>Après présentation des candidatures, l’assemblée procède au vote [à main levée / à bulletin secret]. Les résultats sont les suivants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</w:tcPr>
          <w:p>
            <w:r>
              <w:t>Fonction</w:t>
            </w:r>
          </w:p>
        </w:tc>
        <w:tc>
          <w:tcPr>
            <w:tcW w:type="dxa" w:w="3135"/>
          </w:tcPr>
          <w:p>
            <w:r>
              <w:t>Nom et prénom élu(e)</w:t>
            </w:r>
          </w:p>
        </w:tc>
        <w:tc>
          <w:tcPr>
            <w:tcW w:type="dxa" w:w="3135"/>
          </w:tcPr>
          <w:p>
            <w:r>
              <w:t>Résultat du vote</w:t>
            </w:r>
          </w:p>
        </w:tc>
      </w:tr>
      <w:tr>
        <w:tc>
          <w:tcPr>
            <w:tcW w:type="dxa" w:w="3135"/>
          </w:tcPr>
          <w:p>
            <w:r>
              <w:t>Président(e)</w:t>
            </w:r>
          </w:p>
        </w:tc>
        <w:tc>
          <w:tcPr>
            <w:tcW w:type="dxa" w:w="3135"/>
          </w:tcPr>
          <w:p>
            <w:r>
              <w:t>[Nom Prénom]</w:t>
            </w:r>
          </w:p>
        </w:tc>
        <w:tc>
          <w:tcPr>
            <w:tcW w:type="dxa" w:w="3135"/>
          </w:tcPr>
          <w:p>
            <w:r>
              <w:t>[Élu(e) à l’unanimité / à la majorité]</w:t>
            </w:r>
          </w:p>
        </w:tc>
      </w:tr>
      <w:tr>
        <w:tc>
          <w:tcPr>
            <w:tcW w:type="dxa" w:w="3135"/>
          </w:tcPr>
          <w:p>
            <w:r>
              <w:t>Secrétaire</w:t>
            </w:r>
          </w:p>
        </w:tc>
        <w:tc>
          <w:tcPr>
            <w:tcW w:type="dxa" w:w="3135"/>
          </w:tcPr>
          <w:p>
            <w:r>
              <w:t>[Nom Prénom]</w:t>
            </w:r>
          </w:p>
        </w:tc>
        <w:tc>
          <w:tcPr>
            <w:tcW w:type="dxa" w:w="3135"/>
          </w:tcPr>
          <w:p>
            <w:r>
              <w:t>[Élu(e) à l’unanimité / à la majorité]</w:t>
            </w:r>
          </w:p>
        </w:tc>
      </w:tr>
      <w:tr>
        <w:tc>
          <w:tcPr>
            <w:tcW w:type="dxa" w:w="3135"/>
          </w:tcPr>
          <w:p>
            <w:r>
              <w:t>Trésorier(ère)</w:t>
            </w:r>
          </w:p>
        </w:tc>
        <w:tc>
          <w:tcPr>
            <w:tcW w:type="dxa" w:w="3135"/>
          </w:tcPr>
          <w:p>
            <w:r>
              <w:t>[Nom Prénom]</w:t>
            </w:r>
          </w:p>
        </w:tc>
        <w:tc>
          <w:tcPr>
            <w:tcW w:type="dxa" w:w="3135"/>
          </w:tcPr>
          <w:p>
            <w:r>
              <w:t>[Élu(e) à l’unanimité / à la majorité]</w:t>
            </w:r>
          </w:p>
        </w:tc>
      </w:tr>
    </w:tbl>
    <w:p>
      <w:r>
        <w:t>(Ajouter des lignes pour Vice-président(e), Secrétaire adjoint(e), Trésorier adjoint(e) si besoin.)</w:t>
      </w:r>
    </w:p>
    <w:p>
      <w:r>
        <w:rPr>
          <w:b/>
        </w:rPr>
        <w:t>5. Pouvoirs pour formalités</w:t>
      </w:r>
    </w:p>
    <w:p>
      <w:r>
        <w:t>L’assemblée donne tous pouvoirs au Président(e), [Nom Prénom], pour accomplir les formalités nécessaires liées à ce renouvellement de Bureau (mise à jour des registres, déclaration en préfecture le cas échéant, information des partenaires).</w:t>
      </w:r>
    </w:p>
    <w:p>
      <w:r>
        <w:rPr>
          <w:b/>
        </w:rPr>
        <w:t>6. Clôture de séance</w:t>
      </w:r>
    </w:p>
    <w:p>
      <w:r>
        <w:t>Plus aucune question n’étant soulevée, la séance est levée à [Heure].</w:t>
        <w:br/>
        <w:br/>
        <w:t>Fait à [Ville], le [Date].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703"/>
        <w:gridCol w:w="4703"/>
      </w:tblGrid>
      <w:tr>
        <w:tc>
          <w:tcPr>
            <w:tcW w:type="dxa" w:w="4703"/>
          </w:tcPr>
          <w:p>
            <w:r>
              <w:t>Le Président de séance</w:t>
              <w:br/>
              <w:t>[Nom Prénom]</w:t>
              <w:br/>
              <w:t>Signature :</w:t>
            </w:r>
          </w:p>
        </w:tc>
        <w:tc>
          <w:tcPr>
            <w:tcW w:type="dxa" w:w="4703"/>
          </w:tcPr>
          <w:p>
            <w:r/>
          </w:p>
        </w:tc>
      </w:tr>
      <w:tr>
        <w:tc>
          <w:tcPr>
            <w:tcW w:type="dxa" w:w="4703"/>
          </w:tcPr>
          <w:p>
            <w:r>
              <w:t>Le Secrétaire de séance</w:t>
              <w:br/>
              <w:t>[Nom Prénom]</w:t>
              <w:br/>
              <w:t>Signature :</w:t>
            </w:r>
          </w:p>
        </w:tc>
        <w:tc>
          <w:tcPr>
            <w:tcW w:type="dxa" w:w="4703"/>
          </w:tcPr>
          <w:p>
            <w:r/>
          </w:p>
        </w:tc>
      </w:tr>
    </w:tbl>
    <w:sectPr w:rsidR="00FC693F" w:rsidRPr="0006063C" w:rsidSect="0003461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