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ayout w:type="autofit"/>
        <w:tblLook w:firstColumn="1" w:firstRow="1" w:lastColumn="0" w:lastRow="0" w:noHBand="0" w:noVBand="1" w:val="04A0"/>
      </w:tblPr>
      <w:tblGrid>
        <w:gridCol w:w="9638"/>
      </w:tblGrid>
      <w:tr>
        <w:tc>
          <w:tcPr>
            <w:tcW w:type="dxa" w:w="9638"/>
            <w:vAlign w:val="center"/>
            <w:shd w:val="clear" w:color="auto" w:fill="2F5597"/>
          </w:tcPr>
          <w:p>
            <w:pPr>
              <w:pStyle w:val="TitreBloc"/>
              <w:spacing w:before="120" w:after="120" w:line="240" w:lineRule="auto"/>
              <w:jc w:val="center"/>
            </w:pPr>
            <w:r>
              <w:t>LETTRE DE RÉSILIATION – BAIL PROFESSIONNEL</w:t>
            </w:r>
          </w:p>
        </w:tc>
      </w:tr>
    </w:tbl>
    <w:p>
      <w:pPr>
        <w:pStyle w:val="SousTitre"/>
        <w:spacing w:before="120" w:after="200" w:line="240" w:lineRule="auto"/>
        <w:jc w:val="center"/>
      </w:pPr>
      <w:r>
        <w:t>Préavis de 6 mois – Modèle prêt à remplir</w:t>
      </w:r>
    </w:p>
    <w:p/>
    <w:tbl>
      <w:tblPr>
        <w:tblW w:type="auto" w:w="0"/>
        <w:jc w:val="center"/>
        <w:tblLayout w:type="autofit"/>
        <w:tblLook w:firstColumn="1" w:firstRow="1" w:lastColumn="0" w:lastRow="0" w:noHBand="0" w:noVBand="1" w:val="04A0"/>
      </w:tblPr>
      <w:tblGrid>
        <w:gridCol w:w="4819"/>
        <w:gridCol w:w="4819"/>
      </w:tblGrid>
      <w:tr>
        <w:tc>
          <w:tcPr>
            <w:tcW w:type="dxa" w:w="4819"/>
          </w:tcPr>
          <w:p>
            <w:pPr>
              <w:spacing w:before="0" w:after="0" w:line="252" w:lineRule="auto"/>
            </w:pPr>
            <w:r>
              <w:rPr>
                <w:b/>
              </w:rPr>
              <w:t>EXPÉDITEUR (LOCATAIRE / PRENEUR)</w:t>
              <w:br/>
            </w:r>
            <w:r>
              <w:t>[Nom / Prénom ou Dénomination]</w:t>
              <w:br/>
            </w:r>
            <w:r>
              <w:t>[Adresse]</w:t>
              <w:br/>
            </w:r>
            <w:r>
              <w:t>[Code postal] [Ville]</w:t>
              <w:br/>
            </w:r>
            <w:r>
              <w:t>[Téléphone] – [E-mail]</w:t>
              <w:br/>
            </w:r>
            <w:r>
              <w:t>[N° SIREN / SIRET – si applicable]</w:t>
            </w:r>
          </w:p>
        </w:tc>
        <w:tc>
          <w:tcPr>
            <w:tcW w:type="dxa" w:w="4819"/>
          </w:tcPr>
          <w:p>
            <w:pPr>
              <w:spacing w:before="0" w:after="0" w:line="252" w:lineRule="auto"/>
            </w:pPr>
            <w:r>
              <w:rPr>
                <w:b/>
              </w:rPr>
              <w:t>DESTINATAIRE (BAILLEUR)</w:t>
              <w:br/>
            </w:r>
            <w:r>
              <w:t>[Nom / Prénom ou Dénomination]</w:t>
              <w:br/>
            </w:r>
            <w:r>
              <w:t>[Adresse]</w:t>
              <w:br/>
            </w:r>
            <w:r>
              <w:t>[Code postal] [Ville]</w:t>
              <w:br/>
            </w:r>
            <w:r>
              <w:t>[E-mail – si connu]</w:t>
            </w:r>
          </w:p>
        </w:tc>
      </w:tr>
    </w:tbl>
    <w:p/>
    <w:p>
      <w:pPr>
        <w:spacing w:before="120" w:after="120" w:line="240" w:lineRule="auto"/>
        <w:jc w:val="right"/>
      </w:pPr>
      <w:r>
        <w:t>[Ville], le [date]</w:t>
      </w:r>
    </w:p>
    <w:p>
      <w:pPr>
        <w:spacing w:before="0" w:after="0" w:line="276" w:lineRule="auto"/>
      </w:pPr>
      <w:r>
        <w:rPr>
          <w:b/>
        </w:rPr>
        <w:t xml:space="preserve">Objet : </w:t>
      </w:r>
      <w:r>
        <w:t>Résiliation du bail professionnel – préavis de 6 mois</w:t>
      </w:r>
    </w:p>
    <w:p>
      <w:pPr>
        <w:spacing w:before="0" w:after="200" w:line="276" w:lineRule="auto"/>
      </w:pPr>
      <w:r>
        <w:rPr>
          <w:b/>
        </w:rPr>
        <w:t xml:space="preserve">Références : </w:t>
      </w:r>
      <w:r>
        <w:t>Bail professionnel signé le [date de signature], relatif au local situé [adresse complète du local]</w:t>
      </w:r>
    </w:p>
    <w:p>
      <w:pPr>
        <w:spacing w:before="0" w:after="160" w:line="288" w:lineRule="auto"/>
        <w:jc w:val="both"/>
      </w:pPr>
      <w:r>
        <w:t>Madame, Monsieur,</w:t>
      </w:r>
    </w:p>
    <w:p>
      <w:pPr>
        <w:spacing w:before="0" w:after="160" w:line="288" w:lineRule="auto"/>
        <w:jc w:val="both"/>
      </w:pPr>
      <w:r>
        <w:t>Par la présente, je vous informe de ma décision de mettre fin au bail professionnel mentionné en référence, conformément aux stipulations du contrat et aux dispositions applicables. La résiliation intervient avec un préavis de six mois à compter de la première présentation de ce courrier, adressé en recommandé avec accusé de réception.</w:t>
      </w:r>
    </w:p>
    <w:p>
      <w:pPr>
        <w:spacing w:before="0" w:after="160" w:line="288" w:lineRule="auto"/>
        <w:jc w:val="both"/>
      </w:pPr>
      <w:r>
        <w:t>Sous réserve de la bonne réception de la notification et du calcul des délais, la date effective de fin de bail est fixée au : [date de fin de bail]. À cette échéance, les locaux seront libérés, les clés restituées et les obligations contractuelles exécutées jusqu’au terme du préavis.</w:t>
      </w:r>
    </w:p>
    <w:p>
      <w:pPr>
        <w:spacing w:before="0" w:after="160" w:line="288" w:lineRule="auto"/>
        <w:jc w:val="both"/>
      </w:pPr>
      <w:r>
        <w:t>Je vous propose de convenir d’un rendez-vous pour organiser l’état des lieux de sortie, idéalement au cours des quinze derniers jours précédant la libération des locaux. Afin de faciliter la clôture de la relation locative, je vous invite à me confirmer, par écrit, la date retenue pour l’état des lieux ainsi que les modalités de restitution des clés.</w:t>
      </w:r>
    </w:p>
    <w:p>
      <w:pPr>
        <w:spacing w:before="0" w:after="160" w:line="288" w:lineRule="auto"/>
        <w:jc w:val="both"/>
      </w:pPr>
      <w:r>
        <w:t>Je vous remercie également de bien vouloir m’indiquer, le cas échéant, la liste des documents ou justificatifs attendus pour la régularisation des charges, ainsi que les coordonnées bancaires à utiliser pour le solde final. Le dépôt de garantie, s’il a été prévu au bail, pourra être restitué après vérification de l’état des lieux de sortie et apurement des sommes éventuellement dues, selon les conditions convenues.</w:t>
      </w:r>
    </w:p>
    <w:p>
      <w:pPr>
        <w:spacing w:before="0" w:after="280" w:line="288" w:lineRule="auto"/>
        <w:jc w:val="both"/>
      </w:pPr>
      <w:r>
        <w:t>Je vous prie d’agréer, Madame, Monsieur, l’expression de mes salutations distinguées.</w:t>
      </w:r>
    </w:p>
    <w:tbl>
      <w:tblPr>
        <w:tblW w:type="auto" w:w="0"/>
        <w:jc w:val="center"/>
        <w:tblLayout w:type="autofit"/>
        <w:tblLook w:firstColumn="1" w:firstRow="1" w:lastColumn="0" w:lastRow="0" w:noHBand="0" w:noVBand="1" w:val="04A0"/>
      </w:tblPr>
      <w:tblGrid>
        <w:gridCol w:w="4819"/>
        <w:gridCol w:w="4819"/>
      </w:tblGrid>
      <w:tr>
        <w:tc>
          <w:tcPr>
            <w:tcW w:type="dxa" w:w="4819"/>
          </w:tcPr>
          <w:p>
            <w:pPr>
              <w:spacing w:before="0" w:after="0" w:line="276" w:lineRule="auto"/>
            </w:pPr>
            <w:r>
              <w:rPr>
                <w:b/>
              </w:rPr>
              <w:t>Signature du preneur (locataire)</w:t>
              <w:br/>
            </w:r>
            <w:r>
              <w:t>[Nom / Prénom]</w:t>
              <w:br/>
            </w:r>
            <w:r>
              <w:t>[Qualité – si société]</w:t>
              <w:br/>
            </w:r>
            <w:r>
              <w:t>Signature : _______________________</w:t>
            </w:r>
          </w:p>
        </w:tc>
        <w:tc>
          <w:tcPr>
            <w:tcW w:type="dxa" w:w="4819"/>
          </w:tcPr>
          <w:p>
            <w:pPr>
              <w:spacing w:before="0" w:after="0" w:line="276" w:lineRule="auto"/>
            </w:pPr>
            <w:r>
              <w:rPr>
                <w:b/>
              </w:rPr>
              <w:t>Accusé de réception (bailleur)</w:t>
              <w:br/>
            </w:r>
            <w:r>
              <w:t xml:space="preserve">Reçu le : [date] </w:t>
              <w:br/>
            </w:r>
            <w:r>
              <w:t>Nom : [Nom / Prénom]</w:t>
              <w:br/>
            </w:r>
            <w:r>
              <w:t>Signature : _______________________</w:t>
            </w:r>
          </w:p>
        </w:tc>
      </w:tr>
    </w:tbl>
    <w:p/>
    <w:p>
      <w:pPr>
        <w:spacing w:before="200" w:after="120" w:line="276" w:lineRule="auto"/>
      </w:pPr>
      <w:r>
        <w:rPr>
          <w:b/>
        </w:rPr>
        <w:t>Pièces jointes (facultatif) :</w:t>
      </w:r>
    </w:p>
    <w:p>
      <w:pPr>
        <w:spacing w:before="0" w:after="40" w:line="264" w:lineRule="auto"/>
      </w:pPr>
      <w:r>
        <w:t>• Copie du bail professionnel signé</w:t>
      </w:r>
    </w:p>
    <w:p>
      <w:pPr>
        <w:spacing w:before="0" w:after="40" w:line="264" w:lineRule="auto"/>
      </w:pPr>
      <w:r>
        <w:t>• Justificatif de notification (LRAR) / preuve de dépôt</w:t>
      </w:r>
    </w:p>
    <w:p>
      <w:pPr>
        <w:spacing w:before="0" w:after="40" w:line="264" w:lineRule="auto"/>
      </w:pPr>
      <w:r>
        <w:t>• Coordonnées pour convenir de l’état des lieux</w:t>
      </w:r>
    </w:p>
    <w:sectPr w:rsidR="00FC693F" w:rsidRPr="0006063C" w:rsidSect="00034616">
      <w:footerReference w:type="default" r:id="rId9"/>
      <w:pgSz w:w="11906" w:h="16838"/>
      <w:pgMar w:top="964" w:right="1134" w:bottom="964" w:left="1134" w:header="567" w:footer="56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787878"/>
        <w:sz w:val="18"/>
      </w:rPr>
      <w:t>lecoursgratuit.com</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TitreBloc">
    <w:name w:val="TitreBloc"/>
    <w:rPr>
      <w:rFonts w:ascii="Calibri" w:hAnsi="Calibri"/>
      <w:b/>
      <w:color w:val="FFFFFF"/>
      <w:sz w:val="32"/>
    </w:rPr>
  </w:style>
  <w:style w:type="paragraph" w:customStyle="1" w:styleId="SousTitre">
    <w:name w:val="SousTitre"/>
    <w:rPr>
      <w:rFonts w:ascii="Calibri" w:hAnsi="Calibri"/>
      <w:b/>
      <w:color w:val="000000"/>
      <w:sz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