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370"/>
        <w:gridCol w:w="2494"/>
      </w:tblGrid>
      <w:tr>
        <w:tc>
          <w:tcPr>
            <w:tcW w:type="dxa" w:w="4933"/>
            <w:shd w:val="clear" w:color="auto" w:fill="1F3A5F"/>
            <w:tcMar>
              <w:top w:w="100" w:type="dxa"/>
              <w:start w:w="160" w:type="dxa"/>
              <w:bottom w:w="100" w:type="dxa"/>
              <w:end w:w="160" w:type="dxa"/>
            </w:tcMar>
            <w:vAlign w:val="center"/>
            <w:tcBorders>
              <w:left w:sz="6" w:val="single" w:color="1F3A5F"/>
              <w:top w:sz="6" w:val="single" w:color="1F3A5F"/>
              <w:right w:sz="6" w:val="single" w:color="1F3A5F"/>
              <w:bottom w:sz="6" w:val="single" w:color="1F3A5F"/>
            </w:tcBorders>
          </w:tcPr>
          <w:p>
            <w:pPr>
              <w:jc w:val="left"/>
            </w:pPr>
            <w:r>
              <w:rPr>
                <w:b/>
                <w:color w:val="FFFFFF"/>
                <w:sz w:val="40"/>
              </w:rPr>
              <w:t>FICHE DESCRIPTIVE</w:t>
            </w:r>
          </w:p>
          <w:p>
            <w:pPr>
              <w:spacing w:before="40" w:after="0"/>
            </w:pPr>
            <w:r>
              <w:rPr>
                <w:b w:val="0"/>
                <w:color w:val="DDE6F2"/>
                <w:sz w:val="22"/>
              </w:rPr>
              <w:t>Communication écrite - BTS AG</w:t>
            </w:r>
          </w:p>
        </w:tc>
        <w:tc>
          <w:tcPr>
            <w:tcW w:type="dxa" w:w="4933"/>
            <w:shd w:val="clear" w:color="auto" w:fill="1F3A5F"/>
            <w:tcMar>
              <w:top w:w="100" w:type="dxa"/>
              <w:start w:w="160" w:type="dxa"/>
              <w:bottom w:w="100" w:type="dxa"/>
              <w:end w:w="160" w:type="dxa"/>
            </w:tcMar>
            <w:vAlign w:val="center"/>
            <w:tcBorders>
              <w:left w:sz="6" w:val="single" w:color="1F3A5F"/>
              <w:top w:sz="6" w:val="single" w:color="1F3A5F"/>
              <w:right w:sz="6" w:val="single" w:color="1F3A5F"/>
              <w:bottom w:sz="6" w:val="single" w:color="1F3A5F"/>
            </w:tcBorders>
          </w:tcPr>
          <w:p>
            <w:pPr>
              <w:jc w:val="right"/>
            </w:pPr>
            <w:r>
              <w:rPr>
                <w:b/>
                <w:color w:val="FFFFFF"/>
                <w:sz w:val="22"/>
              </w:rPr>
              <w:t>Modèle</w:t>
              <w:br/>
              <w:t>à remplir</w:t>
            </w:r>
          </w:p>
        </w:tc>
      </w:tr>
      <w:tr>
        <w:tc>
          <w:tcPr>
            <w:tcW w:type="dxa" w:w="4933"/>
            <w:shd w:val="clear" w:color="auto" w:fill="E9EEF5"/>
            <w:tcMar>
              <w:top w:w="70" w:type="dxa"/>
              <w:start w:w="160" w:type="dxa"/>
              <w:bottom w:w="70" w:type="dxa"/>
              <w:end w:w="16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2"/>
              </w:rPr>
              <w:t xml:space="preserve">Sujet / commande : </w:t>
            </w:r>
            <w:r>
              <w:t>__________________________________________________</w:t>
            </w:r>
          </w:p>
          <w:p>
            <w:pPr>
              <w:spacing w:before="80" w:after="0"/>
            </w:pPr>
            <w:r>
              <w:rPr>
                <w:b/>
                <w:color w:val="1F3A5F"/>
                <w:sz w:val="22"/>
              </w:rPr>
              <w:t xml:space="preserve">Type de production : </w:t>
            </w:r>
            <w:r>
              <w:t>☐ courriel   ☐ lettre   ☐ note interne   ☐ compte rendu   ☐ autre : ___________________________________</w:t>
            </w:r>
          </w:p>
          <w:p>
            <w:pPr>
              <w:spacing w:before="80" w:after="0"/>
            </w:pPr>
            <w:r>
              <w:rPr>
                <w:b/>
                <w:color w:val="1F3A5F"/>
                <w:sz w:val="22"/>
              </w:rPr>
              <w:t xml:space="preserve">Date de remise : </w:t>
            </w:r>
            <w:r>
              <w:t xml:space="preserve">____ / ____ / ______      </w:t>
            </w:r>
            <w:r>
              <w:rPr>
                <w:b/>
                <w:color w:val="1F3A5F"/>
                <w:sz w:val="22"/>
              </w:rPr>
              <w:t xml:space="preserve">Durée prévue : </w:t>
            </w:r>
            <w:r>
              <w:t>______ min</w:t>
            </w:r>
          </w:p>
        </w:tc>
        <w:tc>
          <w:tcPr>
            <w:tcW w:type="dxa" w:w="4933"/>
            <w:shd w:val="clear" w:color="auto" w:fill="E9EEF5"/>
            <w:tcMar>
              <w:top w:w="70" w:type="dxa"/>
              <w:start w:w="160" w:type="dxa"/>
              <w:bottom w:w="70" w:type="dxa"/>
              <w:end w:w="16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0"/>
              </w:rPr>
              <w:t>Nom - Prénom :</w:t>
            </w:r>
            <w:r>
              <w:br/>
              <w:t>___________________________________</w:t>
            </w:r>
          </w:p>
          <w:p>
            <w:pPr>
              <w:spacing w:before="80" w:after="0"/>
            </w:pPr>
            <w:r>
              <w:rPr>
                <w:b/>
                <w:color w:val="1F3A5F"/>
                <w:sz w:val="20"/>
              </w:rPr>
              <w:t>Classe :</w:t>
            </w:r>
            <w:r>
              <w:br/>
              <w:t>___________________________________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1F3A5F"/>
            <w:tcMar>
              <w:top w:w="70" w:type="dxa"/>
              <w:start w:w="160" w:type="dxa"/>
              <w:bottom w:w="70" w:type="dxa"/>
              <w:end w:w="160" w:type="dxa"/>
            </w:tcMar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FFFFFF"/>
                <w:sz w:val="22"/>
              </w:rPr>
              <w:t>Mode d’emploi (à garder sur la fiche)</w:t>
            </w:r>
          </w:p>
        </w:tc>
      </w:tr>
      <w:tr>
        <w:tc>
          <w:tcPr>
            <w:tcW w:type="dxa" w:w="9866"/>
            <w:shd w:val="clear" w:color="auto" w:fill="F5F6F8"/>
            <w:tcMar>
              <w:top w:w="90" w:type="dxa"/>
              <w:start w:w="160" w:type="dxa"/>
              <w:bottom w:w="90" w:type="dxa"/>
              <w:end w:w="160" w:type="dxa"/>
            </w:tcMar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color w:val="333333"/>
                <w:sz w:val="20"/>
              </w:rPr>
              <w:t>Remplissez cette fiche avant la rédaction. Elle sert de "boussole" : contexte, destinataire, objectif, informations clés, plan, ton et contraintes. Astuce : relisez d’abord les sections 2, 3 et 4 (objectif, destinataire, contraintes) avant de rédiger.</w:t>
            </w:r>
          </w:p>
        </w:tc>
      </w:tr>
    </w:tbl>
    <w:p>
      <w:pPr>
        <w:spacing w:after="40"/>
      </w:pPr>
    </w:p>
    <w:p>
      <w:pPr>
        <w:spacing w:before="160" w:after="80"/>
        <w:keepNext w:val="1"/>
      </w:pPr>
      <w:r>
        <w:rPr>
          <w:b/>
          <w:color w:val="1F3A5F"/>
          <w:sz w:val="26"/>
        </w:rPr>
        <w:t>1) Contexte et commande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948"/>
        <w:gridCol w:w="6917"/>
      </w:tblGrid>
      <w:tr>
        <w:trPr>
          <w:cantSplit w:val="1"/>
        </w:trPr>
        <w:tc>
          <w:tcPr>
            <w:tcW w:type="dxa" w:w="4933"/>
            <w:shd w:val="clear" w:color="auto" w:fill="EEF2F7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0"/>
              </w:rPr>
              <w:t>Organisation / service</w:t>
            </w:r>
          </w:p>
        </w:tc>
        <w:tc>
          <w:tcPr>
            <w:tcW w:type="dxa" w:w="4933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__________________________________________________</w:t>
            </w:r>
          </w:p>
        </w:tc>
      </w:tr>
      <w:tr>
        <w:trPr>
          <w:cantSplit w:val="1"/>
        </w:trPr>
        <w:tc>
          <w:tcPr>
            <w:tcW w:type="dxa" w:w="4933"/>
            <w:shd w:val="clear" w:color="auto" w:fill="EEF2F7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0"/>
              </w:rPr>
              <w:t>Situation</w:t>
            </w:r>
          </w:p>
        </w:tc>
        <w:tc>
          <w:tcPr>
            <w:tcW w:type="dxa" w:w="4933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Qui fait quoi, où, quand ?</w:t>
            </w:r>
          </w:p>
          <w:p>
            <w:pPr>
              <w:spacing w:before="0" w:after="0"/>
            </w:pPr>
            <w:r>
              <w:t>__________________________________________________</w:t>
            </w:r>
          </w:p>
        </w:tc>
      </w:tr>
      <w:tr>
        <w:trPr>
          <w:cantSplit w:val="1"/>
        </w:trPr>
        <w:tc>
          <w:tcPr>
            <w:tcW w:type="dxa" w:w="4933"/>
            <w:shd w:val="clear" w:color="auto" w:fill="EEF2F7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0"/>
              </w:rPr>
              <w:t>Commande</w:t>
            </w:r>
          </w:p>
        </w:tc>
        <w:tc>
          <w:tcPr>
            <w:tcW w:type="dxa" w:w="4933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Qui demande l’écrit ? Qu’attend-on exactement ?</w:t>
            </w:r>
          </w:p>
          <w:p>
            <w:pPr>
              <w:spacing w:before="0" w:after="0"/>
            </w:pPr>
            <w:r>
              <w:t>__________________________________________________</w:t>
            </w:r>
          </w:p>
        </w:tc>
      </w:tr>
      <w:tr>
        <w:trPr>
          <w:cantSplit w:val="1"/>
        </w:trPr>
        <w:tc>
          <w:tcPr>
            <w:tcW w:type="dxa" w:w="4933"/>
            <w:shd w:val="clear" w:color="auto" w:fill="EEF2F7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0"/>
              </w:rPr>
              <w:t>Enjeu</w:t>
            </w:r>
          </w:p>
        </w:tc>
        <w:tc>
          <w:tcPr>
            <w:tcW w:type="dxa" w:w="4933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Pourquoi cet écrit compte ? (décision, image, délai, risque)</w:t>
            </w:r>
          </w:p>
          <w:p>
            <w:pPr>
              <w:spacing w:before="0" w:after="0"/>
            </w:pPr>
            <w:r>
              <w:t>__________________________________________________</w:t>
            </w:r>
          </w:p>
        </w:tc>
      </w:tr>
    </w:tbl>
    <w:p>
      <w:pPr>
        <w:spacing w:after="40"/>
      </w:pPr>
    </w:p>
    <w:p>
      <w:pPr>
        <w:spacing w:before="160" w:after="80"/>
        <w:keepNext w:val="1"/>
      </w:pPr>
      <w:r>
        <w:rPr>
          <w:b/>
          <w:color w:val="1F3A5F"/>
          <w:sz w:val="26"/>
        </w:rPr>
        <w:t>2) Objectif et message clé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948"/>
        <w:gridCol w:w="6917"/>
      </w:tblGrid>
      <w:tr>
        <w:trPr>
          <w:cantSplit w:val="1"/>
        </w:trPr>
        <w:tc>
          <w:tcPr>
            <w:tcW w:type="dxa" w:w="4933"/>
            <w:shd w:val="clear" w:color="auto" w:fill="EEF2F7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0"/>
              </w:rPr>
              <w:t>Objectif principal</w:t>
            </w:r>
          </w:p>
        </w:tc>
        <w:tc>
          <w:tcPr>
            <w:tcW w:type="dxa" w:w="4933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☐ informer   ☐ demander   ☐ relancer   ☐ convaincre   ☐ remercier   ☐ alerter   ☐ autre : ___________________________________</w:t>
            </w:r>
          </w:p>
        </w:tc>
      </w:tr>
      <w:tr>
        <w:trPr>
          <w:cantSplit w:val="1"/>
        </w:trPr>
        <w:tc>
          <w:tcPr>
            <w:tcW w:type="dxa" w:w="4933"/>
            <w:shd w:val="clear" w:color="auto" w:fill="EEF2F7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0"/>
              </w:rPr>
              <w:t>Résultat attendu</w:t>
            </w:r>
          </w:p>
        </w:tc>
        <w:tc>
          <w:tcPr>
            <w:tcW w:type="dxa" w:w="4933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Après lecture, le destinataire doit :</w:t>
            </w:r>
          </w:p>
          <w:p>
            <w:pPr>
              <w:spacing w:before="0" w:after="0"/>
            </w:pPr>
            <w:r>
              <w:t>__________________________________________________</w:t>
            </w:r>
          </w:p>
        </w:tc>
      </w:tr>
      <w:tr>
        <w:trPr>
          <w:cantSplit w:val="1"/>
        </w:trPr>
        <w:tc>
          <w:tcPr>
            <w:tcW w:type="dxa" w:w="4933"/>
            <w:shd w:val="clear" w:color="auto" w:fill="EEF2F7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0"/>
              </w:rPr>
              <w:t>Message clé</w:t>
            </w:r>
          </w:p>
        </w:tc>
        <w:tc>
          <w:tcPr>
            <w:tcW w:type="dxa" w:w="4933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En une phrase :</w:t>
            </w:r>
          </w:p>
          <w:p>
            <w:pPr>
              <w:spacing w:before="0" w:after="0"/>
            </w:pPr>
            <w:r>
              <w:t>__________________________________________________</w:t>
            </w:r>
          </w:p>
        </w:tc>
      </w:tr>
    </w:tbl>
    <w:p>
      <w:pPr>
        <w:spacing w:after="40"/>
      </w:pPr>
    </w:p>
    <w:p>
      <w:pPr>
        <w:spacing w:before="160" w:after="80"/>
        <w:keepNext w:val="1"/>
      </w:pPr>
      <w:r>
        <w:rPr>
          <w:b/>
          <w:color w:val="1F3A5F"/>
          <w:sz w:val="26"/>
        </w:rPr>
        <w:t>3) Destinataire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948"/>
        <w:gridCol w:w="6917"/>
      </w:tblGrid>
      <w:tr>
        <w:trPr>
          <w:cantSplit w:val="1"/>
        </w:trPr>
        <w:tc>
          <w:tcPr>
            <w:tcW w:type="dxa" w:w="4933"/>
            <w:shd w:val="clear" w:color="auto" w:fill="EEF2F7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0"/>
              </w:rPr>
              <w:t>Nom / fonction</w:t>
            </w:r>
          </w:p>
        </w:tc>
        <w:tc>
          <w:tcPr>
            <w:tcW w:type="dxa" w:w="4933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__________________________________________________</w:t>
            </w:r>
          </w:p>
        </w:tc>
      </w:tr>
      <w:tr>
        <w:trPr>
          <w:cantSplit w:val="1"/>
        </w:trPr>
        <w:tc>
          <w:tcPr>
            <w:tcW w:type="dxa" w:w="4933"/>
            <w:shd w:val="clear" w:color="auto" w:fill="EEF2F7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0"/>
              </w:rPr>
              <w:t>Relation</w:t>
            </w:r>
          </w:p>
        </w:tc>
        <w:tc>
          <w:tcPr>
            <w:tcW w:type="dxa" w:w="4933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☐ interne   ☐ externe   ☐ partenaire   ☐ client/usager   ☐ fournisseur   ☐ hiérarchie</w:t>
            </w:r>
          </w:p>
        </w:tc>
      </w:tr>
      <w:tr>
        <w:trPr>
          <w:cantSplit w:val="1"/>
        </w:trPr>
        <w:tc>
          <w:tcPr>
            <w:tcW w:type="dxa" w:w="4933"/>
            <w:shd w:val="clear" w:color="auto" w:fill="EEF2F7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0"/>
              </w:rPr>
              <w:t>Attentes probables</w:t>
            </w:r>
          </w:p>
        </w:tc>
        <w:tc>
          <w:tcPr>
            <w:tcW w:type="dxa" w:w="4933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Ce qui l’intéresse / ce qu’il refuse / son niveau d’information</w:t>
            </w:r>
          </w:p>
          <w:p>
            <w:pPr>
              <w:spacing w:before="0" w:after="0"/>
            </w:pPr>
            <w:r>
              <w:t>__________________________________________________</w:t>
            </w:r>
          </w:p>
        </w:tc>
      </w:tr>
      <w:tr>
        <w:trPr>
          <w:cantSplit w:val="1"/>
        </w:trPr>
        <w:tc>
          <w:tcPr>
            <w:tcW w:type="dxa" w:w="4933"/>
            <w:shd w:val="clear" w:color="auto" w:fill="EEF2F7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0"/>
              </w:rPr>
              <w:t>Registre à adopter</w:t>
            </w:r>
          </w:p>
        </w:tc>
        <w:tc>
          <w:tcPr>
            <w:tcW w:type="dxa" w:w="4933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☐ neutre   ☐ diplomatique   ☐ ferme   ☐ rassurant   ☐ valorisant   ☐ très formel</w:t>
            </w:r>
          </w:p>
        </w:tc>
      </w:tr>
    </w:tbl>
    <w:p>
      <w:pPr>
        <w:spacing w:after="40"/>
      </w:pPr>
    </w:p>
    <w:p>
      <w:pPr>
        <w:spacing w:before="160" w:after="80"/>
        <w:keepNext w:val="1"/>
      </w:pPr>
      <w:r>
        <w:rPr>
          <w:b/>
          <w:color w:val="1F3A5F"/>
          <w:sz w:val="26"/>
        </w:rPr>
        <w:t>4) Support, contraintes et mise en forme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948"/>
        <w:gridCol w:w="6917"/>
      </w:tblGrid>
      <w:tr>
        <w:trPr>
          <w:cantSplit w:val="1"/>
        </w:trPr>
        <w:tc>
          <w:tcPr>
            <w:tcW w:type="dxa" w:w="4933"/>
            <w:shd w:val="clear" w:color="auto" w:fill="EEF2F7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0"/>
              </w:rPr>
              <w:t>Support</w:t>
            </w:r>
          </w:p>
        </w:tc>
        <w:tc>
          <w:tcPr>
            <w:tcW w:type="dxa" w:w="4933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☐ courriel   ☐ lettre   ☐ note   ☐ rapport   ☐ compte rendu   ☐ autre : ___________________________________</w:t>
            </w:r>
          </w:p>
        </w:tc>
      </w:tr>
      <w:tr>
        <w:trPr>
          <w:cantSplit w:val="1"/>
        </w:trPr>
        <w:tc>
          <w:tcPr>
            <w:tcW w:type="dxa" w:w="4933"/>
            <w:shd w:val="clear" w:color="auto" w:fill="EEF2F7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0"/>
              </w:rPr>
              <w:t>Contraintes</w:t>
            </w:r>
          </w:p>
        </w:tc>
        <w:tc>
          <w:tcPr>
            <w:tcW w:type="dxa" w:w="4933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Longueur, délais, pièces jointes, charte graphique, mentions obligatoires</w:t>
            </w:r>
          </w:p>
          <w:p>
            <w:pPr>
              <w:spacing w:before="0" w:after="0"/>
            </w:pPr>
            <w:r>
              <w:t>__________________________________________________</w:t>
            </w:r>
          </w:p>
        </w:tc>
      </w:tr>
      <w:tr>
        <w:trPr>
          <w:cantSplit w:val="1"/>
        </w:trPr>
        <w:tc>
          <w:tcPr>
            <w:tcW w:type="dxa" w:w="4933"/>
            <w:shd w:val="clear" w:color="auto" w:fill="EEF2F7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0"/>
              </w:rPr>
              <w:t>Structure attendue</w:t>
            </w:r>
          </w:p>
        </w:tc>
        <w:tc>
          <w:tcPr>
            <w:tcW w:type="dxa" w:w="4933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Objet / référence / formule d’appel / introduction / développement / conclusion / signature</w:t>
            </w:r>
          </w:p>
        </w:tc>
      </w:tr>
    </w:tbl>
    <w:p>
      <w:pPr>
        <w:spacing w:after="40"/>
      </w:pPr>
    </w:p>
    <w:p>
      <w:pPr>
        <w:spacing w:before="160" w:after="80"/>
        <w:keepNext w:val="1"/>
      </w:pPr>
      <w:r>
        <w:rPr>
          <w:b/>
          <w:color w:val="1F3A5F"/>
          <w:sz w:val="26"/>
        </w:rPr>
        <w:t>5) Informations à intégrer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948"/>
        <w:gridCol w:w="6917"/>
      </w:tblGrid>
      <w:tr>
        <w:trPr>
          <w:cantSplit w:val="1"/>
        </w:trPr>
        <w:tc>
          <w:tcPr>
            <w:tcW w:type="dxa" w:w="4933"/>
            <w:shd w:val="clear" w:color="auto" w:fill="EEF2F7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0"/>
              </w:rPr>
              <w:t>Faits &amp; données</w:t>
            </w:r>
          </w:p>
        </w:tc>
        <w:tc>
          <w:tcPr>
            <w:tcW w:type="dxa" w:w="4933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Dates, chiffres, noms, références, pièces justificatives</w:t>
            </w:r>
          </w:p>
          <w:p>
            <w:pPr>
              <w:spacing w:before="0" w:after="0"/>
            </w:pPr>
            <w:r>
              <w:t>__________________________________________________</w:t>
            </w:r>
          </w:p>
        </w:tc>
      </w:tr>
      <w:tr>
        <w:trPr>
          <w:cantSplit w:val="1"/>
        </w:trPr>
        <w:tc>
          <w:tcPr>
            <w:tcW w:type="dxa" w:w="4933"/>
            <w:shd w:val="clear" w:color="auto" w:fill="EEF2F7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0"/>
              </w:rPr>
              <w:t>Argumentaire</w:t>
            </w:r>
          </w:p>
        </w:tc>
        <w:tc>
          <w:tcPr>
            <w:tcW w:type="dxa" w:w="4933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3 idées maximum :</w:t>
            </w:r>
          </w:p>
          <w:p>
            <w:pPr>
              <w:spacing w:before="0" w:after="0"/>
            </w:pPr>
            <w:r>
              <w:t>1) ___________________________________   2) ___________________________________   3) ___________________________________</w:t>
            </w:r>
          </w:p>
        </w:tc>
      </w:tr>
      <w:tr>
        <w:trPr>
          <w:cantSplit w:val="1"/>
        </w:trPr>
        <w:tc>
          <w:tcPr>
            <w:tcW w:type="dxa" w:w="4933"/>
            <w:shd w:val="clear" w:color="auto" w:fill="EEF2F7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0"/>
              </w:rPr>
              <w:t>Annexes</w:t>
            </w:r>
          </w:p>
        </w:tc>
        <w:tc>
          <w:tcPr>
            <w:tcW w:type="dxa" w:w="4933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☐ oui   ☐ non     Si oui : __________________________________________________</w:t>
            </w:r>
          </w:p>
        </w:tc>
      </w:tr>
    </w:tbl>
    <w:p>
      <w:pPr>
        <w:spacing w:after="40"/>
      </w:pPr>
    </w:p>
    <w:p>
      <w:pPr>
        <w:spacing w:before="160" w:after="80"/>
        <w:keepNext w:val="1"/>
      </w:pPr>
      <w:r>
        <w:rPr>
          <w:b/>
          <w:color w:val="1F3A5F"/>
          <w:sz w:val="26"/>
        </w:rPr>
        <w:t>6) Plan de rédaction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948"/>
        <w:gridCol w:w="6917"/>
      </w:tblGrid>
      <w:tr>
        <w:trPr>
          <w:cantSplit w:val="1"/>
        </w:trPr>
        <w:tc>
          <w:tcPr>
            <w:tcW w:type="dxa" w:w="4933"/>
            <w:shd w:val="clear" w:color="auto" w:fill="EEF2F7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0"/>
              </w:rPr>
              <w:t>Accroche / entrée</w:t>
            </w:r>
          </w:p>
        </w:tc>
        <w:tc>
          <w:tcPr>
            <w:tcW w:type="dxa" w:w="4933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__________________________________________________</w:t>
            </w:r>
          </w:p>
        </w:tc>
      </w:tr>
      <w:tr>
        <w:trPr>
          <w:cantSplit w:val="1"/>
        </w:trPr>
        <w:tc>
          <w:tcPr>
            <w:tcW w:type="dxa" w:w="4933"/>
            <w:shd w:val="clear" w:color="auto" w:fill="EEF2F7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0"/>
              </w:rPr>
              <w:t>Développement</w:t>
            </w:r>
          </w:p>
        </w:tc>
        <w:tc>
          <w:tcPr>
            <w:tcW w:type="dxa" w:w="4933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- Point 1 : __________________________________________________</w:t>
            </w:r>
          </w:p>
          <w:p>
            <w:pPr>
              <w:spacing w:before="0" w:after="0"/>
            </w:pPr>
            <w:r>
              <w:t>- Point 2 : __________________________________________________</w:t>
            </w:r>
          </w:p>
          <w:p>
            <w:pPr>
              <w:spacing w:before="0" w:after="0"/>
            </w:pPr>
            <w:r>
              <w:t>- Point 3 : __________________________________________________</w:t>
            </w:r>
          </w:p>
        </w:tc>
      </w:tr>
      <w:tr>
        <w:trPr>
          <w:cantSplit w:val="1"/>
        </w:trPr>
        <w:tc>
          <w:tcPr>
            <w:tcW w:type="dxa" w:w="4933"/>
            <w:shd w:val="clear" w:color="auto" w:fill="EEF2F7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0"/>
              </w:rPr>
              <w:t>Conclusion</w:t>
            </w:r>
          </w:p>
        </w:tc>
        <w:tc>
          <w:tcPr>
            <w:tcW w:type="dxa" w:w="4933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Action demandée / échéance / ouverture</w:t>
            </w:r>
          </w:p>
          <w:p>
            <w:pPr>
              <w:spacing w:before="0" w:after="0"/>
            </w:pPr>
            <w:r>
              <w:t>__________________________________________________</w:t>
            </w:r>
          </w:p>
        </w:tc>
      </w:tr>
    </w:tbl>
    <w:p>
      <w:pPr>
        <w:spacing w:after="40"/>
      </w:pPr>
    </w:p>
    <w:p>
      <w:pPr>
        <w:spacing w:before="160" w:after="80"/>
        <w:keepNext w:val="1"/>
      </w:pPr>
      <w:r>
        <w:rPr>
          <w:b/>
          <w:color w:val="1F3A5F"/>
          <w:sz w:val="26"/>
        </w:rPr>
        <w:t>7) Ton, formules et vigilance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948"/>
        <w:gridCol w:w="6917"/>
      </w:tblGrid>
      <w:tr>
        <w:trPr>
          <w:cantSplit w:val="1"/>
        </w:trPr>
        <w:tc>
          <w:tcPr>
            <w:tcW w:type="dxa" w:w="4933"/>
            <w:shd w:val="clear" w:color="auto" w:fill="EEF2F7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0"/>
              </w:rPr>
              <w:t>Formules utiles</w:t>
            </w:r>
          </w:p>
        </w:tc>
        <w:tc>
          <w:tcPr>
            <w:tcW w:type="dxa" w:w="4933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- Demande : "Je vous prie de…" / "Merci de…"</w:t>
            </w:r>
          </w:p>
          <w:p>
            <w:pPr>
              <w:spacing w:before="0" w:after="0"/>
            </w:pPr>
            <w:r>
              <w:t>- Relance : "Sauf erreur de notre part…" / "À défaut de retour…"</w:t>
            </w:r>
          </w:p>
          <w:p>
            <w:pPr>
              <w:spacing w:before="0" w:after="0"/>
            </w:pPr>
            <w:r>
              <w:t>- Courtoisie : "Je reste à votre disposition…"</w:t>
            </w:r>
          </w:p>
        </w:tc>
      </w:tr>
      <w:tr>
        <w:trPr>
          <w:cantSplit w:val="1"/>
        </w:trPr>
        <w:tc>
          <w:tcPr>
            <w:tcW w:type="dxa" w:w="4933"/>
            <w:shd w:val="clear" w:color="auto" w:fill="EEF2F7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0"/>
              </w:rPr>
              <w:t>Mots à éviter</w:t>
            </w:r>
          </w:p>
        </w:tc>
        <w:tc>
          <w:tcPr>
            <w:tcW w:type="dxa" w:w="4933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Trop familiers, accusateurs, approximatifs :</w:t>
            </w:r>
          </w:p>
          <w:p>
            <w:pPr>
              <w:spacing w:before="0" w:after="0"/>
            </w:pPr>
            <w:r>
              <w:t>__________________________________________________</w:t>
            </w:r>
          </w:p>
        </w:tc>
      </w:tr>
      <w:tr>
        <w:trPr>
          <w:cantSplit w:val="1"/>
        </w:trPr>
        <w:tc>
          <w:tcPr>
            <w:tcW w:type="dxa" w:w="4933"/>
            <w:shd w:val="clear" w:color="auto" w:fill="EEF2F7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0"/>
              </w:rPr>
              <w:t>Vigilance</w:t>
            </w:r>
          </w:p>
        </w:tc>
        <w:tc>
          <w:tcPr>
            <w:tcW w:type="dxa" w:w="4933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Accord sujet-verbe, ponctuation, titres clairs, phrases courtes, cohérence des dates</w:t>
            </w:r>
          </w:p>
        </w:tc>
      </w:tr>
    </w:tbl>
    <w:p>
      <w:pPr>
        <w:spacing w:after="40"/>
      </w:pPr>
    </w:p>
    <w:p>
      <w:pPr>
        <w:spacing w:before="160" w:after="80"/>
        <w:keepNext w:val="1"/>
      </w:pPr>
      <w:r>
        <w:rPr>
          <w:b/>
          <w:color w:val="1F3A5F"/>
          <w:sz w:val="26"/>
        </w:rPr>
        <w:t>8) Checklist avant rendu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948"/>
        <w:gridCol w:w="6917"/>
      </w:tblGrid>
      <w:tr>
        <w:trPr>
          <w:cantSplit w:val="1"/>
        </w:trPr>
        <w:tc>
          <w:tcPr>
            <w:tcW w:type="dxa" w:w="4933"/>
            <w:shd w:val="clear" w:color="auto" w:fill="EEF2F7"/>
            <w:tcMar>
              <w:top w:w="55" w:type="dxa"/>
              <w:start w:w="130" w:type="dxa"/>
              <w:bottom w:w="55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0"/>
              </w:rPr>
              <w:t>Objet / titre</w:t>
            </w:r>
          </w:p>
        </w:tc>
        <w:tc>
          <w:tcPr>
            <w:tcW w:type="dxa" w:w="4933"/>
            <w:tcMar>
              <w:top w:w="55" w:type="dxa"/>
              <w:start w:w="130" w:type="dxa"/>
              <w:bottom w:w="55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☐ clair  ☐ précis  ☐ aligné sur la commande</w:t>
            </w:r>
          </w:p>
        </w:tc>
      </w:tr>
      <w:tr>
        <w:trPr>
          <w:cantSplit w:val="1"/>
        </w:trPr>
        <w:tc>
          <w:tcPr>
            <w:tcW w:type="dxa" w:w="4933"/>
            <w:shd w:val="clear" w:color="auto" w:fill="EEF2F7"/>
            <w:tcMar>
              <w:top w:w="55" w:type="dxa"/>
              <w:start w:w="130" w:type="dxa"/>
              <w:bottom w:w="55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0"/>
              </w:rPr>
              <w:t>Lisibilité</w:t>
            </w:r>
          </w:p>
        </w:tc>
        <w:tc>
          <w:tcPr>
            <w:tcW w:type="dxa" w:w="4933"/>
            <w:tcMar>
              <w:top w:w="55" w:type="dxa"/>
              <w:start w:w="130" w:type="dxa"/>
              <w:bottom w:w="55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☐ paragraphes aérés  ☐ listes pertinentes  ☐ une idée par phrase</w:t>
            </w:r>
          </w:p>
        </w:tc>
      </w:tr>
      <w:tr>
        <w:trPr>
          <w:cantSplit w:val="1"/>
        </w:trPr>
        <w:tc>
          <w:tcPr>
            <w:tcW w:type="dxa" w:w="4933"/>
            <w:shd w:val="clear" w:color="auto" w:fill="EEF2F7"/>
            <w:tcMar>
              <w:top w:w="55" w:type="dxa"/>
              <w:start w:w="130" w:type="dxa"/>
              <w:bottom w:w="55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0"/>
              </w:rPr>
              <w:t>Politesse</w:t>
            </w:r>
          </w:p>
        </w:tc>
        <w:tc>
          <w:tcPr>
            <w:tcW w:type="dxa" w:w="4933"/>
            <w:tcMar>
              <w:top w:w="55" w:type="dxa"/>
              <w:start w:w="130" w:type="dxa"/>
              <w:bottom w:w="55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☐ formule d’appel  ☐ formule de fin  ☐ signature complète</w:t>
            </w:r>
          </w:p>
        </w:tc>
      </w:tr>
      <w:tr>
        <w:trPr>
          <w:cantSplit w:val="1"/>
        </w:trPr>
        <w:tc>
          <w:tcPr>
            <w:tcW w:type="dxa" w:w="4933"/>
            <w:shd w:val="clear" w:color="auto" w:fill="EEF2F7"/>
            <w:tcMar>
              <w:top w:w="55" w:type="dxa"/>
              <w:start w:w="130" w:type="dxa"/>
              <w:bottom w:w="55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0"/>
              </w:rPr>
              <w:t>Fiabilité</w:t>
            </w:r>
          </w:p>
        </w:tc>
        <w:tc>
          <w:tcPr>
            <w:tcW w:type="dxa" w:w="4933"/>
            <w:tcMar>
              <w:top w:w="55" w:type="dxa"/>
              <w:start w:w="130" w:type="dxa"/>
              <w:bottom w:w="55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☐ noms  ☐ dates  ☐ montants  ☐ pièces jointes  ☐ références</w:t>
            </w:r>
          </w:p>
        </w:tc>
      </w:tr>
      <w:tr>
        <w:trPr>
          <w:cantSplit w:val="1"/>
        </w:trPr>
        <w:tc>
          <w:tcPr>
            <w:tcW w:type="dxa" w:w="4933"/>
            <w:shd w:val="clear" w:color="auto" w:fill="EEF2F7"/>
            <w:tcMar>
              <w:top w:w="55" w:type="dxa"/>
              <w:start w:w="130" w:type="dxa"/>
              <w:bottom w:w="55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0"/>
              </w:rPr>
              <w:t>Orthographe</w:t>
            </w:r>
          </w:p>
        </w:tc>
        <w:tc>
          <w:tcPr>
            <w:tcW w:type="dxa" w:w="4933"/>
            <w:tcMar>
              <w:top w:w="55" w:type="dxa"/>
              <w:start w:w="130" w:type="dxa"/>
              <w:bottom w:w="55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☐ relecture  ☐ correcteur  ☐ cohérence des temps</w:t>
            </w:r>
          </w:p>
        </w:tc>
      </w:tr>
    </w:tbl>
    <w:p>
      <w:pPr>
        <w:spacing w:after="40"/>
      </w:pPr>
    </w:p>
    <w:p>
      <w:pPr>
        <w:spacing w:before="160" w:after="80"/>
        <w:keepNext w:val="1"/>
      </w:pPr>
      <w:r>
        <w:rPr>
          <w:b/>
          <w:color w:val="1F3A5F"/>
          <w:sz w:val="26"/>
        </w:rPr>
        <w:t>9) Auto-évaluation (sur 20)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969"/>
        <w:gridCol w:w="1417"/>
        <w:gridCol w:w="1417"/>
        <w:gridCol w:w="3061"/>
      </w:tblGrid>
      <w:tr>
        <w:tc>
          <w:tcPr>
            <w:tcW w:type="dxa" w:w="2466"/>
            <w:shd w:val="clear" w:color="auto" w:fill="1F3A5F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  <w:jc w:val="center"/>
            </w:pPr>
            <w:r>
              <w:rPr>
                <w:b/>
                <w:color w:val="FFFFFF"/>
                <w:sz w:val="20"/>
              </w:rPr>
              <w:t>Critère</w:t>
            </w:r>
          </w:p>
        </w:tc>
        <w:tc>
          <w:tcPr>
            <w:tcW w:type="dxa" w:w="2466"/>
            <w:shd w:val="clear" w:color="auto" w:fill="1F3A5F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  <w:jc w:val="center"/>
            </w:pPr>
            <w:r>
              <w:rPr>
                <w:b/>
                <w:color w:val="FFFFFF"/>
                <w:sz w:val="20"/>
              </w:rPr>
              <w:t>Points</w:t>
            </w:r>
          </w:p>
        </w:tc>
        <w:tc>
          <w:tcPr>
            <w:tcW w:type="dxa" w:w="2466"/>
            <w:shd w:val="clear" w:color="auto" w:fill="1F3A5F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  <w:jc w:val="center"/>
            </w:pPr>
            <w:r>
              <w:rPr>
                <w:b/>
                <w:color w:val="FFFFFF"/>
                <w:sz w:val="20"/>
              </w:rPr>
              <w:t>Je m’attribue</w:t>
            </w:r>
          </w:p>
        </w:tc>
        <w:tc>
          <w:tcPr>
            <w:tcW w:type="dxa" w:w="2466"/>
            <w:shd w:val="clear" w:color="auto" w:fill="1F3A5F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  <w:jc w:val="center"/>
            </w:pPr>
            <w:r>
              <w:rPr>
                <w:b/>
                <w:color w:val="FFFFFF"/>
                <w:sz w:val="20"/>
              </w:rPr>
              <w:t>Commentaires</w:t>
            </w:r>
          </w:p>
        </w:tc>
      </w:tr>
      <w:tr>
        <w:trPr>
          <w:cantSplit w:val="1"/>
        </w:trPr>
        <w:tc>
          <w:tcPr>
            <w:tcW w:type="dxa" w:w="3969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Pertinence (objectif + destinataire)</w:t>
            </w:r>
          </w:p>
        </w:tc>
        <w:tc>
          <w:tcPr>
            <w:tcW w:type="dxa" w:w="1417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  <w:jc w:val="center"/>
            </w:pPr>
            <w:r>
              <w:t>4</w:t>
            </w:r>
          </w:p>
        </w:tc>
        <w:tc>
          <w:tcPr>
            <w:tcW w:type="dxa" w:w="1417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  <w:jc w:val="center"/>
            </w:pPr>
            <w:r>
              <w:t>__/__</w:t>
            </w:r>
          </w:p>
        </w:tc>
        <w:tc>
          <w:tcPr>
            <w:tcW w:type="dxa" w:w="3061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___________________________________</w:t>
            </w:r>
          </w:p>
        </w:tc>
      </w:tr>
      <w:tr>
        <w:trPr>
          <w:cantSplit w:val="1"/>
        </w:trPr>
        <w:tc>
          <w:tcPr>
            <w:tcW w:type="dxa" w:w="3969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Structure (plan + logique)</w:t>
            </w:r>
          </w:p>
        </w:tc>
        <w:tc>
          <w:tcPr>
            <w:tcW w:type="dxa" w:w="1417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  <w:jc w:val="center"/>
            </w:pPr>
            <w:r>
              <w:t>4</w:t>
            </w:r>
          </w:p>
        </w:tc>
        <w:tc>
          <w:tcPr>
            <w:tcW w:type="dxa" w:w="1417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  <w:jc w:val="center"/>
            </w:pPr>
            <w:r>
              <w:t>__/__</w:t>
            </w:r>
          </w:p>
        </w:tc>
        <w:tc>
          <w:tcPr>
            <w:tcW w:type="dxa" w:w="3061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___________________________________</w:t>
            </w:r>
          </w:p>
        </w:tc>
      </w:tr>
      <w:tr>
        <w:trPr>
          <w:cantSplit w:val="1"/>
        </w:trPr>
        <w:tc>
          <w:tcPr>
            <w:tcW w:type="dxa" w:w="3969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Qualité de la langue (syntaxe, orthographe)</w:t>
            </w:r>
          </w:p>
        </w:tc>
        <w:tc>
          <w:tcPr>
            <w:tcW w:type="dxa" w:w="1417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  <w:jc w:val="center"/>
            </w:pPr>
            <w:r>
              <w:t>6</w:t>
            </w:r>
          </w:p>
        </w:tc>
        <w:tc>
          <w:tcPr>
            <w:tcW w:type="dxa" w:w="1417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  <w:jc w:val="center"/>
            </w:pPr>
            <w:r>
              <w:t>__/__</w:t>
            </w:r>
          </w:p>
        </w:tc>
        <w:tc>
          <w:tcPr>
            <w:tcW w:type="dxa" w:w="3061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___________________________________</w:t>
            </w:r>
          </w:p>
        </w:tc>
      </w:tr>
      <w:tr>
        <w:trPr>
          <w:cantSplit w:val="1"/>
        </w:trPr>
        <w:tc>
          <w:tcPr>
            <w:tcW w:type="dxa" w:w="3969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Ton professionnel (courtoisie, diplomatie)</w:t>
            </w:r>
          </w:p>
        </w:tc>
        <w:tc>
          <w:tcPr>
            <w:tcW w:type="dxa" w:w="1417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  <w:jc w:val="center"/>
            </w:pPr>
            <w:r>
              <w:t>3</w:t>
            </w:r>
          </w:p>
        </w:tc>
        <w:tc>
          <w:tcPr>
            <w:tcW w:type="dxa" w:w="1417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  <w:jc w:val="center"/>
            </w:pPr>
            <w:r>
              <w:t>__/__</w:t>
            </w:r>
          </w:p>
        </w:tc>
        <w:tc>
          <w:tcPr>
            <w:tcW w:type="dxa" w:w="3061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___________________________________</w:t>
            </w:r>
          </w:p>
        </w:tc>
      </w:tr>
      <w:tr>
        <w:trPr>
          <w:cantSplit w:val="1"/>
        </w:trPr>
        <w:tc>
          <w:tcPr>
            <w:tcW w:type="dxa" w:w="3969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Présentation (mise en page, clarté)</w:t>
            </w:r>
          </w:p>
        </w:tc>
        <w:tc>
          <w:tcPr>
            <w:tcW w:type="dxa" w:w="1417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  <w:jc w:val="center"/>
            </w:pPr>
            <w:r>
              <w:t>3</w:t>
            </w:r>
          </w:p>
        </w:tc>
        <w:tc>
          <w:tcPr>
            <w:tcW w:type="dxa" w:w="1417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  <w:jc w:val="center"/>
            </w:pPr>
            <w:r>
              <w:t>__/__</w:t>
            </w:r>
          </w:p>
        </w:tc>
        <w:tc>
          <w:tcPr>
            <w:tcW w:type="dxa" w:w="3061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___________________________________</w:t>
            </w:r>
          </w:p>
        </w:tc>
      </w:tr>
      <w:tr>
        <w:trPr>
          <w:cantSplit w:val="1"/>
        </w:trPr>
        <w:tc>
          <w:tcPr>
            <w:tcW w:type="dxa" w:w="3969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</w:rPr>
              <w:t>Total</w:t>
            </w:r>
          </w:p>
        </w:tc>
        <w:tc>
          <w:tcPr>
            <w:tcW w:type="dxa" w:w="1417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  <w:jc w:val="center"/>
            </w:pPr>
            <w:r>
              <w:t>20</w:t>
            </w:r>
          </w:p>
        </w:tc>
        <w:tc>
          <w:tcPr>
            <w:tcW w:type="dxa" w:w="1417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  <w:jc w:val="center"/>
            </w:pPr>
            <w:r>
              <w:t>__/20</w:t>
            </w:r>
          </w:p>
        </w:tc>
        <w:tc>
          <w:tcPr>
            <w:tcW w:type="dxa" w:w="3061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/>
          </w:p>
        </w:tc>
      </w:tr>
    </w:tbl>
    <w:p>
      <w:pPr>
        <w:spacing w:after="40"/>
      </w:pPr>
    </w:p>
    <w:p>
      <w:pPr>
        <w:spacing w:before="160" w:after="80"/>
        <w:keepNext w:val="1"/>
      </w:pPr>
      <w:r>
        <w:rPr>
          <w:b/>
          <w:color w:val="1F3A5F"/>
          <w:sz w:val="26"/>
        </w:rPr>
        <w:t>10) Appréciation du correcteur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948"/>
        <w:gridCol w:w="6917"/>
      </w:tblGrid>
      <w:tr>
        <w:trPr>
          <w:cantSplit w:val="1"/>
        </w:trPr>
        <w:tc>
          <w:tcPr>
            <w:tcW w:type="dxa" w:w="4933"/>
            <w:shd w:val="clear" w:color="auto" w:fill="EEF2F7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0"/>
              </w:rPr>
              <w:t>Points forts</w:t>
            </w:r>
          </w:p>
        </w:tc>
        <w:tc>
          <w:tcPr>
            <w:tcW w:type="dxa" w:w="4933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__________________________________________________</w:t>
            </w:r>
          </w:p>
          <w:p>
            <w:pPr>
              <w:spacing w:before="0" w:after="0"/>
            </w:pPr>
            <w:r>
              <w:t>__________________________________________________</w:t>
            </w:r>
          </w:p>
        </w:tc>
      </w:tr>
      <w:tr>
        <w:trPr>
          <w:cantSplit w:val="1"/>
        </w:trPr>
        <w:tc>
          <w:tcPr>
            <w:tcW w:type="dxa" w:w="4933"/>
            <w:shd w:val="clear" w:color="auto" w:fill="EEF2F7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0"/>
              </w:rPr>
              <w:t>Axes de progrès</w:t>
            </w:r>
          </w:p>
        </w:tc>
        <w:tc>
          <w:tcPr>
            <w:tcW w:type="dxa" w:w="4933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__________________________________________________</w:t>
            </w:r>
          </w:p>
          <w:p>
            <w:pPr>
              <w:spacing w:before="0" w:after="0"/>
            </w:pPr>
            <w:r>
              <w:t>__________________________________________________</w:t>
            </w:r>
          </w:p>
        </w:tc>
      </w:tr>
      <w:tr>
        <w:trPr>
          <w:cantSplit w:val="1"/>
        </w:trPr>
        <w:tc>
          <w:tcPr>
            <w:tcW w:type="dxa" w:w="4933"/>
            <w:shd w:val="clear" w:color="auto" w:fill="EEF2F7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0"/>
              </w:rPr>
              <w:t>Note /20</w:t>
            </w:r>
          </w:p>
        </w:tc>
        <w:tc>
          <w:tcPr>
            <w:tcW w:type="dxa" w:w="4933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___________________________________  / 20</w:t>
            </w:r>
          </w:p>
        </w:tc>
      </w:tr>
      <w:tr>
        <w:trPr>
          <w:cantSplit w:val="1"/>
        </w:trPr>
        <w:tc>
          <w:tcPr>
            <w:tcW w:type="dxa" w:w="4933"/>
            <w:shd w:val="clear" w:color="auto" w:fill="EEF2F7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rPr>
                <w:b/>
                <w:color w:val="1F3A5F"/>
                <w:sz w:val="20"/>
              </w:rPr>
              <w:t>Signature</w:t>
            </w:r>
          </w:p>
        </w:tc>
        <w:tc>
          <w:tcPr>
            <w:tcW w:type="dxa" w:w="4933"/>
            <w:tcMar>
              <w:top w:w="60" w:type="dxa"/>
              <w:start w:w="130" w:type="dxa"/>
              <w:bottom w:w="60" w:type="dxa"/>
              <w:end w:w="130" w:type="dxa"/>
            </w:tcMar>
            <w:vAlign w:val="center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</w:tcPr>
          <w:p>
            <w:pPr>
              <w:spacing w:after="0"/>
            </w:pPr>
            <w:r>
              <w:t>__________________________________________________</w:t>
            </w:r>
          </w:p>
        </w:tc>
      </w:tr>
    </w:tbl>
    <w:p>
      <w:pPr>
        <w:spacing w:after="40"/>
      </w:pPr>
    </w:p>
    <w:sectPr w:rsidR="00FC693F" w:rsidRPr="0006063C" w:rsidSect="00034616">
      <w:footerReference w:type="default" r:id="rId9"/>
      <w:pgSz w:w="11906" w:h="16838"/>
      <w:pgMar w:top="850" w:right="102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77777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