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240"/>
      </w:pPr>
      <w:r>
        <w:drawing>
          <wp:inline xmlns:a="http://schemas.openxmlformats.org/drawingml/2006/main" xmlns:pic="http://schemas.openxmlformats.org/drawingml/2006/picture">
            <wp:extent cx="6120000" cy="748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nner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74800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3402"/>
        <w:gridCol w:w="6236"/>
      </w:tblGrid>
      <w:tr>
        <w:tc>
          <w:tcPr>
            <w:tcW w:type="dxa" w:w="4933"/>
            <w:shd w:val="clear" w:color="auto" w:fill="1F4E79"/>
            <w:tcMar>
              <w:top w:w="140" w:type="dxa"/>
              <w:start w:w="180" w:type="dxa"/>
              <w:bottom w:w="140" w:type="dxa"/>
              <w:end w:w="180" w:type="dxa"/>
            </w:tcMar>
            <w:vAlign w:val="top"/>
          </w:tcPr>
          <w:p>
            <w:pPr>
              <w:spacing w:after="20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655999" cy="1655999"/>
                  <wp:docPr id="2" name="Picture 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photo_placeholder.png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5999" cy="1655999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after="80"/>
            </w:pPr>
            <w:r>
              <w:rPr>
                <w:rFonts w:ascii="Calibri" w:hAnsi="Calibri"/>
                <w:b/>
                <w:color w:val="FFFFFF"/>
                <w:sz w:val="32"/>
              </w:rPr>
              <w:t>BIOGRAPHIE</w:t>
            </w:r>
          </w:p>
          <w:p>
            <w:pPr>
              <w:spacing w:after="200"/>
            </w:pPr>
            <w:r>
              <w:rPr>
                <w:rFonts w:ascii="Calibri" w:hAnsi="Calibri"/>
                <w:b w:val="0"/>
                <w:color w:val="E6EEF7"/>
                <w:sz w:val="20"/>
              </w:rPr>
              <w:t>Fiche officielle - style premium</w:t>
              <w:br/>
              <w:t>à compléter</w:t>
            </w: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</w:tblPr>
            <w:tblGrid>
              <w:gridCol w:w="510"/>
              <w:gridCol w:w="2665"/>
            </w:tblGrid>
            <w:tr>
              <w:tc>
                <w:tcPr>
                  <w:tcW w:type="dxa" w:w="2466"/>
                  <w:tcMar>
                    <w:top w:w="80" w:type="dxa"/>
                    <w:start w:w="60" w:type="dxa"/>
                    <w:bottom w:w="80" w:type="dxa"/>
                    <w:end w:w="60" w:type="dxa"/>
                  </w:tcMar>
                </w:tcPr>
                <w:p>
                  <w:pPr>
                    <w:jc w:val="center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162000" cy="162000"/>
                        <wp:docPr id="3" name="Picture 3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con_phone.png"/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2000" cy="162000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2466"/>
                  <w:tcMar>
                    <w:top w:w="40" w:type="dxa"/>
                    <w:start w:w="60" w:type="dxa"/>
                    <w:bottom w:w="40" w:type="dxa"/>
                    <w:end w:w="60" w:type="dxa"/>
                  </w:tcMar>
                </w:tcPr>
                <w:p>
                  <w:pPr>
                    <w:spacing w:after="0"/>
                  </w:pPr>
                  <w:r>
                    <w:rPr>
                      <w:rFonts w:ascii="Calibri" w:hAnsi="Calibri"/>
                      <w:b/>
                      <w:color w:val="FFFFFF"/>
                      <w:sz w:val="18"/>
                    </w:rPr>
                    <w:t>Téléphone</w:t>
                    <w:br/>
                  </w:r>
                  <w:r>
                    <w:rPr>
                      <w:rFonts w:ascii="Calibri" w:hAnsi="Calibri"/>
                      <w:b w:val="0"/>
                      <w:color w:val="D6E6F5"/>
                      <w:sz w:val="18"/>
                    </w:rPr>
                    <w:t>[+00 000 000 000]</w:t>
                  </w:r>
                </w:p>
              </w:tc>
            </w:tr>
            <w:tr>
              <w:tc>
                <w:tcPr>
                  <w:tcW w:type="dxa" w:w="2466"/>
                  <w:tcMar>
                    <w:top w:w="80" w:type="dxa"/>
                    <w:start w:w="60" w:type="dxa"/>
                    <w:bottom w:w="80" w:type="dxa"/>
                    <w:end w:w="60" w:type="dxa"/>
                  </w:tcMar>
                </w:tcPr>
                <w:p>
                  <w:pPr>
                    <w:jc w:val="center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162000" cy="162000"/>
                        <wp:docPr id="4" name="Picture 4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con_mail.png"/>
                                <pic:cNvPicPr/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2000" cy="162000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2466"/>
                  <w:tcMar>
                    <w:top w:w="40" w:type="dxa"/>
                    <w:start w:w="60" w:type="dxa"/>
                    <w:bottom w:w="40" w:type="dxa"/>
                    <w:end w:w="60" w:type="dxa"/>
                  </w:tcMar>
                </w:tcPr>
                <w:p>
                  <w:pPr>
                    <w:spacing w:after="0"/>
                  </w:pPr>
                  <w:r>
                    <w:rPr>
                      <w:rFonts w:ascii="Calibri" w:hAnsi="Calibri"/>
                      <w:b/>
                      <w:color w:val="FFFFFF"/>
                      <w:sz w:val="18"/>
                    </w:rPr>
                    <w:t>Email</w:t>
                    <w:br/>
                  </w:r>
                  <w:r>
                    <w:rPr>
                      <w:rFonts w:ascii="Calibri" w:hAnsi="Calibri"/>
                      <w:b w:val="0"/>
                      <w:color w:val="D6E6F5"/>
                      <w:sz w:val="18"/>
                    </w:rPr>
                    <w:t>[prenom.nom@email.com]</w:t>
                  </w:r>
                </w:p>
              </w:tc>
            </w:tr>
            <w:tr>
              <w:tc>
                <w:tcPr>
                  <w:tcW w:type="dxa" w:w="2466"/>
                  <w:tcMar>
                    <w:top w:w="80" w:type="dxa"/>
                    <w:start w:w="60" w:type="dxa"/>
                    <w:bottom w:w="80" w:type="dxa"/>
                    <w:end w:w="60" w:type="dxa"/>
                  </w:tcMar>
                </w:tcPr>
                <w:p>
                  <w:pPr>
                    <w:jc w:val="center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162000" cy="162000"/>
                        <wp:docPr id="5" name="Picture 5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con_pin.png"/>
                                <pic:cNvPicPr/>
                              </pic:nvPicPr>
                              <pic:blipFill>
                                <a:blip r:embed="rId1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2000" cy="162000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2466"/>
                  <w:tcMar>
                    <w:top w:w="40" w:type="dxa"/>
                    <w:start w:w="60" w:type="dxa"/>
                    <w:bottom w:w="40" w:type="dxa"/>
                    <w:end w:w="60" w:type="dxa"/>
                  </w:tcMar>
                </w:tcPr>
                <w:p>
                  <w:pPr>
                    <w:spacing w:after="0"/>
                  </w:pPr>
                  <w:r>
                    <w:rPr>
                      <w:rFonts w:ascii="Calibri" w:hAnsi="Calibri"/>
                      <w:b/>
                      <w:color w:val="FFFFFF"/>
                      <w:sz w:val="18"/>
                    </w:rPr>
                    <w:t>Ville</w:t>
                    <w:br/>
                  </w:r>
                  <w:r>
                    <w:rPr>
                      <w:rFonts w:ascii="Calibri" w:hAnsi="Calibri"/>
                      <w:b w:val="0"/>
                      <w:color w:val="D6E6F5"/>
                      <w:sz w:val="18"/>
                    </w:rPr>
                    <w:t>[Ville, Pays]</w:t>
                  </w:r>
                </w:p>
              </w:tc>
            </w:tr>
            <w:tr>
              <w:tc>
                <w:tcPr>
                  <w:tcW w:type="dxa" w:w="2466"/>
                  <w:tcMar>
                    <w:top w:w="80" w:type="dxa"/>
                    <w:start w:w="60" w:type="dxa"/>
                    <w:bottom w:w="80" w:type="dxa"/>
                    <w:end w:w="60" w:type="dxa"/>
                  </w:tcMar>
                </w:tcPr>
                <w:p>
                  <w:pPr>
                    <w:jc w:val="center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162000" cy="162000"/>
                        <wp:docPr id="6" name="Picture 6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con_globe.png"/>
                                <pic:cNvPicPr/>
                              </pic:nvPicPr>
                              <pic:blipFill>
                                <a:blip r:embed="rId1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2000" cy="162000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2466"/>
                  <w:tcMar>
                    <w:top w:w="40" w:type="dxa"/>
                    <w:start w:w="60" w:type="dxa"/>
                    <w:bottom w:w="40" w:type="dxa"/>
                    <w:end w:w="60" w:type="dxa"/>
                  </w:tcMar>
                </w:tcPr>
                <w:p>
                  <w:pPr>
                    <w:spacing w:after="0"/>
                  </w:pPr>
                  <w:r>
                    <w:rPr>
                      <w:rFonts w:ascii="Calibri" w:hAnsi="Calibri"/>
                      <w:b/>
                      <w:color w:val="FFFFFF"/>
                      <w:sz w:val="18"/>
                    </w:rPr>
                    <w:t>Site</w:t>
                    <w:br/>
                  </w:r>
                  <w:r>
                    <w:rPr>
                      <w:rFonts w:ascii="Calibri" w:hAnsi="Calibri"/>
                      <w:b w:val="0"/>
                      <w:color w:val="D6E6F5"/>
                      <w:sz w:val="18"/>
                    </w:rPr>
                    <w:t>[www.site.com]</w:t>
                  </w:r>
                </w:p>
              </w:tc>
            </w:tr>
          </w:tbl>
          <w:p/>
        </w:tc>
        <w:tc>
          <w:tcPr>
            <w:tcW w:type="dxa" w:w="4933"/>
            <w:tcMar>
              <w:top w:w="140" w:type="dxa"/>
              <w:start w:w="180" w:type="dxa"/>
              <w:bottom w:w="140" w:type="dxa"/>
              <w:end w:w="0" w:type="dxa"/>
            </w:tcMar>
            <w:vAlign w:val="top"/>
          </w:tcPr>
          <w:p>
            <w:pPr>
              <w:spacing w:after="40"/>
            </w:pPr>
            <w:r>
              <w:rPr>
                <w:rFonts w:ascii="Calibri" w:hAnsi="Calibri"/>
                <w:b/>
                <w:color w:val="1F4E79"/>
                <w:sz w:val="52"/>
              </w:rPr>
              <w:t>[NOM PRENOM]</w:t>
            </w:r>
          </w:p>
          <w:p>
            <w:pPr>
              <w:spacing w:after="120"/>
            </w:pPr>
            <w:r>
              <w:rPr>
                <w:rFonts w:ascii="Calibri" w:hAnsi="Calibri"/>
                <w:b w:val="0"/>
                <w:color w:val="3A3A3A"/>
                <w:sz w:val="24"/>
              </w:rPr>
              <w:t>Biographie professionnelle - [Fonction / Titre]</w:t>
            </w:r>
          </w:p>
          <w:p>
            <w:pPr>
              <w:spacing w:after="200"/>
            </w:pPr>
            <w:r>
              <w:rPr>
                <w:rFonts w:ascii="Calibri" w:hAnsi="Calibri"/>
                <w:b w:val="0"/>
                <w:color w:val="6B6B6B"/>
                <w:sz w:val="20"/>
              </w:rPr>
              <w:t>Dernière mise à jour : [Mois AAAA]</w:t>
            </w:r>
          </w:p>
          <w:p>
            <w:pPr>
              <w:spacing w:after="120"/>
            </w:pPr>
            <w:r>
              <w:rPr>
                <w:rFonts w:ascii="Calibri" w:hAnsi="Calibri"/>
                <w:b/>
                <w:color w:val="1F4E79"/>
                <w:sz w:val="22"/>
              </w:rPr>
              <w:t>INFORMATIONS CLÉS</w:t>
            </w: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</w:tblPr>
            <w:tblGrid>
              <w:gridCol w:w="2835"/>
              <w:gridCol w:w="3572"/>
            </w:tblGrid>
            <w:tr>
              <w:tc>
                <w:tcPr>
                  <w:tcW w:type="dxa" w:w="2466"/>
                  <w:shd w:val="clear" w:color="auto" w:fill="F5F7FA"/>
                  <w:tcMar>
                    <w:top w:w="80" w:type="dxa"/>
                    <w:start w:w="120" w:type="dxa"/>
                    <w:bottom w:w="80" w:type="dxa"/>
                    <w:end w:w="120" w:type="dxa"/>
                  </w:tcMar>
                </w:tcPr>
                <w:p>
                  <w:pPr>
                    <w:spacing w:after="0"/>
                  </w:pPr>
                  <w:r>
                    <w:rPr>
                      <w:rFonts w:ascii="Calibri" w:hAnsi="Calibri"/>
                      <w:b/>
                      <w:color w:val="4A4A4A"/>
                      <w:sz w:val="20"/>
                    </w:rPr>
                    <w:t>Date et lieu de naissance</w:t>
                  </w:r>
                </w:p>
              </w:tc>
              <w:tc>
                <w:tcPr>
                  <w:tcW w:type="dxa" w:w="2466"/>
                  <w:tcMar>
                    <w:top w:w="80" w:type="dxa"/>
                    <w:start w:w="120" w:type="dxa"/>
                    <w:bottom w:w="80" w:type="dxa"/>
                    <w:end w:w="120" w:type="dxa"/>
                  </w:tcMar>
                </w:tcPr>
                <w:p>
                  <w:pPr>
                    <w:spacing w:after="0"/>
                  </w:pPr>
                  <w:r>
                    <w:rPr>
                      <w:rFonts w:ascii="Calibri" w:hAnsi="Calibri"/>
                      <w:b w:val="0"/>
                      <w:color w:val="3A3A3A"/>
                      <w:sz w:val="20"/>
                    </w:rPr>
                    <w:t>[JJ/MM/AAAA - Ville, Pays]</w:t>
                  </w:r>
                </w:p>
              </w:tc>
            </w:tr>
            <w:tr>
              <w:tc>
                <w:tcPr>
                  <w:tcW w:type="dxa" w:w="2466"/>
                  <w:shd w:val="clear" w:color="auto" w:fill="F5F7FA"/>
                  <w:tcMar>
                    <w:top w:w="80" w:type="dxa"/>
                    <w:start w:w="120" w:type="dxa"/>
                    <w:bottom w:w="80" w:type="dxa"/>
                    <w:end w:w="120" w:type="dxa"/>
                  </w:tcMar>
                </w:tcPr>
                <w:p>
                  <w:pPr>
                    <w:spacing w:after="0"/>
                  </w:pPr>
                  <w:r>
                    <w:rPr>
                      <w:rFonts w:ascii="Calibri" w:hAnsi="Calibri"/>
                      <w:b/>
                      <w:color w:val="4A4A4A"/>
                      <w:sz w:val="20"/>
                    </w:rPr>
                    <w:t>Nationalité</w:t>
                  </w:r>
                </w:p>
              </w:tc>
              <w:tc>
                <w:tcPr>
                  <w:tcW w:type="dxa" w:w="2466"/>
                  <w:tcMar>
                    <w:top w:w="80" w:type="dxa"/>
                    <w:start w:w="120" w:type="dxa"/>
                    <w:bottom w:w="80" w:type="dxa"/>
                    <w:end w:w="120" w:type="dxa"/>
                  </w:tcMar>
                </w:tcPr>
                <w:p>
                  <w:pPr>
                    <w:spacing w:after="0"/>
                  </w:pPr>
                  <w:r>
                    <w:rPr>
                      <w:rFonts w:ascii="Calibri" w:hAnsi="Calibri"/>
                      <w:b w:val="0"/>
                      <w:color w:val="3A3A3A"/>
                      <w:sz w:val="20"/>
                    </w:rPr>
                    <w:t>[...]</w:t>
                  </w:r>
                </w:p>
              </w:tc>
            </w:tr>
            <w:tr>
              <w:tc>
                <w:tcPr>
                  <w:tcW w:type="dxa" w:w="2466"/>
                  <w:shd w:val="clear" w:color="auto" w:fill="F5F7FA"/>
                  <w:tcMar>
                    <w:top w:w="80" w:type="dxa"/>
                    <w:start w:w="120" w:type="dxa"/>
                    <w:bottom w:w="80" w:type="dxa"/>
                    <w:end w:w="120" w:type="dxa"/>
                  </w:tcMar>
                </w:tcPr>
                <w:p>
                  <w:pPr>
                    <w:spacing w:after="0"/>
                  </w:pPr>
                  <w:r>
                    <w:rPr>
                      <w:rFonts w:ascii="Calibri" w:hAnsi="Calibri"/>
                      <w:b/>
                      <w:color w:val="4A4A4A"/>
                      <w:sz w:val="20"/>
                    </w:rPr>
                    <w:t>Adresse professionnelle</w:t>
                  </w:r>
                </w:p>
              </w:tc>
              <w:tc>
                <w:tcPr>
                  <w:tcW w:type="dxa" w:w="2466"/>
                  <w:tcMar>
                    <w:top w:w="80" w:type="dxa"/>
                    <w:start w:w="120" w:type="dxa"/>
                    <w:bottom w:w="80" w:type="dxa"/>
                    <w:end w:w="120" w:type="dxa"/>
                  </w:tcMar>
                </w:tcPr>
                <w:p>
                  <w:pPr>
                    <w:spacing w:after="0"/>
                  </w:pPr>
                  <w:r>
                    <w:rPr>
                      <w:rFonts w:ascii="Calibri" w:hAnsi="Calibri"/>
                      <w:b w:val="0"/>
                      <w:color w:val="3A3A3A"/>
                      <w:sz w:val="20"/>
                    </w:rPr>
                    <w:t>[...]</w:t>
                  </w:r>
                </w:p>
              </w:tc>
            </w:tr>
            <w:tr>
              <w:tc>
                <w:tcPr>
                  <w:tcW w:type="dxa" w:w="2466"/>
                  <w:shd w:val="clear" w:color="auto" w:fill="F5F7FA"/>
                  <w:tcMar>
                    <w:top w:w="80" w:type="dxa"/>
                    <w:start w:w="120" w:type="dxa"/>
                    <w:bottom w:w="80" w:type="dxa"/>
                    <w:end w:w="120" w:type="dxa"/>
                  </w:tcMar>
                </w:tcPr>
                <w:p>
                  <w:pPr>
                    <w:spacing w:after="0"/>
                  </w:pPr>
                  <w:r>
                    <w:rPr>
                      <w:rFonts w:ascii="Calibri" w:hAnsi="Calibri"/>
                      <w:b/>
                      <w:color w:val="4A4A4A"/>
                      <w:sz w:val="20"/>
                    </w:rPr>
                    <w:t>Email / Téléphone</w:t>
                  </w:r>
                </w:p>
              </w:tc>
              <w:tc>
                <w:tcPr>
                  <w:tcW w:type="dxa" w:w="2466"/>
                  <w:tcMar>
                    <w:top w:w="80" w:type="dxa"/>
                    <w:start w:w="120" w:type="dxa"/>
                    <w:bottom w:w="80" w:type="dxa"/>
                    <w:end w:w="120" w:type="dxa"/>
                  </w:tcMar>
                </w:tcPr>
                <w:p>
                  <w:pPr>
                    <w:spacing w:after="0"/>
                  </w:pPr>
                  <w:r>
                    <w:rPr>
                      <w:rFonts w:ascii="Calibri" w:hAnsi="Calibri"/>
                      <w:b w:val="0"/>
                      <w:color w:val="3A3A3A"/>
                      <w:sz w:val="20"/>
                    </w:rPr>
                    <w:t>[...]</w:t>
                  </w:r>
                </w:p>
              </w:tc>
            </w:tr>
            <w:tr>
              <w:tc>
                <w:tcPr>
                  <w:tcW w:type="dxa" w:w="2466"/>
                  <w:shd w:val="clear" w:color="auto" w:fill="F5F7FA"/>
                  <w:tcMar>
                    <w:top w:w="80" w:type="dxa"/>
                    <w:start w:w="120" w:type="dxa"/>
                    <w:bottom w:w="80" w:type="dxa"/>
                    <w:end w:w="120" w:type="dxa"/>
                  </w:tcMar>
                </w:tcPr>
                <w:p>
                  <w:pPr>
                    <w:spacing w:after="0"/>
                  </w:pPr>
                  <w:r>
                    <w:rPr>
                      <w:rFonts w:ascii="Calibri" w:hAnsi="Calibri"/>
                      <w:b/>
                      <w:color w:val="4A4A4A"/>
                      <w:sz w:val="20"/>
                    </w:rPr>
                    <w:t>Réseaux</w:t>
                  </w:r>
                </w:p>
              </w:tc>
              <w:tc>
                <w:tcPr>
                  <w:tcW w:type="dxa" w:w="2466"/>
                  <w:tcMar>
                    <w:top w:w="80" w:type="dxa"/>
                    <w:start w:w="120" w:type="dxa"/>
                    <w:bottom w:w="80" w:type="dxa"/>
                    <w:end w:w="120" w:type="dxa"/>
                  </w:tcMar>
                </w:tcPr>
                <w:p>
                  <w:pPr>
                    <w:spacing w:after="0"/>
                  </w:pPr>
                  <w:r>
                    <w:rPr>
                      <w:rFonts w:ascii="Calibri" w:hAnsi="Calibri"/>
                      <w:b w:val="0"/>
                      <w:color w:val="3A3A3A"/>
                      <w:sz w:val="20"/>
                    </w:rPr>
                    <w:t>[LinkedIn / X / Autre]</w:t>
                  </w:r>
                </w:p>
              </w:tc>
            </w:tr>
          </w:tbl>
          <w:p/>
          <w:p>
            <w:r/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</w:tblPr>
            <w:tblGrid>
              <w:gridCol w:w="6236"/>
            </w:tblGrid>
            <w:tr>
              <w:tc>
                <w:tcPr>
                  <w:tcW w:type="dxa" w:w="4933"/>
                  <w:shd w:val="clear" w:color="auto" w:fill="EAF2FB"/>
                  <w:tcMar>
                    <w:top w:w="140" w:type="dxa"/>
                    <w:start w:w="160" w:type="dxa"/>
                    <w:bottom w:w="140" w:type="dxa"/>
                    <w:end w:w="16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1F4E79"/>
                      <w:sz w:val="22"/>
                    </w:rPr>
                    <w:t>Résumé (3-5 lignes)</w:t>
                    <w:br/>
                  </w:r>
                  <w:r>
                    <w:rPr>
                      <w:rFonts w:ascii="Calibri" w:hAnsi="Calibri"/>
                      <w:b w:val="0"/>
                      <w:color w:val="2F2F2F"/>
                      <w:sz w:val="20"/>
                    </w:rPr>
                    <w:t>[Écrivez ici une présentation courte : profil, spécialités, positionnement, impact.]</w:t>
                  </w:r>
                </w:p>
              </w:tc>
            </w:tr>
          </w:tbl>
          <w:p/>
          <w:p>
            <w:r/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</w:tblPr>
            <w:tblGrid>
              <w:gridCol w:w="2041"/>
              <w:gridCol w:w="2041"/>
              <w:gridCol w:w="2041"/>
            </w:tblGrid>
            <w:tr>
              <w:tc>
                <w:tcPr>
                  <w:tcW w:type="dxa" w:w="1644"/>
                  <w:shd w:val="clear" w:color="auto" w:fill="F5F7FA"/>
                  <w:tcMar>
                    <w:top w:w="110" w:type="dxa"/>
                    <w:start w:w="120" w:type="dxa"/>
                    <w:bottom w:w="110" w:type="dxa"/>
                    <w:end w:w="12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1F4E79"/>
                      <w:sz w:val="20"/>
                    </w:rPr>
                    <w:t>Spécialités</w:t>
                    <w:br/>
                  </w:r>
                  <w:r>
                    <w:rPr>
                      <w:rFonts w:ascii="Calibri" w:hAnsi="Calibri"/>
                      <w:b w:val="0"/>
                      <w:color w:val="3A3A3A"/>
                      <w:sz w:val="19"/>
                    </w:rPr>
                    <w:t>[3-5 mots-clés]</w:t>
                  </w:r>
                </w:p>
              </w:tc>
              <w:tc>
                <w:tcPr>
                  <w:tcW w:type="dxa" w:w="1644"/>
                  <w:shd w:val="clear" w:color="auto" w:fill="F5F7FA"/>
                  <w:tcMar>
                    <w:top w:w="110" w:type="dxa"/>
                    <w:start w:w="120" w:type="dxa"/>
                    <w:bottom w:w="110" w:type="dxa"/>
                    <w:end w:w="12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1F4E79"/>
                      <w:sz w:val="20"/>
                    </w:rPr>
                    <w:t>Secteurs</w:t>
                    <w:br/>
                  </w:r>
                  <w:r>
                    <w:rPr>
                      <w:rFonts w:ascii="Calibri" w:hAnsi="Calibri"/>
                      <w:b w:val="0"/>
                      <w:color w:val="3A3A3A"/>
                      <w:sz w:val="19"/>
                    </w:rPr>
                    <w:t>[Industrie / ...]</w:t>
                  </w:r>
                </w:p>
              </w:tc>
              <w:tc>
                <w:tcPr>
                  <w:tcW w:type="dxa" w:w="1644"/>
                  <w:shd w:val="clear" w:color="auto" w:fill="F5F7FA"/>
                  <w:tcMar>
                    <w:top w:w="110" w:type="dxa"/>
                    <w:start w:w="120" w:type="dxa"/>
                    <w:bottom w:w="110" w:type="dxa"/>
                    <w:end w:w="12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1F4E79"/>
                      <w:sz w:val="20"/>
                    </w:rPr>
                    <w:t>Valeur ajoutée</w:t>
                    <w:br/>
                  </w:r>
                  <w:r>
                    <w:rPr>
                      <w:rFonts w:ascii="Calibri" w:hAnsi="Calibri"/>
                      <w:b w:val="0"/>
                      <w:color w:val="3A3A3A"/>
                      <w:sz w:val="19"/>
                    </w:rPr>
                    <w:t>[Ce qui vous distingue]</w:t>
                  </w:r>
                </w:p>
              </w:tc>
            </w:tr>
          </w:tbl>
          <w:p/>
        </w:tc>
      </w:tr>
    </w:tbl>
    <w:p>
      <w:r/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866"/>
            <w:shd w:val="clear" w:color="auto" w:fill="1F4E79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r>
              <w:rPr>
                <w:rFonts w:ascii="Calibri" w:hAnsi="Calibri"/>
                <w:b/>
                <w:color w:val="FFFFFF"/>
                <w:sz w:val="22"/>
              </w:rPr>
              <w:t>MINI-BIOGRAPHIE (120-180 mots)</w:t>
            </w:r>
          </w:p>
        </w:tc>
      </w:tr>
      <w:tr>
        <w:tc>
          <w:tcPr>
            <w:tcW w:type="dxa" w:w="9866"/>
            <w:shd w:val="clear" w:color="auto" w:fill="EAF2FB"/>
            <w:tcMar>
              <w:top w:w="140" w:type="dxa"/>
              <w:start w:w="160" w:type="dxa"/>
              <w:bottom w:w="140" w:type="dxa"/>
              <w:end w:w="160" w:type="dxa"/>
            </w:tcMar>
          </w:tcPr>
          <w:p>
            <w:r>
              <w:rPr>
                <w:rFonts w:ascii="Calibri" w:hAnsi="Calibri"/>
                <w:b w:val="0"/>
                <w:color w:val="2F2F2F"/>
                <w:sz w:val="21"/>
              </w:rPr>
              <w:t>[Rédigez ici un paragraphe narratif : origines, choix, fil rouge, réalisations, vision.]</w:t>
            </w:r>
          </w:p>
        </w:tc>
      </w:tr>
    </w:tbl>
    <w:p>
      <w:r>
        <w:br w:type="page"/>
      </w:r>
    </w:p>
    <w:p>
      <w:pPr>
        <w:spacing w:after="200"/>
      </w:pPr>
      <w:r>
        <w:drawing>
          <wp:inline xmlns:a="http://schemas.openxmlformats.org/drawingml/2006/main" xmlns:pic="http://schemas.openxmlformats.org/drawingml/2006/picture">
            <wp:extent cx="6120000" cy="408000"/>
            <wp:docPr id="7" name="Picture 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nner_parcours.pn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4080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pacing w:after="200"/>
      </w:pPr>
      <w:r>
        <w:rPr>
          <w:color w:val="5A5A5A"/>
          <w:sz w:val="20"/>
        </w:rPr>
        <w:t>Cette page met en valeur votre trajectoire et vos compétences en un coup d'œil.</w:t>
      </w:r>
    </w:p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4649"/>
        <w:gridCol w:w="4876"/>
      </w:tblGrid>
      <w:tr>
        <w:tc>
          <w:tcPr>
            <w:tcW w:type="dxa" w:w="493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pPr>
              <w:spacing w:after="120"/>
            </w:pPr>
            <w:r>
              <w:rPr>
                <w:rFonts w:ascii="Calibri" w:hAnsi="Calibri"/>
                <w:b/>
                <w:color w:val="1F4E79"/>
                <w:sz w:val="22"/>
              </w:rPr>
              <w:t>PARCOURS - FRÉLISE</w:t>
            </w: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</w:tblPr>
            <w:tblGrid>
              <w:gridCol w:w="907"/>
              <w:gridCol w:w="3572"/>
            </w:tblGrid>
            <w:tr>
              <w:tc>
                <w:tcPr>
                  <w:tcW w:type="dxa" w:w="2466"/>
                  <w:tcMar>
                    <w:top w:w="55" w:type="dxa"/>
                    <w:start w:w="20" w:type="dxa"/>
                    <w:bottom w:w="55" w:type="dxa"/>
                    <w:end w:w="40" w:type="dxa"/>
                  </w:tcMar>
                </w:tcPr>
                <w:p>
                  <w:pPr>
                    <w:jc w:val="center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432000" cy="432000"/>
                        <wp:docPr id="8" name="Picture 8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badgeF_0.png"/>
                                <pic:cNvPicPr/>
                              </pic:nvPicPr>
                              <pic:blipFill>
                                <a:blip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32000" cy="432000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2466"/>
                  <w:tcMar>
                    <w:top w:w="55" w:type="dxa"/>
                    <w:start w:w="20" w:type="dxa"/>
                    <w:bottom w:w="55" w:type="dxa"/>
                    <w:end w:w="20" w:type="dxa"/>
                  </w:tcMar>
                </w:tcPr>
                <w:p>
                  <w:pPr>
                    <w:spacing w:after="40"/>
                  </w:pPr>
                  <w:r>
                    <w:rPr>
                      <w:rFonts w:ascii="Calibri" w:hAnsi="Calibri"/>
                      <w:b/>
                      <w:color w:val="2B2B2B"/>
                      <w:sz w:val="21"/>
                    </w:rPr>
                    <w:t>[Organisation / Poste]</w:t>
                  </w:r>
                </w:p>
                <w:p>
                  <w:pPr>
                    <w:spacing w:after="80"/>
                  </w:pPr>
                  <w:r>
                    <w:rPr>
                      <w:color w:val="505050"/>
                      <w:sz w:val="19"/>
                    </w:rPr>
                    <w:t>[Rôle - actions clés - résultats mesurables (chiffres, délais, qualité).]</w:t>
                  </w:r>
                </w:p>
              </w:tc>
            </w:tr>
            <w:tr>
              <w:tc>
                <w:tcPr>
                  <w:tcW w:type="dxa" w:w="2466"/>
                  <w:tcMar>
                    <w:top w:w="55" w:type="dxa"/>
                    <w:start w:w="20" w:type="dxa"/>
                    <w:bottom w:w="55" w:type="dxa"/>
                    <w:end w:w="40" w:type="dxa"/>
                  </w:tcMar>
                </w:tcPr>
                <w:p>
                  <w:pPr>
                    <w:jc w:val="center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432000" cy="432000"/>
                        <wp:docPr id="9" name="Picture 9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badgeF_0.png"/>
                                <pic:cNvPicPr/>
                              </pic:nvPicPr>
                              <pic:blipFill>
                                <a:blip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32000" cy="432000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2466"/>
                  <w:tcMar>
                    <w:top w:w="55" w:type="dxa"/>
                    <w:start w:w="20" w:type="dxa"/>
                    <w:bottom w:w="55" w:type="dxa"/>
                    <w:end w:w="20" w:type="dxa"/>
                  </w:tcMar>
                </w:tcPr>
                <w:p>
                  <w:pPr>
                    <w:spacing w:after="40"/>
                  </w:pPr>
                  <w:r>
                    <w:rPr>
                      <w:rFonts w:ascii="Calibri" w:hAnsi="Calibri"/>
                      <w:b/>
                      <w:color w:val="2B2B2B"/>
                      <w:sz w:val="21"/>
                    </w:rPr>
                    <w:t>[Organisation / Poste]</w:t>
                  </w:r>
                </w:p>
                <w:p>
                  <w:pPr>
                    <w:spacing w:after="80"/>
                  </w:pPr>
                  <w:r>
                    <w:rPr>
                      <w:color w:val="505050"/>
                      <w:sz w:val="19"/>
                    </w:rPr>
                    <w:t>[Rôle - actions clés - résultats mesurables (chiffres, délais, qualité).]</w:t>
                  </w:r>
                </w:p>
              </w:tc>
            </w:tr>
            <w:tr>
              <w:tc>
                <w:tcPr>
                  <w:tcW w:type="dxa" w:w="2466"/>
                  <w:tcMar>
                    <w:top w:w="55" w:type="dxa"/>
                    <w:start w:w="20" w:type="dxa"/>
                    <w:bottom w:w="55" w:type="dxa"/>
                    <w:end w:w="40" w:type="dxa"/>
                  </w:tcMar>
                </w:tcPr>
                <w:p>
                  <w:pPr>
                    <w:jc w:val="center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432000" cy="432000"/>
                        <wp:docPr id="10" name="Picture 10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badgeF_0.png"/>
                                <pic:cNvPicPr/>
                              </pic:nvPicPr>
                              <pic:blipFill>
                                <a:blip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32000" cy="432000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2466"/>
                  <w:tcMar>
                    <w:top w:w="55" w:type="dxa"/>
                    <w:start w:w="20" w:type="dxa"/>
                    <w:bottom w:w="55" w:type="dxa"/>
                    <w:end w:w="20" w:type="dxa"/>
                  </w:tcMar>
                </w:tcPr>
                <w:p>
                  <w:pPr>
                    <w:spacing w:after="40"/>
                  </w:pPr>
                  <w:r>
                    <w:rPr>
                      <w:rFonts w:ascii="Calibri" w:hAnsi="Calibri"/>
                      <w:b/>
                      <w:color w:val="2B2B2B"/>
                      <w:sz w:val="21"/>
                    </w:rPr>
                    <w:t>[Organisation / Poste]</w:t>
                  </w:r>
                </w:p>
                <w:p>
                  <w:pPr>
                    <w:spacing w:after="80"/>
                  </w:pPr>
                  <w:r>
                    <w:rPr>
                      <w:color w:val="505050"/>
                      <w:sz w:val="19"/>
                    </w:rPr>
                    <w:t>[Rôle - actions clés - résultats mesurables (chiffres, délais, qualité).]</w:t>
                  </w:r>
                </w:p>
              </w:tc>
            </w:tr>
            <w:tr>
              <w:tc>
                <w:tcPr>
                  <w:tcW w:type="dxa" w:w="2466"/>
                  <w:tcMar>
                    <w:top w:w="55" w:type="dxa"/>
                    <w:start w:w="20" w:type="dxa"/>
                    <w:bottom w:w="55" w:type="dxa"/>
                    <w:end w:w="40" w:type="dxa"/>
                  </w:tcMar>
                </w:tcPr>
                <w:p>
                  <w:pPr>
                    <w:jc w:val="center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432000" cy="432000"/>
                        <wp:docPr id="11" name="Picture 11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badgeF_0.png"/>
                                <pic:cNvPicPr/>
                              </pic:nvPicPr>
                              <pic:blipFill>
                                <a:blip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32000" cy="432000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2466"/>
                  <w:tcMar>
                    <w:top w:w="55" w:type="dxa"/>
                    <w:start w:w="20" w:type="dxa"/>
                    <w:bottom w:w="55" w:type="dxa"/>
                    <w:end w:w="20" w:type="dxa"/>
                  </w:tcMar>
                </w:tcPr>
                <w:p>
                  <w:pPr>
                    <w:spacing w:after="40"/>
                  </w:pPr>
                  <w:r>
                    <w:rPr>
                      <w:rFonts w:ascii="Calibri" w:hAnsi="Calibri"/>
                      <w:b/>
                      <w:color w:val="2B2B2B"/>
                      <w:sz w:val="21"/>
                    </w:rPr>
                    <w:t>[Organisation / Poste]</w:t>
                  </w:r>
                </w:p>
                <w:p>
                  <w:pPr>
                    <w:spacing w:after="80"/>
                  </w:pPr>
                  <w:r>
                    <w:rPr>
                      <w:color w:val="505050"/>
                      <w:sz w:val="19"/>
                    </w:rPr>
                    <w:t>[Rôle - actions clés - résultats mesurables (chiffres, délais, qualité).]</w:t>
                  </w:r>
                </w:p>
              </w:tc>
            </w:tr>
            <w:tr>
              <w:tc>
                <w:tcPr>
                  <w:tcW w:type="dxa" w:w="2466"/>
                  <w:tcMar>
                    <w:top w:w="55" w:type="dxa"/>
                    <w:start w:w="20" w:type="dxa"/>
                    <w:bottom w:w="55" w:type="dxa"/>
                    <w:end w:w="40" w:type="dxa"/>
                  </w:tcMar>
                </w:tcPr>
                <w:p>
                  <w:pPr>
                    <w:jc w:val="center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432000" cy="432000"/>
                        <wp:docPr id="12" name="Picture 12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badgeF_0.png"/>
                                <pic:cNvPicPr/>
                              </pic:nvPicPr>
                              <pic:blipFill>
                                <a:blip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32000" cy="432000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2466"/>
                  <w:tcMar>
                    <w:top w:w="55" w:type="dxa"/>
                    <w:start w:w="20" w:type="dxa"/>
                    <w:bottom w:w="55" w:type="dxa"/>
                    <w:end w:w="20" w:type="dxa"/>
                  </w:tcMar>
                </w:tcPr>
                <w:p>
                  <w:pPr>
                    <w:spacing w:after="40"/>
                  </w:pPr>
                  <w:r>
                    <w:rPr>
                      <w:rFonts w:ascii="Calibri" w:hAnsi="Calibri"/>
                      <w:b/>
                      <w:color w:val="2B2B2B"/>
                      <w:sz w:val="21"/>
                    </w:rPr>
                    <w:t>[Organisation / Poste]</w:t>
                  </w:r>
                </w:p>
                <w:p>
                  <w:pPr>
                    <w:spacing w:after="80"/>
                  </w:pPr>
                  <w:r>
                    <w:rPr>
                      <w:color w:val="505050"/>
                      <w:sz w:val="19"/>
                    </w:rPr>
                    <w:t>[Rôle - actions clés - résultats mesurables (chiffres, délais, qualité).]</w:t>
                  </w:r>
                </w:p>
              </w:tc>
            </w:tr>
          </w:tbl>
          <w:p/>
        </w:tc>
        <w:tc>
          <w:tcPr>
            <w:tcW w:type="dxa" w:w="493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pPr>
              <w:spacing w:after="120"/>
            </w:pPr>
            <w:r>
              <w:rPr>
                <w:rFonts w:ascii="Calibri" w:hAnsi="Calibri"/>
                <w:b/>
                <w:color w:val="1F4E79"/>
                <w:sz w:val="22"/>
              </w:rPr>
              <w:t>COMPÉTENCES - NIVEAUX</w:t>
            </w: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</w:tblPr>
            <w:tblGrid>
              <w:gridCol w:w="2324"/>
              <w:gridCol w:w="2438"/>
            </w:tblGrid>
            <w:tr>
              <w:tc>
                <w:tcPr>
                  <w:tcW w:type="dxa" w:w="2466"/>
                  <w:tcMar>
                    <w:top w:w="60" w:type="dxa"/>
                    <w:start w:w="40" w:type="dxa"/>
                    <w:bottom w:w="60" w:type="dxa"/>
                    <w:end w:w="4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2B2B2B"/>
                      <w:sz w:val="20"/>
                    </w:rPr>
                    <w:t>Gestion de projet</w:t>
                  </w:r>
                </w:p>
              </w:tc>
              <w:tc>
                <w:tcPr>
                  <w:tcW w:type="dxa" w:w="2466"/>
                  <w:tcMar>
                    <w:top w:w="60" w:type="dxa"/>
                    <w:start w:w="40" w:type="dxa"/>
                    <w:bottom w:w="60" w:type="dxa"/>
                    <w:end w:w="40" w:type="dxa"/>
                  </w:tcMar>
                </w:tcPr>
                <w:p>
                  <w:r>
                    <w:drawing>
                      <wp:inline xmlns:a="http://schemas.openxmlformats.org/drawingml/2006/main" xmlns:pic="http://schemas.openxmlformats.org/drawingml/2006/picture">
                        <wp:extent cx="1475999" cy="135444"/>
                        <wp:docPr id="13" name="Picture 13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barF_0.png"/>
                                <pic:cNvPicPr/>
                              </pic:nvPicPr>
                              <pic:blipFill>
                                <a:blip r:embed="rId1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5999" cy="135444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>
              <w:tc>
                <w:tcPr>
                  <w:tcW w:type="dxa" w:w="2466"/>
                  <w:tcMar>
                    <w:top w:w="60" w:type="dxa"/>
                    <w:start w:w="40" w:type="dxa"/>
                    <w:bottom w:w="60" w:type="dxa"/>
                    <w:end w:w="4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2B2B2B"/>
                      <w:sz w:val="20"/>
                    </w:rPr>
                    <w:t>Leadership</w:t>
                  </w:r>
                </w:p>
              </w:tc>
              <w:tc>
                <w:tcPr>
                  <w:tcW w:type="dxa" w:w="2466"/>
                  <w:tcMar>
                    <w:top w:w="60" w:type="dxa"/>
                    <w:start w:w="40" w:type="dxa"/>
                    <w:bottom w:w="60" w:type="dxa"/>
                    <w:end w:w="40" w:type="dxa"/>
                  </w:tcMar>
                </w:tcPr>
                <w:p>
                  <w:r>
                    <w:drawing>
                      <wp:inline xmlns:a="http://schemas.openxmlformats.org/drawingml/2006/main" xmlns:pic="http://schemas.openxmlformats.org/drawingml/2006/picture">
                        <wp:extent cx="1475999" cy="135444"/>
                        <wp:docPr id="14" name="Picture 14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barF_1.png"/>
                                <pic:cNvPicPr/>
                              </pic:nvPicPr>
                              <pic:blipFill>
                                <a:blip r:embed="rId1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5999" cy="135444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>
              <w:tc>
                <w:tcPr>
                  <w:tcW w:type="dxa" w:w="2466"/>
                  <w:tcMar>
                    <w:top w:w="60" w:type="dxa"/>
                    <w:start w:w="40" w:type="dxa"/>
                    <w:bottom w:w="60" w:type="dxa"/>
                    <w:end w:w="4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2B2B2B"/>
                      <w:sz w:val="20"/>
                    </w:rPr>
                    <w:t>Outils &amp; méthodes</w:t>
                  </w:r>
                </w:p>
              </w:tc>
              <w:tc>
                <w:tcPr>
                  <w:tcW w:type="dxa" w:w="2466"/>
                  <w:tcMar>
                    <w:top w:w="60" w:type="dxa"/>
                    <w:start w:w="40" w:type="dxa"/>
                    <w:bottom w:w="60" w:type="dxa"/>
                    <w:end w:w="40" w:type="dxa"/>
                  </w:tcMar>
                </w:tcPr>
                <w:p>
                  <w:r>
                    <w:drawing>
                      <wp:inline xmlns:a="http://schemas.openxmlformats.org/drawingml/2006/main" xmlns:pic="http://schemas.openxmlformats.org/drawingml/2006/picture">
                        <wp:extent cx="1475999" cy="135444"/>
                        <wp:docPr id="15" name="Picture 15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barF_2.png"/>
                                <pic:cNvPicPr/>
                              </pic:nvPicPr>
                              <pic:blipFill>
                                <a:blip r:embed="rId2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5999" cy="135444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>
              <w:tc>
                <w:tcPr>
                  <w:tcW w:type="dxa" w:w="2466"/>
                  <w:tcMar>
                    <w:top w:w="60" w:type="dxa"/>
                    <w:start w:w="40" w:type="dxa"/>
                    <w:bottom w:w="60" w:type="dxa"/>
                    <w:end w:w="4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2B2B2B"/>
                      <w:sz w:val="20"/>
                    </w:rPr>
                    <w:t>Communication</w:t>
                  </w:r>
                </w:p>
              </w:tc>
              <w:tc>
                <w:tcPr>
                  <w:tcW w:type="dxa" w:w="2466"/>
                  <w:tcMar>
                    <w:top w:w="60" w:type="dxa"/>
                    <w:start w:w="40" w:type="dxa"/>
                    <w:bottom w:w="60" w:type="dxa"/>
                    <w:end w:w="40" w:type="dxa"/>
                  </w:tcMar>
                </w:tcPr>
                <w:p>
                  <w:r>
                    <w:drawing>
                      <wp:inline xmlns:a="http://schemas.openxmlformats.org/drawingml/2006/main" xmlns:pic="http://schemas.openxmlformats.org/drawingml/2006/picture">
                        <wp:extent cx="1475999" cy="135444"/>
                        <wp:docPr id="16" name="Picture 16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barF_3.png"/>
                                <pic:cNvPicPr/>
                              </pic:nvPicPr>
                              <pic:blipFill>
                                <a:blip r:embed="rId2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5999" cy="135444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>
              <w:tc>
                <w:tcPr>
                  <w:tcW w:type="dxa" w:w="2466"/>
                  <w:tcMar>
                    <w:top w:w="60" w:type="dxa"/>
                    <w:start w:w="40" w:type="dxa"/>
                    <w:bottom w:w="60" w:type="dxa"/>
                    <w:end w:w="4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2B2B2B"/>
                      <w:sz w:val="20"/>
                    </w:rPr>
                    <w:t>Analyse / data</w:t>
                  </w:r>
                </w:p>
              </w:tc>
              <w:tc>
                <w:tcPr>
                  <w:tcW w:type="dxa" w:w="2466"/>
                  <w:tcMar>
                    <w:top w:w="60" w:type="dxa"/>
                    <w:start w:w="40" w:type="dxa"/>
                    <w:bottom w:w="60" w:type="dxa"/>
                    <w:end w:w="40" w:type="dxa"/>
                  </w:tcMar>
                </w:tcPr>
                <w:p>
                  <w:r>
                    <w:drawing>
                      <wp:inline xmlns:a="http://schemas.openxmlformats.org/drawingml/2006/main" xmlns:pic="http://schemas.openxmlformats.org/drawingml/2006/picture">
                        <wp:extent cx="1475999" cy="135444"/>
                        <wp:docPr id="17" name="Picture 17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barF_4.png"/>
                                <pic:cNvPicPr/>
                              </pic:nvPicPr>
                              <pic:blipFill>
                                <a:blip r:embed="rId2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5999" cy="135444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>
              <w:tc>
                <w:tcPr>
                  <w:tcW w:type="dxa" w:w="2466"/>
                  <w:tcMar>
                    <w:top w:w="60" w:type="dxa"/>
                    <w:start w:w="40" w:type="dxa"/>
                    <w:bottom w:w="60" w:type="dxa"/>
                    <w:end w:w="4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2B2B2B"/>
                      <w:sz w:val="20"/>
                    </w:rPr>
                    <w:t>Langues</w:t>
                  </w:r>
                </w:p>
              </w:tc>
              <w:tc>
                <w:tcPr>
                  <w:tcW w:type="dxa" w:w="2466"/>
                  <w:tcMar>
                    <w:top w:w="60" w:type="dxa"/>
                    <w:start w:w="40" w:type="dxa"/>
                    <w:bottom w:w="60" w:type="dxa"/>
                    <w:end w:w="40" w:type="dxa"/>
                  </w:tcMar>
                </w:tcPr>
                <w:p>
                  <w:r>
                    <w:drawing>
                      <wp:inline xmlns:a="http://schemas.openxmlformats.org/drawingml/2006/main" xmlns:pic="http://schemas.openxmlformats.org/drawingml/2006/picture">
                        <wp:extent cx="1475999" cy="135444"/>
                        <wp:docPr id="18" name="Picture 18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barF_5.png"/>
                                <pic:cNvPicPr/>
                              </pic:nvPicPr>
                              <pic:blipFill>
                                <a:blip r:embed="rId2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5999" cy="135444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>
              <w:tc>
                <w:tcPr>
                  <w:tcW w:type="dxa" w:w="2466"/>
                  <w:tcMar>
                    <w:top w:w="60" w:type="dxa"/>
                    <w:start w:w="40" w:type="dxa"/>
                    <w:bottom w:w="60" w:type="dxa"/>
                    <w:end w:w="4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2B2B2B"/>
                      <w:sz w:val="20"/>
                    </w:rPr>
                    <w:t>Négociation</w:t>
                  </w:r>
                </w:p>
              </w:tc>
              <w:tc>
                <w:tcPr>
                  <w:tcW w:type="dxa" w:w="2466"/>
                  <w:tcMar>
                    <w:top w:w="60" w:type="dxa"/>
                    <w:start w:w="40" w:type="dxa"/>
                    <w:bottom w:w="60" w:type="dxa"/>
                    <w:end w:w="40" w:type="dxa"/>
                  </w:tcMar>
                </w:tcPr>
                <w:p>
                  <w:r>
                    <w:drawing>
                      <wp:inline xmlns:a="http://schemas.openxmlformats.org/drawingml/2006/main" xmlns:pic="http://schemas.openxmlformats.org/drawingml/2006/picture">
                        <wp:extent cx="1475999" cy="135444"/>
                        <wp:docPr id="19" name="Picture 19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barF_6.png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5999" cy="135444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/>
        </w:tc>
      </w:tr>
    </w:tbl>
    <w:p>
      <w:r/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866"/>
            <w:shd w:val="clear" w:color="auto" w:fill="F5F7FA"/>
            <w:tcMar>
              <w:top w:w="110" w:type="dxa"/>
              <w:start w:w="160" w:type="dxa"/>
              <w:bottom w:w="110" w:type="dxa"/>
              <w:end w:w="160" w:type="dxa"/>
            </w:tcMar>
          </w:tcPr>
          <w:p>
            <w:r>
              <w:rPr>
                <w:rFonts w:ascii="Calibri" w:hAnsi="Calibri"/>
                <w:b/>
                <w:color w:val="1F4E79"/>
                <w:sz w:val="22"/>
              </w:rPr>
              <w:t>DOMAINES D'EXPERTISE (mots-clés)</w:t>
            </w:r>
          </w:p>
          <w:p>
            <w:r>
              <w:rPr>
                <w:color w:val="464646"/>
                <w:sz w:val="20"/>
              </w:rPr>
              <w:t>[Ex : transformation, maintenance, finance, marketing, pédagogie, conformité, etc.]</w:t>
            </w:r>
          </w:p>
        </w:tc>
      </w:tr>
    </w:tbl>
    <w:p>
      <w:r/>
    </w:p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4706"/>
        <w:gridCol w:w="4706"/>
      </w:tblGrid>
      <w:tr>
        <w:tc>
          <w:tcPr>
            <w:tcW w:type="dxa" w:w="4933"/>
            <w:tcMar>
              <w:top w:w="40" w:type="dxa"/>
              <w:start w:w="40" w:type="dxa"/>
              <w:bottom w:w="40" w:type="dxa"/>
              <w:end w:w="40" w:type="dxa"/>
            </w:tcMar>
            <w:shd w:val="clear" w:color="auto" w:fill="F5F7FA"/>
          </w:tcPr>
          <w:p>
            <w:pPr>
              <w:spacing w:after="80"/>
            </w:pPr>
            <w:r>
              <w:rPr>
                <w:rFonts w:ascii="Calibri" w:hAnsi="Calibri"/>
                <w:b/>
                <w:color w:val="1F4E79"/>
                <w:sz w:val="22"/>
              </w:rPr>
              <w:t>CERTIFICATIONS</w:t>
            </w:r>
          </w:p>
          <w:p>
            <w:r>
              <w:rPr>
                <w:color w:val="3C3C3C"/>
                <w:sz w:val="20"/>
              </w:rPr>
              <w:t>• [Certification 1]</w:t>
              <w:br/>
              <w:t>• [Certification 2]</w:t>
              <w:br/>
              <w:t>• [Habilitation]</w:t>
            </w:r>
          </w:p>
        </w:tc>
        <w:tc>
          <w:tcPr>
            <w:tcW w:type="dxa" w:w="4933"/>
            <w:tcMar>
              <w:top w:w="40" w:type="dxa"/>
              <w:start w:w="40" w:type="dxa"/>
              <w:bottom w:w="40" w:type="dxa"/>
              <w:end w:w="40" w:type="dxa"/>
            </w:tcMar>
            <w:shd w:val="clear" w:color="auto" w:fill="F5F7FA"/>
          </w:tcPr>
          <w:p>
            <w:pPr>
              <w:spacing w:after="80"/>
            </w:pPr>
            <w:r>
              <w:rPr>
                <w:rFonts w:ascii="Calibri" w:hAnsi="Calibri"/>
                <w:b/>
                <w:color w:val="1F4E79"/>
                <w:sz w:val="22"/>
              </w:rPr>
              <w:t>OUTILS / STACK</w:t>
            </w:r>
          </w:p>
          <w:p>
            <w:r>
              <w:rPr>
                <w:color w:val="3C3C3C"/>
                <w:sz w:val="20"/>
              </w:rPr>
              <w:t>• [Outil 1]</w:t>
              <w:br/>
              <w:t>• [Outil 2]</w:t>
              <w:br/>
              <w:t>• [Outil 3]</w:t>
            </w:r>
          </w:p>
        </w:tc>
      </w:tr>
      <w:tr>
        <w:tc>
          <w:tcPr>
            <w:tcW w:type="dxa" w:w="4933"/>
            <w:tcMar>
              <w:top w:w="40" w:type="dxa"/>
              <w:start w:w="40" w:type="dxa"/>
              <w:bottom w:w="40" w:type="dxa"/>
              <w:end w:w="40" w:type="dxa"/>
            </w:tcMar>
            <w:shd w:val="clear" w:color="auto" w:fill="F5F7FA"/>
          </w:tcPr>
          <w:p>
            <w:pPr>
              <w:spacing w:after="80"/>
            </w:pPr>
            <w:r>
              <w:rPr>
                <w:rFonts w:ascii="Calibri" w:hAnsi="Calibri"/>
                <w:b/>
                <w:color w:val="1F4E79"/>
                <w:sz w:val="22"/>
              </w:rPr>
              <w:t>CENTRES D'INTÉRÊT</w:t>
            </w:r>
          </w:p>
          <w:p>
            <w:r>
              <w:rPr>
                <w:color w:val="3C3C3C"/>
                <w:sz w:val="20"/>
              </w:rPr>
              <w:t>• [Thème 1]</w:t>
              <w:br/>
              <w:t>• [Thème 2]</w:t>
              <w:br/>
              <w:t>• [Engagement]</w:t>
            </w:r>
          </w:p>
        </w:tc>
        <w:tc>
          <w:tcPr>
            <w:tcW w:type="dxa" w:w="4933"/>
            <w:tcMar>
              <w:top w:w="40" w:type="dxa"/>
              <w:start w:w="40" w:type="dxa"/>
              <w:bottom w:w="40" w:type="dxa"/>
              <w:end w:w="40" w:type="dxa"/>
            </w:tcMar>
            <w:shd w:val="clear" w:color="auto" w:fill="F5F7FA"/>
          </w:tcPr>
          <w:p>
            <w:pPr>
              <w:spacing w:after="80"/>
            </w:pPr>
            <w:r>
              <w:rPr>
                <w:rFonts w:ascii="Calibri" w:hAnsi="Calibri"/>
                <w:b/>
                <w:color w:val="1F4E79"/>
                <w:sz w:val="22"/>
              </w:rPr>
              <w:t>DISPONIBILITÉ</w:t>
            </w:r>
          </w:p>
          <w:p>
            <w:r>
              <w:rPr>
                <w:color w:val="3C3C3C"/>
                <w:sz w:val="20"/>
              </w:rPr>
              <w:t>• [Mobilité]</w:t>
              <w:br/>
              <w:t>• [Type de missions]</w:t>
              <w:br/>
              <w:t>• [Secteurs]</w:t>
            </w:r>
          </w:p>
        </w:tc>
      </w:tr>
    </w:tbl>
    <w:p>
      <w:r>
        <w:br w:type="page"/>
      </w:r>
    </w:p>
    <w:p>
      <w:pPr>
        <w:spacing w:after="200"/>
      </w:pPr>
      <w:r>
        <w:drawing>
          <wp:inline xmlns:a="http://schemas.openxmlformats.org/drawingml/2006/main" xmlns:pic="http://schemas.openxmlformats.org/drawingml/2006/picture">
            <wp:extent cx="6120000" cy="408000"/>
            <wp:docPr id="20" name="Picture 2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nner_real.png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4080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pacing w:after="200"/>
      </w:pPr>
      <w:r>
        <w:rPr>
          <w:color w:val="5A5A5A"/>
          <w:sz w:val="20"/>
        </w:rPr>
        <w:t>Décrivez vos réalisations en format court : contexte, action, résultat (idéalement chiffré).</w:t>
      </w:r>
    </w:p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4706"/>
        <w:gridCol w:w="4706"/>
      </w:tblGrid>
      <w:tr>
        <w:tc>
          <w:tcPr>
            <w:tcW w:type="dxa" w:w="4933"/>
            <w:tcMar>
              <w:top w:w="10" w:type="dxa"/>
              <w:start w:w="10" w:type="dxa"/>
              <w:bottom w:w="10" w:type="dxa"/>
              <w:end w:w="10" w:type="dxa"/>
            </w:tcMar>
          </w:tcPr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</w:tblPr>
            <w:tblGrid>
              <w:gridCol w:w="4422"/>
            </w:tblGrid>
            <w:tr>
              <w:tc>
                <w:tcPr>
                  <w:tcW w:type="dxa" w:w="4933"/>
                  <w:shd w:val="clear" w:color="auto" w:fill="1F4E79"/>
                  <w:tcMar>
                    <w:top w:w="70" w:type="dxa"/>
                    <w:start w:w="120" w:type="dxa"/>
                    <w:bottom w:w="70" w:type="dxa"/>
                    <w:end w:w="12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FFFFFF"/>
                      <w:sz w:val="22"/>
                    </w:rPr>
                    <w:t>R1 - [Titre]</w:t>
                  </w:r>
                </w:p>
              </w:tc>
            </w:tr>
            <w:tr>
              <w:tc>
                <w:tcPr>
                  <w:tcW w:type="dxa" w:w="4933"/>
                  <w:tcMar>
                    <w:top w:w="100" w:type="dxa"/>
                    <w:start w:w="120" w:type="dxa"/>
                    <w:bottom w:w="100" w:type="dxa"/>
                    <w:end w:w="120" w:type="dxa"/>
                  </w:tcMar>
                </w:tcPr>
                <w:p/>
                <w:p>
                  <w:pPr>
                    <w:spacing w:after="20"/>
                  </w:pPr>
                  <w:r>
                    <w:rPr>
                      <w:rFonts w:ascii="Calibri" w:hAnsi="Calibri"/>
                      <w:b/>
                      <w:color w:val="1F4E79"/>
                      <w:sz w:val="19"/>
                    </w:rPr>
                    <w:t xml:space="preserve">Contexte  </w:t>
                  </w:r>
                  <w:r>
                    <w:rPr>
                      <w:rFonts w:ascii="Calibri" w:hAnsi="Calibri"/>
                      <w:b w:val="0"/>
                      <w:color w:val="3A3A3A"/>
                      <w:sz w:val="19"/>
                    </w:rPr>
                    <w:t>[Enjeux, contraintes, point de départ]</w:t>
                  </w:r>
                </w:p>
                <w:p>
                  <w:pPr>
                    <w:spacing w:after="20"/>
                  </w:pPr>
                  <w:r>
                    <w:rPr>
                      <w:rFonts w:ascii="Calibri" w:hAnsi="Calibri"/>
                      <w:b/>
                      <w:color w:val="1F4E79"/>
                      <w:sz w:val="19"/>
                    </w:rPr>
                    <w:t xml:space="preserve">Actions  </w:t>
                  </w:r>
                  <w:r>
                    <w:rPr>
                      <w:rFonts w:ascii="Calibri" w:hAnsi="Calibri"/>
                      <w:b w:val="0"/>
                      <w:color w:val="3A3A3A"/>
                      <w:sz w:val="19"/>
                    </w:rPr>
                    <w:t>[Ce que vous avez fait, méthode]</w:t>
                  </w:r>
                </w:p>
                <w:p>
                  <w:pPr>
                    <w:spacing w:after="20"/>
                  </w:pPr>
                  <w:r>
                    <w:rPr>
                      <w:rFonts w:ascii="Calibri" w:hAnsi="Calibri"/>
                      <w:b/>
                      <w:color w:val="1F4E79"/>
                      <w:sz w:val="19"/>
                    </w:rPr>
                    <w:t xml:space="preserve">Résultats  </w:t>
                  </w:r>
                  <w:r>
                    <w:rPr>
                      <w:rFonts w:ascii="Calibri" w:hAnsi="Calibri"/>
                      <w:b w:val="0"/>
                      <w:color w:val="3A3A3A"/>
                      <w:sz w:val="19"/>
                    </w:rPr>
                    <w:t>[Indicateurs, gains, délais, qualité, ROI]</w:t>
                  </w:r>
                </w:p>
              </w:tc>
            </w:tr>
          </w:tbl>
          <w:p/>
        </w:tc>
        <w:tc>
          <w:tcPr>
            <w:tcW w:type="dxa" w:w="4933"/>
            <w:tcMar>
              <w:top w:w="10" w:type="dxa"/>
              <w:start w:w="10" w:type="dxa"/>
              <w:bottom w:w="10" w:type="dxa"/>
              <w:end w:w="10" w:type="dxa"/>
            </w:tcMar>
          </w:tcPr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</w:tblPr>
            <w:tblGrid>
              <w:gridCol w:w="4422"/>
            </w:tblGrid>
            <w:tr>
              <w:tc>
                <w:tcPr>
                  <w:tcW w:type="dxa" w:w="4933"/>
                  <w:shd w:val="clear" w:color="auto" w:fill="1F4E79"/>
                  <w:tcMar>
                    <w:top w:w="70" w:type="dxa"/>
                    <w:start w:w="120" w:type="dxa"/>
                    <w:bottom w:w="70" w:type="dxa"/>
                    <w:end w:w="12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FFFFFF"/>
                      <w:sz w:val="22"/>
                    </w:rPr>
                    <w:t>R2 - [Titre]</w:t>
                  </w:r>
                </w:p>
              </w:tc>
            </w:tr>
            <w:tr>
              <w:tc>
                <w:tcPr>
                  <w:tcW w:type="dxa" w:w="4933"/>
                  <w:tcMar>
                    <w:top w:w="100" w:type="dxa"/>
                    <w:start w:w="120" w:type="dxa"/>
                    <w:bottom w:w="100" w:type="dxa"/>
                    <w:end w:w="120" w:type="dxa"/>
                  </w:tcMar>
                </w:tcPr>
                <w:p/>
                <w:p>
                  <w:pPr>
                    <w:spacing w:after="20"/>
                  </w:pPr>
                  <w:r>
                    <w:rPr>
                      <w:rFonts w:ascii="Calibri" w:hAnsi="Calibri"/>
                      <w:b/>
                      <w:color w:val="1F4E79"/>
                      <w:sz w:val="19"/>
                    </w:rPr>
                    <w:t xml:space="preserve">Contexte  </w:t>
                  </w:r>
                  <w:r>
                    <w:rPr>
                      <w:rFonts w:ascii="Calibri" w:hAnsi="Calibri"/>
                      <w:b w:val="0"/>
                      <w:color w:val="3A3A3A"/>
                      <w:sz w:val="19"/>
                    </w:rPr>
                    <w:t>[Enjeux, contraintes, point de départ]</w:t>
                  </w:r>
                </w:p>
                <w:p>
                  <w:pPr>
                    <w:spacing w:after="20"/>
                  </w:pPr>
                  <w:r>
                    <w:rPr>
                      <w:rFonts w:ascii="Calibri" w:hAnsi="Calibri"/>
                      <w:b/>
                      <w:color w:val="1F4E79"/>
                      <w:sz w:val="19"/>
                    </w:rPr>
                    <w:t xml:space="preserve">Actions  </w:t>
                  </w:r>
                  <w:r>
                    <w:rPr>
                      <w:rFonts w:ascii="Calibri" w:hAnsi="Calibri"/>
                      <w:b w:val="0"/>
                      <w:color w:val="3A3A3A"/>
                      <w:sz w:val="19"/>
                    </w:rPr>
                    <w:t>[Ce que vous avez fait, méthode]</w:t>
                  </w:r>
                </w:p>
                <w:p>
                  <w:pPr>
                    <w:spacing w:after="20"/>
                  </w:pPr>
                  <w:r>
                    <w:rPr>
                      <w:rFonts w:ascii="Calibri" w:hAnsi="Calibri"/>
                      <w:b/>
                      <w:color w:val="1F4E79"/>
                      <w:sz w:val="19"/>
                    </w:rPr>
                    <w:t xml:space="preserve">Résultats  </w:t>
                  </w:r>
                  <w:r>
                    <w:rPr>
                      <w:rFonts w:ascii="Calibri" w:hAnsi="Calibri"/>
                      <w:b w:val="0"/>
                      <w:color w:val="3A3A3A"/>
                      <w:sz w:val="19"/>
                    </w:rPr>
                    <w:t>[Indicateurs, gains, délais, qualité, ROI]</w:t>
                  </w:r>
                </w:p>
              </w:tc>
            </w:tr>
          </w:tbl>
          <w:p/>
        </w:tc>
      </w:tr>
      <w:tr>
        <w:tc>
          <w:tcPr>
            <w:tcW w:type="dxa" w:w="4933"/>
            <w:tcMar>
              <w:top w:w="10" w:type="dxa"/>
              <w:start w:w="10" w:type="dxa"/>
              <w:bottom w:w="10" w:type="dxa"/>
              <w:end w:w="10" w:type="dxa"/>
            </w:tcMar>
          </w:tcPr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</w:tblPr>
            <w:tblGrid>
              <w:gridCol w:w="4422"/>
            </w:tblGrid>
            <w:tr>
              <w:tc>
                <w:tcPr>
                  <w:tcW w:type="dxa" w:w="4933"/>
                  <w:shd w:val="clear" w:color="auto" w:fill="1F4E79"/>
                  <w:tcMar>
                    <w:top w:w="70" w:type="dxa"/>
                    <w:start w:w="120" w:type="dxa"/>
                    <w:bottom w:w="70" w:type="dxa"/>
                    <w:end w:w="12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FFFFFF"/>
                      <w:sz w:val="22"/>
                    </w:rPr>
                    <w:t>R3 - [Titre]</w:t>
                  </w:r>
                </w:p>
              </w:tc>
            </w:tr>
            <w:tr>
              <w:tc>
                <w:tcPr>
                  <w:tcW w:type="dxa" w:w="4933"/>
                  <w:tcMar>
                    <w:top w:w="100" w:type="dxa"/>
                    <w:start w:w="120" w:type="dxa"/>
                    <w:bottom w:w="100" w:type="dxa"/>
                    <w:end w:w="120" w:type="dxa"/>
                  </w:tcMar>
                </w:tcPr>
                <w:p/>
                <w:p>
                  <w:pPr>
                    <w:spacing w:after="20"/>
                  </w:pPr>
                  <w:r>
                    <w:rPr>
                      <w:rFonts w:ascii="Calibri" w:hAnsi="Calibri"/>
                      <w:b/>
                      <w:color w:val="1F4E79"/>
                      <w:sz w:val="19"/>
                    </w:rPr>
                    <w:t xml:space="preserve">Contexte  </w:t>
                  </w:r>
                  <w:r>
                    <w:rPr>
                      <w:rFonts w:ascii="Calibri" w:hAnsi="Calibri"/>
                      <w:b w:val="0"/>
                      <w:color w:val="3A3A3A"/>
                      <w:sz w:val="19"/>
                    </w:rPr>
                    <w:t>[Enjeux, contraintes, point de départ]</w:t>
                  </w:r>
                </w:p>
                <w:p>
                  <w:pPr>
                    <w:spacing w:after="20"/>
                  </w:pPr>
                  <w:r>
                    <w:rPr>
                      <w:rFonts w:ascii="Calibri" w:hAnsi="Calibri"/>
                      <w:b/>
                      <w:color w:val="1F4E79"/>
                      <w:sz w:val="19"/>
                    </w:rPr>
                    <w:t xml:space="preserve">Actions  </w:t>
                  </w:r>
                  <w:r>
                    <w:rPr>
                      <w:rFonts w:ascii="Calibri" w:hAnsi="Calibri"/>
                      <w:b w:val="0"/>
                      <w:color w:val="3A3A3A"/>
                      <w:sz w:val="19"/>
                    </w:rPr>
                    <w:t>[Ce que vous avez fait, méthode]</w:t>
                  </w:r>
                </w:p>
                <w:p>
                  <w:pPr>
                    <w:spacing w:after="20"/>
                  </w:pPr>
                  <w:r>
                    <w:rPr>
                      <w:rFonts w:ascii="Calibri" w:hAnsi="Calibri"/>
                      <w:b/>
                      <w:color w:val="1F4E79"/>
                      <w:sz w:val="19"/>
                    </w:rPr>
                    <w:t xml:space="preserve">Résultats  </w:t>
                  </w:r>
                  <w:r>
                    <w:rPr>
                      <w:rFonts w:ascii="Calibri" w:hAnsi="Calibri"/>
                      <w:b w:val="0"/>
                      <w:color w:val="3A3A3A"/>
                      <w:sz w:val="19"/>
                    </w:rPr>
                    <w:t>[Indicateurs, gains, délais, qualité, ROI]</w:t>
                  </w:r>
                </w:p>
              </w:tc>
            </w:tr>
          </w:tbl>
          <w:p/>
        </w:tc>
        <w:tc>
          <w:tcPr>
            <w:tcW w:type="dxa" w:w="4933"/>
            <w:tcMar>
              <w:top w:w="10" w:type="dxa"/>
              <w:start w:w="10" w:type="dxa"/>
              <w:bottom w:w="10" w:type="dxa"/>
              <w:end w:w="10" w:type="dxa"/>
            </w:tcMar>
          </w:tcPr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</w:tblPr>
            <w:tblGrid>
              <w:gridCol w:w="4422"/>
            </w:tblGrid>
            <w:tr>
              <w:tc>
                <w:tcPr>
                  <w:tcW w:type="dxa" w:w="4933"/>
                  <w:shd w:val="clear" w:color="auto" w:fill="1F4E79"/>
                  <w:tcMar>
                    <w:top w:w="70" w:type="dxa"/>
                    <w:start w:w="120" w:type="dxa"/>
                    <w:bottom w:w="70" w:type="dxa"/>
                    <w:end w:w="12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FFFFFF"/>
                      <w:sz w:val="22"/>
                    </w:rPr>
                    <w:t>R4 - [Titre]</w:t>
                  </w:r>
                </w:p>
              </w:tc>
            </w:tr>
            <w:tr>
              <w:tc>
                <w:tcPr>
                  <w:tcW w:type="dxa" w:w="4933"/>
                  <w:tcMar>
                    <w:top w:w="100" w:type="dxa"/>
                    <w:start w:w="120" w:type="dxa"/>
                    <w:bottom w:w="100" w:type="dxa"/>
                    <w:end w:w="120" w:type="dxa"/>
                  </w:tcMar>
                </w:tcPr>
                <w:p/>
                <w:p>
                  <w:pPr>
                    <w:spacing w:after="20"/>
                  </w:pPr>
                  <w:r>
                    <w:rPr>
                      <w:rFonts w:ascii="Calibri" w:hAnsi="Calibri"/>
                      <w:b/>
                      <w:color w:val="1F4E79"/>
                      <w:sz w:val="19"/>
                    </w:rPr>
                    <w:t xml:space="preserve">Contexte  </w:t>
                  </w:r>
                  <w:r>
                    <w:rPr>
                      <w:rFonts w:ascii="Calibri" w:hAnsi="Calibri"/>
                      <w:b w:val="0"/>
                      <w:color w:val="3A3A3A"/>
                      <w:sz w:val="19"/>
                    </w:rPr>
                    <w:t>[Enjeux, contraintes, point de départ]</w:t>
                  </w:r>
                </w:p>
                <w:p>
                  <w:pPr>
                    <w:spacing w:after="20"/>
                  </w:pPr>
                  <w:r>
                    <w:rPr>
                      <w:rFonts w:ascii="Calibri" w:hAnsi="Calibri"/>
                      <w:b/>
                      <w:color w:val="1F4E79"/>
                      <w:sz w:val="19"/>
                    </w:rPr>
                    <w:t xml:space="preserve">Actions  </w:t>
                  </w:r>
                  <w:r>
                    <w:rPr>
                      <w:rFonts w:ascii="Calibri" w:hAnsi="Calibri"/>
                      <w:b w:val="0"/>
                      <w:color w:val="3A3A3A"/>
                      <w:sz w:val="19"/>
                    </w:rPr>
                    <w:t>[Ce que vous avez fait, méthode]</w:t>
                  </w:r>
                </w:p>
                <w:p>
                  <w:pPr>
                    <w:spacing w:after="20"/>
                  </w:pPr>
                  <w:r>
                    <w:rPr>
                      <w:rFonts w:ascii="Calibri" w:hAnsi="Calibri"/>
                      <w:b/>
                      <w:color w:val="1F4E79"/>
                      <w:sz w:val="19"/>
                    </w:rPr>
                    <w:t xml:space="preserve">Résultats  </w:t>
                  </w:r>
                  <w:r>
                    <w:rPr>
                      <w:rFonts w:ascii="Calibri" w:hAnsi="Calibri"/>
                      <w:b w:val="0"/>
                      <w:color w:val="3A3A3A"/>
                      <w:sz w:val="19"/>
                    </w:rPr>
                    <w:t>[Indicateurs, gains, délais, qualité, ROI]</w:t>
                  </w:r>
                </w:p>
              </w:tc>
            </w:tr>
          </w:tbl>
          <w:p/>
        </w:tc>
      </w:tr>
    </w:tbl>
    <w:p>
      <w:r/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866"/>
            <w:shd w:val="clear" w:color="auto" w:fill="FCF2DD"/>
            <w:tcMar>
              <w:top w:w="120" w:type="dxa"/>
              <w:start w:w="160" w:type="dxa"/>
              <w:bottom w:w="120" w:type="dxa"/>
              <w:end w:w="160" w:type="dxa"/>
            </w:tcMar>
          </w:tcPr>
          <w:p>
            <w:r>
              <w:rPr>
                <w:rFonts w:ascii="Calibri" w:hAnsi="Calibri"/>
                <w:b/>
                <w:color w:val="8A5A00"/>
                <w:sz w:val="22"/>
              </w:rPr>
              <w:t>Citation (option)</w:t>
              <w:br/>
            </w:r>
            <w:r>
              <w:rPr>
                <w:rFonts w:ascii="Calibri" w:hAnsi="Calibri"/>
                <w:b w:val="0"/>
                <w:color w:val="3A3A3A"/>
                <w:sz w:val="22"/>
              </w:rPr>
              <w:t>“[Une phrase courte qui résume votre approche, votre mission ou votre promesse.]”</w:t>
            </w:r>
          </w:p>
        </w:tc>
      </w:tr>
    </w:tbl>
    <w:p>
      <w:r/>
    </w:p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4706"/>
        <w:gridCol w:w="4706"/>
      </w:tblGrid>
      <w:tr>
        <w:tc>
          <w:tcPr>
            <w:tcW w:type="dxa" w:w="4933"/>
            <w:tcMar>
              <w:top w:w="100" w:type="dxa"/>
              <w:start w:w="120" w:type="dxa"/>
              <w:bottom w:w="100" w:type="dxa"/>
              <w:end w:w="120" w:type="dxa"/>
            </w:tcMar>
            <w:shd w:val="clear" w:color="auto" w:fill="F5F7FA"/>
          </w:tcPr>
          <w:p>
            <w:pPr>
              <w:spacing w:after="80"/>
            </w:pPr>
            <w:r>
              <w:rPr>
                <w:rFonts w:ascii="Calibri" w:hAnsi="Calibri"/>
                <w:b/>
                <w:color w:val="1F4E79"/>
                <w:sz w:val="22"/>
              </w:rPr>
              <w:t>PUBLICATIONS / LIENS</w:t>
            </w:r>
          </w:p>
          <w:p>
            <w:r>
              <w:rPr>
                <w:color w:val="3C3C3C"/>
                <w:sz w:val="20"/>
              </w:rPr>
              <w:t>• [Titre - année - lien]</w:t>
              <w:br/>
              <w:t>• [Titre - année - lien]</w:t>
              <w:br/>
              <w:t>• [Titre - année - lien]</w:t>
            </w:r>
          </w:p>
        </w:tc>
        <w:tc>
          <w:tcPr>
            <w:tcW w:type="dxa" w:w="4933"/>
            <w:tcMar>
              <w:top w:w="100" w:type="dxa"/>
              <w:start w:w="120" w:type="dxa"/>
              <w:bottom w:w="100" w:type="dxa"/>
              <w:end w:w="120" w:type="dxa"/>
            </w:tcMar>
            <w:shd w:val="clear" w:color="auto" w:fill="F5F7FA"/>
          </w:tcPr>
          <w:p>
            <w:pPr>
              <w:spacing w:after="80"/>
            </w:pPr>
            <w:r>
              <w:rPr>
                <w:rFonts w:ascii="Calibri" w:hAnsi="Calibri"/>
                <w:b/>
                <w:color w:val="1F4E79"/>
                <w:sz w:val="22"/>
              </w:rPr>
              <w:t>RÉFÉRENCES</w:t>
            </w:r>
          </w:p>
          <w:p>
            <w:r>
              <w:rPr>
                <w:color w:val="3C3C3C"/>
                <w:sz w:val="20"/>
              </w:rPr>
              <w:t>• [Nom - Fonction - Organisation - Contact]</w:t>
              <w:br/>
              <w:t>• [Nom - Fonction - Organisation - Contact]</w:t>
            </w:r>
          </w:p>
        </w:tc>
      </w:tr>
    </w:tbl>
    <w:p>
      <w:pPr>
        <w:spacing w:before="120"/>
        <w:jc w:val="right"/>
      </w:pPr>
      <w:r>
        <w:rPr>
          <w:rFonts w:ascii="Calibri" w:hAnsi="Calibri"/>
          <w:b/>
          <w:color w:val="1F4E79"/>
          <w:sz w:val="22"/>
        </w:rPr>
        <w:t>[NOM PRENOM]</w:t>
        <w:br/>
        <w:t>[Fonction - Organisation]</w:t>
      </w:r>
    </w:p>
    <w:sectPr w:rsidR="00FC693F" w:rsidRPr="0006063C" w:rsidSect="00034616">
      <w:footerReference w:type="default" r:id="rId9"/>
      <w:pgSz w:w="11906" w:h="16838"/>
      <w:pgMar w:top="907" w:right="1020" w:bottom="907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lecoursgratuit.com  |  Modèle Biographie (Word)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Relationship Id="rId10" Type="http://schemas.openxmlformats.org/officeDocument/2006/relationships/image" Target="media/image1.png"/><Relationship Id="rId11" Type="http://schemas.openxmlformats.org/officeDocument/2006/relationships/image" Target="media/image2.png"/><Relationship Id="rId12" Type="http://schemas.openxmlformats.org/officeDocument/2006/relationships/image" Target="media/image3.png"/><Relationship Id="rId13" Type="http://schemas.openxmlformats.org/officeDocument/2006/relationships/image" Target="media/image4.png"/><Relationship Id="rId14" Type="http://schemas.openxmlformats.org/officeDocument/2006/relationships/image" Target="media/image5.png"/><Relationship Id="rId15" Type="http://schemas.openxmlformats.org/officeDocument/2006/relationships/image" Target="media/image6.png"/><Relationship Id="rId16" Type="http://schemas.openxmlformats.org/officeDocument/2006/relationships/image" Target="media/image7.png"/><Relationship Id="rId17" Type="http://schemas.openxmlformats.org/officeDocument/2006/relationships/image" Target="media/image8.png"/><Relationship Id="rId18" Type="http://schemas.openxmlformats.org/officeDocument/2006/relationships/image" Target="media/image9.png"/><Relationship Id="rId19" Type="http://schemas.openxmlformats.org/officeDocument/2006/relationships/image" Target="media/image10.png"/><Relationship Id="rId20" Type="http://schemas.openxmlformats.org/officeDocument/2006/relationships/image" Target="media/image11.png"/><Relationship Id="rId21" Type="http://schemas.openxmlformats.org/officeDocument/2006/relationships/image" Target="media/image12.png"/><Relationship Id="rId22" Type="http://schemas.openxmlformats.org/officeDocument/2006/relationships/image" Target="media/image13.png"/><Relationship Id="rId23" Type="http://schemas.openxmlformats.org/officeDocument/2006/relationships/image" Target="media/image14.png"/><Relationship Id="rId24" Type="http://schemas.openxmlformats.org/officeDocument/2006/relationships/image" Target="media/image15.png"/><Relationship Id="rId25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