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7257"/>
        <w:gridCol w:w="2835"/>
      </w:tblGrid>
      <w:tr>
        <w:tc>
          <w:tcPr>
            <w:tcW w:type="dxa" w:w="5213"/>
            <w:shd w:val="clear" w:color="auto" w:fill="1F2937"/>
            <w:tcMar>
              <w:top w:w="110" w:type="dxa"/>
              <w:start w:w="160" w:type="dxa"/>
              <w:bottom w:w="110" w:type="dxa"/>
              <w:end w:w="160" w:type="dxa"/>
            </w:tcMar>
            <w:vAlign w:val="center"/>
            <w:tcBorders>
              <w:left w:val="nil"/>
              <w:top w:val="nil"/>
              <w:right w:val="nil"/>
              <w:bottom w:val="nil"/>
            </w:tcBorders>
          </w:tcPr>
          <w:p/>
          <w:p>
            <w:pPr>
              <w:pStyle w:val="Bio2_Title_White"/>
              <w:jc w:val="left"/>
            </w:pPr>
            <w:r>
              <w:t>[NOM PRENOM]</w:t>
            </w:r>
          </w:p>
          <w:p>
            <w:pPr>
              <w:pStyle w:val="Bio2_Sub_White"/>
            </w:pPr>
            <w:r>
              <w:t>Biographie professionnelle - [FONCTION / TITRE]</w:t>
            </w:r>
          </w:p>
          <w:p>
            <w:pPr>
              <w:pStyle w:val="Bio2_Sub_White"/>
            </w:pPr>
            <w:r>
              <w:t>Accroche : [positionnement, domaine, impact - ex. transformation, direction, innovation…]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1701"/>
            </w:tblGrid>
            <w:tr>
              <w:tc>
                <w:tcPr>
                  <w:tcW w:type="dxa" w:w="5213"/>
                  <w:shd w:val="clear" w:color="auto" w:fill="3F5E2E"/>
                  <w:tcBorders>
                    <w:left w:val="nil"/>
                    <w:top w:val="nil"/>
                    <w:right w:val="nil"/>
                    <w:bottom w:val="nil"/>
                  </w:tcBorders>
                  <w:tcMar>
                    <w:top w:w="60" w:type="dxa"/>
                    <w:start w:w="80" w:type="dxa"/>
                    <w:bottom w:w="60" w:type="dxa"/>
                    <w:end w:w="80" w:type="dxa"/>
                  </w:tcMar>
                  <w:vAlign w:val="center"/>
                </w:tcPr>
                <w:p>
                  <w:pPr>
                    <w:pStyle w:val="Bio2_Tag"/>
                    <w:jc w:val="center"/>
                  </w:pPr>
                  <w:r>
                    <w:t>BIO - PROFIL</w:t>
                  </w:r>
                </w:p>
              </w:tc>
            </w:tr>
          </w:tbl>
          <w:p/>
        </w:tc>
        <w:tc>
          <w:tcPr>
            <w:tcW w:type="dxa" w:w="5213"/>
            <w:shd w:val="clear" w:color="auto" w:fill="1F2937"/>
            <w:tcMar>
              <w:top w:w="110" w:type="dxa"/>
              <w:start w:w="160" w:type="dxa"/>
              <w:bottom w:w="110" w:type="dxa"/>
              <w:end w:w="160" w:type="dxa"/>
            </w:tcMar>
            <w:vAlign w:val="center"/>
            <w:tcBorders>
              <w:left w:val="nil"/>
              <w:top w:val="nil"/>
              <w:right w:val="nil"/>
              <w:bottom w:val="nil"/>
            </w:tcBorders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2721"/>
            </w:tblGrid>
            <w:tr>
              <w:tc>
                <w:tcPr>
                  <w:tcW w:type="dxa" w:w="5213"/>
                  <w:shd w:val="clear" w:color="auto" w:fill="E5E7EB"/>
                  <w:tcMar>
                    <w:top w:w="100" w:type="dxa"/>
                    <w:start w:w="120" w:type="dxa"/>
                    <w:bottom w:w="100" w:type="dxa"/>
                    <w:end w:w="120" w:type="dxa"/>
                  </w:tcMar>
                  <w:vAlign w:val="center"/>
                </w:tcPr>
                <w:p>
                  <w:pPr>
                    <w:jc w:val="center"/>
                  </w:pPr>
                  <w:r>
                    <w:rPr>
                      <w:b/>
                      <w:color w:val="374151"/>
                      <w:sz w:val="20"/>
                    </w:rPr>
                    <w:t>PHOTO</w:t>
                    <w:br/>
                    <w:t>(à insérer)</w:t>
                  </w:r>
                </w:p>
              </w:tc>
            </w:tr>
            <w:tr>
              <w:tc>
                <w:tcPr>
                  <w:tcW w:type="dxa" w:w="5213"/>
                  <w:shd w:val="clear" w:color="auto" w:fill="111827"/>
                  <w:tcMar>
                    <w:top w:w="90" w:type="dxa"/>
                    <w:start w:w="120" w:type="dxa"/>
                    <w:bottom w:w="90" w:type="dxa"/>
                    <w:end w:w="120" w:type="dxa"/>
                  </w:tcMar>
                </w:tcPr>
                <w:p>
                  <w:pPr>
                    <w:jc w:val="left"/>
                  </w:pPr>
                  <w:r>
                    <w:rPr>
                      <w:b/>
                      <w:color w:val="FFFFFF"/>
                      <w:sz w:val="19"/>
                    </w:rPr>
                    <w:t>Document prêt à compléter</w:t>
                    <w:br/>
                  </w:r>
                  <w:r>
                    <w:rPr>
                      <w:b w:val="0"/>
                      <w:color w:val="D1D5DB"/>
                      <w:sz w:val="19"/>
                    </w:rPr>
                    <w:t>Dernière mise à jour : [MOIS AAAA]</w:t>
                  </w:r>
                </w:p>
              </w:tc>
            </w:tr>
          </w:tbl>
          <w:p/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288"/>
        <w:gridCol w:w="3288"/>
        <w:gridCol w:w="3288"/>
      </w:tblGrid>
      <w:tr>
        <w:tc>
          <w:tcPr>
            <w:tcW w:type="dxa" w:w="3475"/>
            <w:shd w:val="clear" w:color="auto" w:fill="F7F8FA"/>
            <w:tcMar>
              <w:top w:w="90" w:type="dxa"/>
              <w:start w:w="150" w:type="dxa"/>
              <w:bottom w:w="90" w:type="dxa"/>
              <w:end w:w="150" w:type="dxa"/>
            </w:tcMar>
            <w:vAlign w:val="top"/>
            <w:tcBorders>
              <w:left w:sz="10" w:val="single" w:color="E5E7EB" w:space="0"/>
              <w:top w:sz="10" w:val="single" w:color="E5E7EB" w:space="0"/>
              <w:right w:sz="10" w:val="single" w:color="E5E7EB" w:space="0"/>
              <w:bottom w:sz="10" w:val="single" w:color="E5E7EB" w:space="0"/>
            </w:tcBorders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3061"/>
            </w:tblGrid>
            <w:tr>
              <w:tc>
                <w:tcPr>
                  <w:tcW w:type="dxa" w:w="3475"/>
                  <w:shd w:val="clear" w:color="auto" w:fill="3F5E2E"/>
                  <w:tcBorders>
                    <w:left w:val="nil"/>
                    <w:top w:val="nil"/>
                    <w:right w:val="nil"/>
                    <w:bottom w:val="nil"/>
                  </w:tcBorders>
                </w:tcPr>
                <w:p/>
              </w:tc>
            </w:tr>
          </w:tbl>
          <w:p/>
          <w:p>
            <w:pPr>
              <w:pStyle w:val="Bio2_H2"/>
              <w:spacing w:before="80"/>
            </w:pPr>
            <w:r>
              <w:t>🎯 Positionnement</w:t>
            </w:r>
          </w:p>
          <w:p>
            <w:pPr>
              <w:pStyle w:val="Bio2_Body"/>
              <w:spacing w:after="0"/>
            </w:pPr>
            <w:r>
              <w:t>[1 ligne : rôle, secteur, périmètre]</w:t>
              <w:br/>
              <w:t>Impact : [KPI/valeur]</w:t>
            </w:r>
          </w:p>
          <w:p>
            <w:pPr>
              <w:pStyle w:val="Bio2_Muted"/>
            </w:pPr>
            <w:r>
              <w:t>[Détail optionnel]</w:t>
            </w:r>
          </w:p>
        </w:tc>
        <w:tc>
          <w:tcPr>
            <w:tcW w:type="dxa" w:w="3475"/>
            <w:shd w:val="clear" w:color="auto" w:fill="F7F8FA"/>
            <w:tcMar>
              <w:top w:w="90" w:type="dxa"/>
              <w:start w:w="150" w:type="dxa"/>
              <w:bottom w:w="90" w:type="dxa"/>
              <w:end w:w="150" w:type="dxa"/>
            </w:tcMar>
            <w:vAlign w:val="top"/>
            <w:tcBorders>
              <w:left w:sz="10" w:val="single" w:color="E5E7EB" w:space="0"/>
              <w:top w:sz="10" w:val="single" w:color="E5E7EB" w:space="0"/>
              <w:right w:sz="10" w:val="single" w:color="E5E7EB" w:space="0"/>
              <w:bottom w:sz="10" w:val="single" w:color="E5E7EB" w:space="0"/>
            </w:tcBorders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3061"/>
            </w:tblGrid>
            <w:tr>
              <w:tc>
                <w:tcPr>
                  <w:tcW w:type="dxa" w:w="3475"/>
                  <w:shd w:val="clear" w:color="auto" w:fill="C9A227"/>
                  <w:tcBorders>
                    <w:left w:val="nil"/>
                    <w:top w:val="nil"/>
                    <w:right w:val="nil"/>
                    <w:bottom w:val="nil"/>
                  </w:tcBorders>
                </w:tcPr>
                <w:p/>
              </w:tc>
            </w:tr>
          </w:tbl>
          <w:p/>
          <w:p>
            <w:pPr>
              <w:pStyle w:val="Bio2_H2"/>
              <w:spacing w:before="80"/>
            </w:pPr>
            <w:r>
              <w:t>📌 Spécialités</w:t>
            </w:r>
          </w:p>
          <w:p>
            <w:pPr>
              <w:pStyle w:val="Bio2_Body"/>
              <w:spacing w:after="0"/>
            </w:pPr>
            <w:r>
              <w:t>[3 tags : ex. Stratégie - Ops - Digital]</w:t>
              <w:br/>
              <w:t>Atout : [méthode / style]</w:t>
            </w:r>
          </w:p>
          <w:p>
            <w:pPr>
              <w:pStyle w:val="Bio2_Muted"/>
            </w:pPr>
            <w:r>
              <w:t>[Détail optionnel]</w:t>
            </w:r>
          </w:p>
        </w:tc>
        <w:tc>
          <w:tcPr>
            <w:tcW w:type="dxa" w:w="3475"/>
            <w:shd w:val="clear" w:color="auto" w:fill="F7F8FA"/>
            <w:tcMar>
              <w:top w:w="90" w:type="dxa"/>
              <w:start w:w="150" w:type="dxa"/>
              <w:bottom w:w="90" w:type="dxa"/>
              <w:end w:w="150" w:type="dxa"/>
            </w:tcMar>
            <w:vAlign w:val="top"/>
            <w:tcBorders>
              <w:left w:sz="10" w:val="single" w:color="E5E7EB" w:space="0"/>
              <w:top w:sz="10" w:val="single" w:color="E5E7EB" w:space="0"/>
              <w:right w:sz="10" w:val="single" w:color="E5E7EB" w:space="0"/>
              <w:bottom w:sz="10" w:val="single" w:color="E5E7EB" w:space="0"/>
            </w:tcBorders>
          </w:tcPr>
          <w:p/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3061"/>
            </w:tblGrid>
            <w:tr>
              <w:tc>
                <w:tcPr>
                  <w:tcW w:type="dxa" w:w="3475"/>
                  <w:shd w:val="clear" w:color="auto" w:fill="3F5E2E"/>
                  <w:tcBorders>
                    <w:left w:val="nil"/>
                    <w:top w:val="nil"/>
                    <w:right w:val="nil"/>
                    <w:bottom w:val="nil"/>
                  </w:tcBorders>
                </w:tcPr>
                <w:p/>
              </w:tc>
            </w:tr>
          </w:tbl>
          <w:p/>
          <w:p>
            <w:pPr>
              <w:pStyle w:val="Bio2_H2"/>
              <w:spacing w:before="80"/>
            </w:pPr>
            <w:r>
              <w:t>🏆 Repères</w:t>
            </w:r>
          </w:p>
          <w:p>
            <w:pPr>
              <w:pStyle w:val="Bio2_Body"/>
              <w:spacing w:after="0"/>
            </w:pPr>
            <w:r>
              <w:t>Exp. : [10+ ans] | Projets : [25]</w:t>
              <w:br/>
              <w:t>Marqueur : [prix / presse]</w:t>
            </w:r>
          </w:p>
          <w:p>
            <w:pPr>
              <w:pStyle w:val="Bio2_Muted"/>
            </w:pPr>
            <w:r>
              <w:t>[Détail optionnel]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6463"/>
      </w:tblGrid>
      <w:tr>
        <w:tc>
          <w:tcPr>
            <w:tcW w:type="dxa" w:w="5213"/>
            <w:shd w:val="clear" w:color="auto" w:fill="F3E9D0"/>
            <w:tcMar>
              <w:top w:w="120" w:type="dxa"/>
              <w:start w:w="170" w:type="dxa"/>
              <w:bottom w:w="120" w:type="dxa"/>
              <w:end w:w="170" w:type="dxa"/>
            </w:tcMar>
            <w:tcBorders>
              <w:left w:val="nil"/>
              <w:top w:val="nil"/>
              <w:right w:sz="8" w:val="single" w:color="E5E7EB" w:space="0"/>
              <w:bottom w:val="nil"/>
            </w:tcBorders>
            <w:vAlign w:val="top"/>
          </w:tcPr>
          <w:p/>
          <w:p>
            <w:pPr>
              <w:pStyle w:val="Bio2_H1"/>
            </w:pPr>
            <w:r>
              <w:t>CONTACT</w:t>
            </w:r>
          </w:p>
          <w:p>
            <w:pPr>
              <w:pStyle w:val="Bio2_Small"/>
            </w:pPr>
            <w:r>
              <w:t>Email : [nom@domaine.com]</w:t>
            </w:r>
          </w:p>
          <w:p>
            <w:pPr>
              <w:pStyle w:val="Bio2_Small"/>
            </w:pPr>
            <w:r>
              <w:t>Téléphone : [+00 00 00 00 00]</w:t>
            </w:r>
          </w:p>
          <w:p>
            <w:pPr>
              <w:pStyle w:val="Bio2_Small"/>
            </w:pPr>
            <w:r>
              <w:t>Ville : [Ville, Pays]</w:t>
            </w:r>
          </w:p>
          <w:p>
            <w:pPr>
              <w:pStyle w:val="Bio2_Small"/>
            </w:pPr>
            <w:r>
              <w:t>Site / Réseaux : [URL / LinkedIn]</w:t>
            </w:r>
          </w:p>
          <w:p/>
          <w:p>
            <w:pPr>
              <w:pStyle w:val="Bio2_H1"/>
            </w:pPr>
            <w:r>
              <w:t>FICHE RAPIDE</w:t>
            </w:r>
          </w:p>
          <w:p>
            <w:pPr>
              <w:pStyle w:val="Bio2_Small"/>
            </w:pPr>
            <w:r>
              <w:t>Naissance : [JJ/MM/AAAA]</w:t>
            </w:r>
          </w:p>
          <w:p>
            <w:pPr>
              <w:pStyle w:val="Bio2_Small"/>
            </w:pPr>
            <w:r>
              <w:t>Nationalité : [...]</w:t>
            </w:r>
          </w:p>
          <w:p>
            <w:pPr>
              <w:pStyle w:val="Bio2_Small"/>
            </w:pPr>
            <w:r>
              <w:t>Langues : [FR - EN - ...]</w:t>
            </w:r>
          </w:p>
          <w:p>
            <w:pPr>
              <w:pStyle w:val="Bio2_Small"/>
            </w:pPr>
            <w:r>
              <w:t>Localisation : [Mobilité / zones]</w:t>
            </w:r>
          </w:p>
          <w:p/>
          <w:p>
            <w:pPr>
              <w:pStyle w:val="Bio2_H1"/>
            </w:pPr>
            <w:r>
              <w:t>MOTS-CLÉS</w:t>
            </w:r>
          </w:p>
          <w:p>
            <w:pPr>
              <w:pStyle w:val="Bio2_Body"/>
              <w:spacing w:after="0"/>
            </w:pPr>
            <w:r>
              <w:t>• [Mot-clé 1]</w:t>
              <w:br/>
              <w:t>• [Mot-clé 2]</w:t>
              <w:br/>
              <w:t>• [Mot-clé 3]</w:t>
            </w:r>
          </w:p>
        </w:tc>
        <w:tc>
          <w:tcPr>
            <w:tcW w:type="dxa" w:w="5213"/>
            <w:shd w:val="clear" w:color="auto" w:fill="FFFFFF"/>
            <w:tcMar>
              <w:top w:w="120" w:type="dxa"/>
              <w:start w:w="190" w:type="dxa"/>
              <w:bottom w:w="120" w:type="dxa"/>
              <w:end w:w="190" w:type="dxa"/>
            </w:tcMar>
            <w:tcBorders>
              <w:left w:val="nil"/>
              <w:top w:val="nil"/>
              <w:right w:val="nil"/>
              <w:bottom w:val="nil"/>
            </w:tcBorders>
            <w:vAlign w:val="top"/>
          </w:tcPr>
          <w:p/>
          <w:p>
            <w:pPr>
              <w:pStyle w:val="Bio2_H1"/>
            </w:pPr>
            <w:r>
              <w:t>BIOGRAPHIE</w:t>
            </w:r>
          </w:p>
          <w:p>
            <w:pPr>
              <w:pStyle w:val="Bio2_Body"/>
            </w:pPr>
            <w:r>
              <w:t>[Écrivez ici une biographie fluide en 10 à 12 lignes.]</w:t>
            </w:r>
          </w:p>
          <w:tbl>
            <w:tblPr>
              <w:tblW w:type="auto" w:w="0"/>
              <w:tblLayout w:type="fixed"/>
              <w:tblLook w:firstColumn="1" w:firstRow="1" w:lastColumn="0" w:lastRow="0" w:noHBand="0" w:noVBand="1" w:val="04A0"/>
            </w:tblPr>
            <w:tblGrid>
              <w:gridCol w:w="6123"/>
            </w:tblGrid>
            <w:tr>
              <w:tc>
                <w:tcPr>
                  <w:tcW w:type="dxa" w:w="5213"/>
                  <w:shd w:val="clear" w:color="auto" w:fill="F7F8FA"/>
                  <w:tcMar>
                    <w:top w:w="90" w:type="dxa"/>
                    <w:start w:w="140" w:type="dxa"/>
                    <w:bottom w:w="90" w:type="dxa"/>
                    <w:end w:w="140" w:type="dxa"/>
                  </w:tcMar>
                  <w:tcBorders>
                    <w:left w:sz="12" w:val="single" w:color="C9A227" w:space="0"/>
                    <w:top w:sz="12" w:val="single" w:color="C9A227" w:space="0"/>
                    <w:right w:sz="12" w:val="single" w:color="E5E7EB" w:space="0"/>
                    <w:bottom w:sz="12" w:val="single" w:color="E5E7EB" w:space="0"/>
                  </w:tcBorders>
                </w:tcPr>
                <w:p>
                  <w:pPr>
                    <w:pStyle w:val="Bio2_Body"/>
                  </w:pPr>
                  <w:r>
                    <w:rPr>
                      <w:b/>
                    </w:rPr>
                    <w:t xml:space="preserve">Pitch : </w:t>
                  </w:r>
                  <w:r>
                    <w:t>[ce que vous apportez, pour qui, et pourquoi].</w:t>
                  </w:r>
                </w:p>
              </w:tc>
            </w:tr>
          </w:tbl>
          <w:p/>
          <w:p>
            <w:pPr>
              <w:pStyle w:val="Bio2_H1"/>
            </w:pPr>
            <w:r>
              <w:t>DOMAINES D’EXPERTISE</w:t>
            </w:r>
          </w:p>
          <w:p>
            <w:pPr>
              <w:pStyle w:val="Bio2_Body"/>
              <w:spacing w:after="0"/>
            </w:pPr>
            <w:r>
              <w:t>• [Domaine 1]</w:t>
              <w:br/>
              <w:t>• [Domaine 2]</w:t>
              <w:br/>
              <w:t>• [Domaine 3]</w:t>
              <w:br/>
              <w:t>• [Domaine 4]</w:t>
            </w:r>
          </w:p>
        </w:tc>
      </w:tr>
    </w:tbl>
    <w:p>
      <w:r>
        <w:br w:type="page"/>
      </w:r>
    </w:p>
    <w:p>
      <w:pPr>
        <w:pStyle w:val="Bio2_H1"/>
      </w:pPr>
      <w:r>
        <w:t>PARCOURS &amp; DATES CLÉS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1701"/>
        <w:gridCol w:w="8391"/>
      </w:tblGrid>
      <w:tr>
        <w:tc>
          <w:tcPr>
            <w:tcW w:type="dxa" w:w="5213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tcBorders>
              <w:left w:val="nil"/>
              <w:top w:sz="8" w:val="single" w:color="E5E7EB" w:space="0"/>
              <w:right w:sz="8" w:val="single" w:color="E5E7EB" w:space="0"/>
              <w:bottom w:sz="8" w:val="single" w:color="E5E7EB" w:space="0"/>
            </w:tcBorders>
          </w:tcPr>
          <w:p>
            <w:pPr>
              <w:jc w:val="center"/>
            </w:pPr>
            <w:r>
              <w:rPr>
                <w:b/>
                <w:color w:val="3F5E2E"/>
                <w:sz w:val="22"/>
              </w:rPr>
              <w:t>[2024]</w:t>
              <w:br/>
            </w:r>
            <w:r>
              <w:rPr>
                <w:b/>
                <w:color w:val="C9A227"/>
                <w:sz w:val="24"/>
              </w:rPr>
              <w:t>●</w:t>
            </w:r>
          </w:p>
        </w:tc>
        <w:tc>
          <w:tcPr>
            <w:tcW w:type="dxa" w:w="5213"/>
            <w:tcMar>
              <w:top w:w="90" w:type="dxa"/>
              <w:start w:w="160" w:type="dxa"/>
              <w:bottom w:w="90" w:type="dxa"/>
              <w:end w:w="160" w:type="dxa"/>
            </w:tcMar>
            <w:vAlign w:val="center"/>
            <w:shd w:val="clear" w:color="auto" w:fill="F7F8FA"/>
            <w:tcBorders>
              <w:left w:val="nil"/>
              <w:top w:sz="8" w:val="single" w:color="E5E7EB" w:space="0"/>
              <w:right w:val="nil"/>
              <w:bottom w:sz="8" w:val="single" w:color="E5E7EB" w:space="0"/>
            </w:tcBorders>
          </w:tcPr>
          <w:p>
            <w:pPr>
              <w:pStyle w:val="Bio2_Body"/>
            </w:pPr>
            <w:r>
              <w:t>[Poste actuel] - [Entreprise] : [résultat marquant].</w:t>
            </w:r>
          </w:p>
        </w:tc>
      </w:tr>
      <w:tr>
        <w:tc>
          <w:tcPr>
            <w:tcW w:type="dxa" w:w="5213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tcBorders>
              <w:left w:val="nil"/>
              <w:top w:sz="8" w:val="single" w:color="E5E7EB" w:space="0"/>
              <w:right w:sz="8" w:val="single" w:color="E5E7EB" w:space="0"/>
              <w:bottom w:sz="8" w:val="single" w:color="E5E7EB" w:space="0"/>
            </w:tcBorders>
          </w:tcPr>
          <w:p>
            <w:pPr>
              <w:jc w:val="center"/>
            </w:pPr>
            <w:r>
              <w:rPr>
                <w:b/>
                <w:color w:val="3F5E2E"/>
                <w:sz w:val="22"/>
              </w:rPr>
              <w:t>[2021]</w:t>
              <w:br/>
            </w:r>
            <w:r>
              <w:rPr>
                <w:b/>
                <w:color w:val="C9A227"/>
                <w:sz w:val="24"/>
              </w:rPr>
              <w:t>●</w:t>
            </w:r>
          </w:p>
        </w:tc>
        <w:tc>
          <w:tcPr>
            <w:tcW w:type="dxa" w:w="5213"/>
            <w:tcMar>
              <w:top w:w="90" w:type="dxa"/>
              <w:start w:w="160" w:type="dxa"/>
              <w:bottom w:w="90" w:type="dxa"/>
              <w:end w:w="160" w:type="dxa"/>
            </w:tcMar>
            <w:vAlign w:val="center"/>
            <w:shd w:val="clear" w:color="auto" w:fill="FFFFFF"/>
            <w:tcBorders>
              <w:left w:val="nil"/>
              <w:top w:sz="8" w:val="single" w:color="E5E7EB" w:space="0"/>
              <w:right w:val="nil"/>
              <w:bottom w:sz="8" w:val="single" w:color="E5E7EB" w:space="0"/>
            </w:tcBorders>
          </w:tcPr>
          <w:p>
            <w:pPr>
              <w:pStyle w:val="Bio2_Body"/>
            </w:pPr>
            <w:r>
              <w:t>[Rôle précédent] - [Entreprise] : [projet structurant].</w:t>
            </w:r>
          </w:p>
        </w:tc>
      </w:tr>
      <w:tr>
        <w:tc>
          <w:tcPr>
            <w:tcW w:type="dxa" w:w="5213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tcBorders>
              <w:left w:val="nil"/>
              <w:top w:sz="8" w:val="single" w:color="E5E7EB" w:space="0"/>
              <w:right w:sz="8" w:val="single" w:color="E5E7EB" w:space="0"/>
              <w:bottom w:sz="8" w:val="single" w:color="E5E7EB" w:space="0"/>
            </w:tcBorders>
          </w:tcPr>
          <w:p>
            <w:pPr>
              <w:jc w:val="center"/>
            </w:pPr>
            <w:r>
              <w:rPr>
                <w:b/>
                <w:color w:val="3F5E2E"/>
                <w:sz w:val="22"/>
              </w:rPr>
              <w:t>[2018]</w:t>
              <w:br/>
            </w:r>
            <w:r>
              <w:rPr>
                <w:b/>
                <w:color w:val="C9A227"/>
                <w:sz w:val="24"/>
              </w:rPr>
              <w:t>●</w:t>
            </w:r>
          </w:p>
        </w:tc>
        <w:tc>
          <w:tcPr>
            <w:tcW w:type="dxa" w:w="5213"/>
            <w:tcMar>
              <w:top w:w="90" w:type="dxa"/>
              <w:start w:w="160" w:type="dxa"/>
              <w:bottom w:w="90" w:type="dxa"/>
              <w:end w:w="160" w:type="dxa"/>
            </w:tcMar>
            <w:vAlign w:val="center"/>
            <w:shd w:val="clear" w:color="auto" w:fill="F7F8FA"/>
            <w:tcBorders>
              <w:left w:val="nil"/>
              <w:top w:sz="8" w:val="single" w:color="E5E7EB" w:space="0"/>
              <w:right w:val="nil"/>
              <w:bottom w:sz="8" w:val="single" w:color="E5E7EB" w:space="0"/>
            </w:tcBorders>
          </w:tcPr>
          <w:p>
            <w:pPr>
              <w:pStyle w:val="Bio2_Body"/>
            </w:pPr>
            <w:r>
              <w:t>[Responsabilité clé] : [équipe, budget, indicateur].</w:t>
            </w:r>
          </w:p>
        </w:tc>
      </w:tr>
      <w:tr>
        <w:tc>
          <w:tcPr>
            <w:tcW w:type="dxa" w:w="5213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tcBorders>
              <w:left w:val="nil"/>
              <w:top w:sz="8" w:val="single" w:color="E5E7EB" w:space="0"/>
              <w:right w:sz="8" w:val="single" w:color="E5E7EB" w:space="0"/>
              <w:bottom w:sz="8" w:val="single" w:color="E5E7EB" w:space="0"/>
            </w:tcBorders>
          </w:tcPr>
          <w:p>
            <w:pPr>
              <w:jc w:val="center"/>
            </w:pPr>
            <w:r>
              <w:rPr>
                <w:b/>
                <w:color w:val="3F5E2E"/>
                <w:sz w:val="22"/>
              </w:rPr>
              <w:t>[2015]</w:t>
              <w:br/>
            </w:r>
            <w:r>
              <w:rPr>
                <w:b/>
                <w:color w:val="C9A227"/>
                <w:sz w:val="24"/>
              </w:rPr>
              <w:t>●</w:t>
            </w:r>
          </w:p>
        </w:tc>
        <w:tc>
          <w:tcPr>
            <w:tcW w:type="dxa" w:w="5213"/>
            <w:tcMar>
              <w:top w:w="90" w:type="dxa"/>
              <w:start w:w="160" w:type="dxa"/>
              <w:bottom w:w="90" w:type="dxa"/>
              <w:end w:w="160" w:type="dxa"/>
            </w:tcMar>
            <w:vAlign w:val="center"/>
            <w:shd w:val="clear" w:color="auto" w:fill="FFFFFF"/>
            <w:tcBorders>
              <w:left w:val="nil"/>
              <w:top w:sz="8" w:val="single" w:color="E5E7EB" w:space="0"/>
              <w:right w:val="nil"/>
              <w:bottom w:sz="8" w:val="single" w:color="E5E7EB" w:space="0"/>
            </w:tcBorders>
          </w:tcPr>
          <w:p>
            <w:pPr>
              <w:pStyle w:val="Bio2_Body"/>
            </w:pPr>
            <w:r>
              <w:t>[Étape de spécialisation] : [méthode, certifications].</w:t>
            </w:r>
          </w:p>
        </w:tc>
      </w:tr>
      <w:tr>
        <w:tc>
          <w:tcPr>
            <w:tcW w:type="dxa" w:w="5213"/>
            <w:tcMar>
              <w:top w:w="80" w:type="dxa"/>
              <w:start w:w="120" w:type="dxa"/>
              <w:bottom w:w="80" w:type="dxa"/>
              <w:end w:w="120" w:type="dxa"/>
            </w:tcMar>
            <w:vAlign w:val="center"/>
            <w:tcBorders>
              <w:left w:val="nil"/>
              <w:top w:sz="8" w:val="single" w:color="E5E7EB" w:space="0"/>
              <w:right w:sz="8" w:val="single" w:color="E5E7EB" w:space="0"/>
              <w:bottom w:sz="8" w:val="single" w:color="E5E7EB" w:space="0"/>
            </w:tcBorders>
          </w:tcPr>
          <w:p>
            <w:pPr>
              <w:jc w:val="center"/>
            </w:pPr>
            <w:r>
              <w:rPr>
                <w:b/>
                <w:color w:val="3F5E2E"/>
                <w:sz w:val="22"/>
              </w:rPr>
              <w:t>[2012]</w:t>
              <w:br/>
            </w:r>
            <w:r>
              <w:rPr>
                <w:b/>
                <w:color w:val="C9A227"/>
                <w:sz w:val="24"/>
              </w:rPr>
              <w:t>●</w:t>
            </w:r>
          </w:p>
        </w:tc>
        <w:tc>
          <w:tcPr>
            <w:tcW w:type="dxa" w:w="5213"/>
            <w:tcMar>
              <w:top w:w="90" w:type="dxa"/>
              <w:start w:w="160" w:type="dxa"/>
              <w:bottom w:w="90" w:type="dxa"/>
              <w:end w:w="160" w:type="dxa"/>
            </w:tcMar>
            <w:vAlign w:val="center"/>
            <w:shd w:val="clear" w:color="auto" w:fill="F7F8FA"/>
            <w:tcBorders>
              <w:left w:val="nil"/>
              <w:top w:sz="8" w:val="single" w:color="E5E7EB" w:space="0"/>
              <w:right w:val="nil"/>
              <w:bottom w:sz="8" w:val="single" w:color="E5E7EB" w:space="0"/>
            </w:tcBorders>
          </w:tcPr>
          <w:p>
            <w:pPr>
              <w:pStyle w:val="Bio2_Body"/>
            </w:pPr>
            <w:r>
              <w:t>[Formation] : [diplôme] - [école/université].</w:t>
            </w:r>
          </w:p>
        </w:tc>
      </w:tr>
    </w:tbl>
    <w:p/>
    <w:p>
      <w:pPr>
        <w:pStyle w:val="Bio2_H1"/>
      </w:pPr>
      <w:r>
        <w:t>RÉALISATIONS SÉLECTIONNÉES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5046"/>
        <w:gridCol w:w="5046"/>
      </w:tblGrid>
      <w:tr>
        <w:tc>
          <w:tcPr>
            <w:tcW w:type="dxa" w:w="5213"/>
            <w:shd w:val="clear" w:color="auto" w:fill="F7F8FA"/>
            <w:tcMar>
              <w:top w:w="100" w:type="dxa"/>
              <w:start w:w="150" w:type="dxa"/>
              <w:bottom w:w="100" w:type="dxa"/>
              <w:end w:w="150" w:type="dxa"/>
            </w:tcMar>
            <w:tcBorders>
              <w:left w:sz="10" w:val="single" w:color="E5E7EB" w:space="0"/>
              <w:top w:sz="10" w:val="single" w:color="E5E7EB" w:space="0"/>
              <w:right w:sz="10" w:val="single" w:color="E5E7EB" w:space="0"/>
              <w:bottom w:sz="10" w:val="single" w:color="E5E7EB" w:space="0"/>
            </w:tcBorders>
            <w:vAlign w:val="top"/>
          </w:tcPr>
          <w:p/>
          <w:p>
            <w:pPr>
              <w:pStyle w:val="Bio2_H2"/>
              <w:spacing w:before="0"/>
            </w:pPr>
            <w:r>
              <w:t>[Titre réalisation]</w:t>
            </w:r>
          </w:p>
          <w:p>
            <w:pPr>
              <w:pStyle w:val="Bio2_Body"/>
              <w:spacing w:after="0"/>
            </w:pPr>
            <w:r>
              <w:t>[Votre rôle] - [résultat en 1 phrase].</w:t>
            </w:r>
          </w:p>
          <w:p>
            <w:pPr>
              <w:pStyle w:val="Bio2_Muted"/>
            </w:pPr>
            <w:r>
              <w:t>Indicateur : [ex. +15% / -20% / 3 mois]</w:t>
            </w:r>
          </w:p>
        </w:tc>
        <w:tc>
          <w:tcPr>
            <w:tcW w:type="dxa" w:w="5213"/>
            <w:shd w:val="clear" w:color="auto" w:fill="F7F8FA"/>
            <w:tcMar>
              <w:top w:w="100" w:type="dxa"/>
              <w:start w:w="150" w:type="dxa"/>
              <w:bottom w:w="100" w:type="dxa"/>
              <w:end w:w="150" w:type="dxa"/>
            </w:tcMar>
            <w:tcBorders>
              <w:left w:sz="10" w:val="single" w:color="E5E7EB" w:space="0"/>
              <w:top w:sz="10" w:val="single" w:color="E5E7EB" w:space="0"/>
              <w:right w:sz="10" w:val="single" w:color="E5E7EB" w:space="0"/>
              <w:bottom w:sz="10" w:val="single" w:color="E5E7EB" w:space="0"/>
            </w:tcBorders>
            <w:vAlign w:val="top"/>
          </w:tcPr>
          <w:p/>
          <w:p>
            <w:pPr>
              <w:pStyle w:val="Bio2_H2"/>
              <w:spacing w:before="0"/>
            </w:pPr>
            <w:r>
              <w:t>[Titre réalisation]</w:t>
            </w:r>
          </w:p>
          <w:p>
            <w:pPr>
              <w:pStyle w:val="Bio2_Body"/>
              <w:spacing w:after="0"/>
            </w:pPr>
            <w:r>
              <w:t>[Votre rôle] - [résultat en 1 phrase].</w:t>
            </w:r>
          </w:p>
          <w:p>
            <w:pPr>
              <w:pStyle w:val="Bio2_Muted"/>
            </w:pPr>
            <w:r>
              <w:t>Indicateur : [ex. +15% / -20% / 3 mois]</w:t>
            </w:r>
          </w:p>
        </w:tc>
      </w:tr>
      <w:tr>
        <w:tc>
          <w:tcPr>
            <w:tcW w:type="dxa" w:w="5213"/>
            <w:shd w:val="clear" w:color="auto" w:fill="F7F8FA"/>
            <w:tcMar>
              <w:top w:w="100" w:type="dxa"/>
              <w:start w:w="150" w:type="dxa"/>
              <w:bottom w:w="100" w:type="dxa"/>
              <w:end w:w="150" w:type="dxa"/>
            </w:tcMar>
            <w:tcBorders>
              <w:left w:sz="10" w:val="single" w:color="E5E7EB" w:space="0"/>
              <w:top w:sz="10" w:val="single" w:color="E5E7EB" w:space="0"/>
              <w:right w:sz="10" w:val="single" w:color="E5E7EB" w:space="0"/>
              <w:bottom w:sz="10" w:val="single" w:color="E5E7EB" w:space="0"/>
            </w:tcBorders>
            <w:vAlign w:val="top"/>
          </w:tcPr>
          <w:p/>
          <w:p>
            <w:pPr>
              <w:pStyle w:val="Bio2_H2"/>
              <w:spacing w:before="0"/>
            </w:pPr>
            <w:r>
              <w:t>[Titre réalisation]</w:t>
            </w:r>
          </w:p>
          <w:p>
            <w:pPr>
              <w:pStyle w:val="Bio2_Body"/>
              <w:spacing w:after="0"/>
            </w:pPr>
            <w:r>
              <w:t>[Votre rôle] - [résultat en 1 phrase].</w:t>
            </w:r>
          </w:p>
          <w:p>
            <w:pPr>
              <w:pStyle w:val="Bio2_Muted"/>
            </w:pPr>
            <w:r>
              <w:t>Indicateur : [ex. +15% / -20% / 3 mois]</w:t>
            </w:r>
          </w:p>
        </w:tc>
        <w:tc>
          <w:tcPr>
            <w:tcW w:type="dxa" w:w="5213"/>
            <w:shd w:val="clear" w:color="auto" w:fill="F7F8FA"/>
            <w:tcMar>
              <w:top w:w="100" w:type="dxa"/>
              <w:start w:w="150" w:type="dxa"/>
              <w:bottom w:w="100" w:type="dxa"/>
              <w:end w:w="150" w:type="dxa"/>
            </w:tcMar>
            <w:tcBorders>
              <w:left w:sz="10" w:val="single" w:color="E5E7EB" w:space="0"/>
              <w:top w:sz="10" w:val="single" w:color="E5E7EB" w:space="0"/>
              <w:right w:sz="10" w:val="single" w:color="E5E7EB" w:space="0"/>
              <w:bottom w:sz="10" w:val="single" w:color="E5E7EB" w:space="0"/>
            </w:tcBorders>
            <w:vAlign w:val="top"/>
          </w:tcPr>
          <w:p/>
          <w:p>
            <w:pPr>
              <w:pStyle w:val="Bio2_H2"/>
              <w:spacing w:before="0"/>
            </w:pPr>
            <w:r>
              <w:t>[Titre réalisation]</w:t>
            </w:r>
          </w:p>
          <w:p>
            <w:pPr>
              <w:pStyle w:val="Bio2_Body"/>
              <w:spacing w:after="0"/>
            </w:pPr>
            <w:r>
              <w:t>[Votre rôle] - [résultat en 1 phrase].</w:t>
            </w:r>
          </w:p>
          <w:p>
            <w:pPr>
              <w:pStyle w:val="Bio2_Muted"/>
            </w:pPr>
            <w:r>
              <w:t>Indicateur : [ex. +15% / -20% / 3 mois]</w:t>
            </w:r>
          </w:p>
        </w:tc>
      </w:tr>
    </w:tbl>
    <w:p/>
    <w:p>
      <w:pPr>
        <w:pStyle w:val="Bio2_H1"/>
      </w:pPr>
      <w:r>
        <w:t>COMPÉTENCES</w:t>
      </w:r>
    </w:p>
    <w:tbl>
      <w:tblPr>
        <w:tblW w:type="auto" w:w="0"/>
        <w:jc w:val="center"/>
        <w:tblLayout w:type="fixed"/>
        <w:tblLook w:firstColumn="1" w:firstRow="1" w:lastColumn="0" w:lastRow="0" w:noHBand="0" w:noVBand="1" w:val="04A0"/>
      </w:tblPr>
      <w:tblGrid>
        <w:gridCol w:w="3402"/>
        <w:gridCol w:w="6690"/>
      </w:tblGrid>
      <w:tr>
        <w:tc>
          <w:tcPr>
            <w:tcW w:type="dxa" w:w="5213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val="nil"/>
              <w:top w:sz="8" w:val="single" w:color="E5E7EB" w:space="0"/>
              <w:right w:sz="8" w:val="single" w:color="E5E7EB" w:space="0"/>
              <w:bottom w:sz="8" w:val="single" w:color="E5E7EB" w:space="0"/>
            </w:tcBorders>
          </w:tcPr>
          <w:p>
            <w:pPr>
              <w:pStyle w:val="Bio2_Body"/>
            </w:pPr>
            <w:r>
              <w:t>[Compétence 1]</w:t>
            </w:r>
          </w:p>
        </w:tc>
        <w:tc>
          <w:tcPr>
            <w:tcW w:type="dxa" w:w="5213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val="nil"/>
              <w:top w:sz="8" w:val="single" w:color="E5E7EB" w:space="0"/>
              <w:right w:val="nil"/>
              <w:bottom w:sz="8" w:val="single" w:color="E5E7EB" w:space="0"/>
            </w:tcBorders>
          </w:tcPr>
          <w:p>
            <w:pPr>
              <w:pStyle w:val="Bio2_Body"/>
            </w:pPr>
            <w:r>
              <w:rPr>
                <w:b/>
                <w:color w:val="3F5E2E"/>
                <w:sz w:val="20"/>
              </w:rPr>
              <w:t>████████░░  (80%)</w:t>
            </w:r>
          </w:p>
        </w:tc>
      </w:tr>
      <w:tr>
        <w:tc>
          <w:tcPr>
            <w:tcW w:type="dxa" w:w="5213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val="nil"/>
              <w:top w:sz="8" w:val="single" w:color="E5E7EB" w:space="0"/>
              <w:right w:sz="8" w:val="single" w:color="E5E7EB" w:space="0"/>
              <w:bottom w:sz="8" w:val="single" w:color="E5E7EB" w:space="0"/>
            </w:tcBorders>
          </w:tcPr>
          <w:p>
            <w:pPr>
              <w:pStyle w:val="Bio2_Body"/>
            </w:pPr>
            <w:r>
              <w:t>[Compétence 2]</w:t>
            </w:r>
          </w:p>
        </w:tc>
        <w:tc>
          <w:tcPr>
            <w:tcW w:type="dxa" w:w="5213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val="nil"/>
              <w:top w:sz="8" w:val="single" w:color="E5E7EB" w:space="0"/>
              <w:right w:val="nil"/>
              <w:bottom w:sz="8" w:val="single" w:color="E5E7EB" w:space="0"/>
            </w:tcBorders>
          </w:tcPr>
          <w:p>
            <w:pPr>
              <w:pStyle w:val="Bio2_Body"/>
            </w:pPr>
            <w:r>
              <w:rPr>
                <w:b/>
                <w:color w:val="3F5E2E"/>
                <w:sz w:val="20"/>
              </w:rPr>
              <w:t>███████░░░  (70%)</w:t>
            </w:r>
          </w:p>
        </w:tc>
      </w:tr>
      <w:tr>
        <w:tc>
          <w:tcPr>
            <w:tcW w:type="dxa" w:w="5213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val="nil"/>
              <w:top w:sz="8" w:val="single" w:color="E5E7EB" w:space="0"/>
              <w:right w:sz="8" w:val="single" w:color="E5E7EB" w:space="0"/>
              <w:bottom w:sz="8" w:val="single" w:color="E5E7EB" w:space="0"/>
            </w:tcBorders>
          </w:tcPr>
          <w:p>
            <w:pPr>
              <w:pStyle w:val="Bio2_Body"/>
            </w:pPr>
            <w:r>
              <w:t>[Compétence 3]</w:t>
            </w:r>
          </w:p>
        </w:tc>
        <w:tc>
          <w:tcPr>
            <w:tcW w:type="dxa" w:w="5213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val="nil"/>
              <w:top w:sz="8" w:val="single" w:color="E5E7EB" w:space="0"/>
              <w:right w:val="nil"/>
              <w:bottom w:sz="8" w:val="single" w:color="E5E7EB" w:space="0"/>
            </w:tcBorders>
          </w:tcPr>
          <w:p>
            <w:pPr>
              <w:pStyle w:val="Bio2_Body"/>
            </w:pPr>
            <w:r>
              <w:rPr>
                <w:b/>
                <w:color w:val="3F5E2E"/>
                <w:sz w:val="20"/>
              </w:rPr>
              <w:t>█████████░  (90%)</w:t>
            </w:r>
          </w:p>
        </w:tc>
      </w:tr>
      <w:tr>
        <w:tc>
          <w:tcPr>
            <w:tcW w:type="dxa" w:w="5213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val="nil"/>
              <w:top w:sz="8" w:val="single" w:color="E5E7EB" w:space="0"/>
              <w:right w:sz="8" w:val="single" w:color="E5E7EB" w:space="0"/>
              <w:bottom w:sz="8" w:val="single" w:color="E5E7EB" w:space="0"/>
            </w:tcBorders>
          </w:tcPr>
          <w:p>
            <w:pPr>
              <w:pStyle w:val="Bio2_Body"/>
            </w:pPr>
            <w:r>
              <w:t>[Compétence 4]</w:t>
            </w:r>
          </w:p>
        </w:tc>
        <w:tc>
          <w:tcPr>
            <w:tcW w:type="dxa" w:w="5213"/>
            <w:tcMar>
              <w:top w:w="70" w:type="dxa"/>
              <w:start w:w="120" w:type="dxa"/>
              <w:bottom w:w="70" w:type="dxa"/>
              <w:end w:w="120" w:type="dxa"/>
            </w:tcMar>
            <w:tcBorders>
              <w:left w:val="nil"/>
              <w:top w:sz="8" w:val="single" w:color="E5E7EB" w:space="0"/>
              <w:right w:val="nil"/>
              <w:bottom w:sz="8" w:val="single" w:color="E5E7EB" w:space="0"/>
            </w:tcBorders>
          </w:tcPr>
          <w:p>
            <w:pPr>
              <w:pStyle w:val="Bio2_Body"/>
            </w:pPr>
            <w:r>
              <w:rPr>
                <w:b/>
                <w:color w:val="3F5E2E"/>
                <w:sz w:val="20"/>
              </w:rPr>
              <w:t>██████░░░░  (60%)</w:t>
            </w:r>
          </w:p>
        </w:tc>
      </w:tr>
    </w:tbl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10091"/>
      </w:tblGrid>
      <w:tr>
        <w:tc>
          <w:tcPr>
            <w:tcW w:type="dxa" w:w="10426"/>
            <w:shd w:val="clear" w:color="auto" w:fill="111827"/>
            <w:tcMar>
              <w:top w:w="120" w:type="dxa"/>
              <w:start w:w="160" w:type="dxa"/>
              <w:bottom w:w="120" w:type="dxa"/>
              <w:end w:w="160" w:type="dxa"/>
            </w:tcMar>
            <w:tcBorders>
              <w:left w:val="nil"/>
              <w:top w:val="nil"/>
              <w:right w:val="nil"/>
              <w:bottom w:val="nil"/>
            </w:tcBorders>
          </w:tcPr>
          <w:p>
            <w:pPr>
              <w:jc w:val="left"/>
            </w:pPr>
            <w:r>
              <w:rPr>
                <w:b/>
                <w:color w:val="C9A227"/>
                <w:sz w:val="32"/>
              </w:rPr>
              <w:t xml:space="preserve">“ </w:t>
            </w:r>
            <w:r>
              <w:rPr>
                <w:b/>
                <w:color w:val="FFFFFF"/>
                <w:sz w:val="21"/>
              </w:rPr>
              <w:t xml:space="preserve">Citation / mantra : </w:t>
            </w:r>
            <w:r>
              <w:rPr>
                <w:b w:val="0"/>
                <w:color w:val="D1D5DB"/>
                <w:sz w:val="21"/>
              </w:rPr>
              <w:t>[Une phrase qui résume votre approche. ]</w:t>
            </w:r>
            <w:r>
              <w:rPr>
                <w:b/>
                <w:color w:val="C9A227"/>
                <w:sz w:val="32"/>
              </w:rPr>
              <w:t xml:space="preserve"> ”</w:t>
            </w:r>
          </w:p>
        </w:tc>
      </w:tr>
    </w:tbl>
    <w:sectPr w:rsidR="00FC693F" w:rsidRPr="0006063C" w:rsidSect="00034616">
      <w:footerReference w:type="default" r:id="rId9"/>
      <w:pgSz w:w="12240" w:h="15840"/>
      <w:pgMar w:top="737" w:right="907" w:bottom="624" w:left="90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B7280"/>
        <w:sz w:val="18"/>
      </w:rPr>
      <w:t>lecoursgratuit.com  |  Modèle Biographie (Word)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Bio2_Title_White">
    <w:name w:val="Bio2_Title_White"/>
    <w:pPr>
      <w:spacing w:before="0" w:after="40" w:line="240" w:lineRule="auto"/>
    </w:pPr>
    <w:rPr>
      <w:rFonts w:ascii="Calibri" w:hAnsi="Calibri"/>
      <w:b/>
      <w:caps w:val="0"/>
      <w:color w:val="FFFFFF"/>
      <w:sz w:val="56"/>
    </w:rPr>
  </w:style>
  <w:style w:type="paragraph" w:customStyle="1" w:styleId="Bio2_Sub_White">
    <w:name w:val="Bio2_Sub_White"/>
    <w:pPr>
      <w:spacing w:before="0" w:after="0" w:line="240" w:lineRule="auto"/>
    </w:pPr>
    <w:rPr>
      <w:rFonts w:ascii="Calibri" w:hAnsi="Calibri"/>
      <w:b w:val="0"/>
      <w:caps w:val="0"/>
      <w:color w:val="FFFFFF"/>
      <w:sz w:val="24"/>
    </w:rPr>
  </w:style>
  <w:style w:type="paragraph" w:customStyle="1" w:styleId="Bio2_H1">
    <w:name w:val="Bio2_H1"/>
    <w:pPr>
      <w:spacing w:before="160" w:after="100" w:line="240" w:lineRule="auto"/>
    </w:pPr>
    <w:rPr>
      <w:rFonts w:ascii="Calibri" w:hAnsi="Calibri"/>
      <w:b/>
      <w:caps/>
      <w:color w:val="3F5E2E"/>
      <w:sz w:val="24"/>
    </w:rPr>
  </w:style>
  <w:style w:type="paragraph" w:customStyle="1" w:styleId="Bio2_H2">
    <w:name w:val="Bio2_H2"/>
    <w:pPr>
      <w:spacing w:before="120" w:after="60" w:line="240" w:lineRule="auto"/>
    </w:pPr>
    <w:rPr>
      <w:rFonts w:ascii="Calibri" w:hAnsi="Calibri"/>
      <w:b/>
      <w:caps w:val="0"/>
      <w:color w:val="1F2937"/>
      <w:sz w:val="22"/>
    </w:rPr>
  </w:style>
  <w:style w:type="paragraph" w:customStyle="1" w:styleId="Bio2_Body">
    <w:name w:val="Bio2_Body"/>
    <w:pPr>
      <w:spacing w:before="0" w:after="100" w:line="240" w:lineRule="auto"/>
    </w:pPr>
    <w:rPr>
      <w:rFonts w:ascii="Calibri" w:hAnsi="Calibri"/>
      <w:b w:val="0"/>
      <w:caps w:val="0"/>
      <w:color w:val="111827"/>
      <w:sz w:val="20"/>
    </w:rPr>
  </w:style>
  <w:style w:type="paragraph" w:customStyle="1" w:styleId="Bio2_Muted">
    <w:name w:val="Bio2_Muted"/>
    <w:pPr>
      <w:spacing w:before="0" w:after="40" w:line="240" w:lineRule="auto"/>
    </w:pPr>
    <w:rPr>
      <w:rFonts w:ascii="Calibri" w:hAnsi="Calibri"/>
      <w:b w:val="0"/>
      <w:caps w:val="0"/>
      <w:color w:val="6B7280"/>
      <w:sz w:val="19"/>
    </w:rPr>
  </w:style>
  <w:style w:type="paragraph" w:customStyle="1" w:styleId="Bio2_Small">
    <w:name w:val="Bio2_Small"/>
    <w:pPr>
      <w:spacing w:before="0" w:after="40" w:line="240" w:lineRule="auto"/>
    </w:pPr>
    <w:rPr>
      <w:rFonts w:ascii="Calibri" w:hAnsi="Calibri"/>
      <w:b w:val="0"/>
      <w:caps w:val="0"/>
      <w:color w:val="374151"/>
      <w:sz w:val="19"/>
    </w:rPr>
  </w:style>
  <w:style w:type="paragraph" w:customStyle="1" w:styleId="Bio2_Tag">
    <w:name w:val="Bio2_Tag"/>
    <w:pPr>
      <w:spacing w:before="0" w:after="0" w:line="240" w:lineRule="auto"/>
    </w:pPr>
    <w:rPr>
      <w:rFonts w:ascii="Calibri" w:hAnsi="Calibri"/>
      <w:b/>
      <w:caps w:val="0"/>
      <w:color w:val="FFFFFF"/>
      <w:sz w:val="19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