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80"/>
        <w:gridCol w:w="9184"/>
      </w:tblGrid>
      <w:tr>
        <w:tc>
          <w:tcPr>
            <w:tcW w:type="dxa" w:w="4933"/>
            <w:shd w:val="clear" w:color="auto" w:fill="1F2A44"/>
            <w:vAlign w:val="center"/>
            <w:tcBorders>
              <w:top w:val="nil" w:sz="8" w:space="0" w:color="000000"/>
              <w:left w:val="nil" w:sz="8" w:space="0" w:color="000000"/>
              <w:bottom w:val="nil" w:sz="8" w:space="0" w:color="000000"/>
              <w:right w:val="nil" w:sz="8" w:space="0" w:color="000000"/>
            </w:tcBorders>
          </w:tcPr>
          <w:p/>
        </w:tc>
        <w:tc>
          <w:tcPr>
            <w:tcW w:type="dxa" w:w="4933"/>
            <w:shd w:val="clear" w:color="auto" w:fill="F5F7FA"/>
            <w:vAlign w:val="center"/>
            <w:tcBorders>
              <w:top w:val="nil" w:sz="8" w:space="0" w:color="000000"/>
              <w:left w:val="nil" w:sz="8" w:space="0" w:color="000000"/>
              <w:bottom w:val="nil" w:sz="8" w:space="0" w:color="000000"/>
              <w:right w:val="nil" w:sz="8" w:space="0" w:color="000000"/>
            </w:tcBorders>
          </w:tcPr>
          <w:p>
            <w:pPr>
              <w:spacing w:before="0" w:after="40" w:line="240" w:lineRule="auto"/>
              <w:jc w:val="left"/>
            </w:pPr>
            <w:r>
              <w:rPr>
                <w:b/>
                <w:color w:val="1F2A44"/>
                <w:sz w:val="32"/>
              </w:rPr>
              <w:t>LETTRE DE DECLARATION</w:t>
            </w:r>
          </w:p>
          <w:p>
            <w:pPr>
              <w:spacing w:before="0" w:after="0" w:line="240" w:lineRule="auto"/>
            </w:pPr>
            <w:r>
              <w:rPr>
                <w:b/>
                <w:color w:val="1F2A44"/>
                <w:sz w:val="24"/>
              </w:rPr>
              <w:t>Changement de bureau / dirigeants</w:t>
            </w:r>
          </w:p>
          <w:p>
            <w:pPr>
              <w:spacing w:before="40" w:after="0" w:line="240" w:lineRule="auto"/>
            </w:pPr>
            <w:r>
              <w:rPr>
                <w:b/>
                <w:color w:val="1F2A44"/>
              </w:rPr>
              <w:t xml:space="preserve">Association : </w:t>
            </w:r>
            <w:r>
              <w:rPr>
                <w:b w:val="0"/>
              </w:rPr>
              <w:t>[NOM DE L’ASSOCIATION]</w:t>
            </w:r>
          </w:p>
          <w:p>
            <w:pPr>
              <w:spacing w:before="0" w:after="0" w:line="240" w:lineRule="auto"/>
            </w:pPr>
            <w:r>
              <w:rPr>
                <w:b/>
                <w:color w:val="1F2A44"/>
              </w:rPr>
              <w:t xml:space="preserve">N° RNA : </w:t>
            </w:r>
            <w:r>
              <w:rPr>
                <w:b w:val="0"/>
              </w:rPr>
              <w:t xml:space="preserve">[Wxxxxxxxxx]    </w:t>
            </w:r>
            <w:r>
              <w:rPr>
                <w:b/>
                <w:color w:val="1F2A44"/>
              </w:rPr>
              <w:t xml:space="preserve">SIRET (si applicable) : </w:t>
            </w:r>
            <w:r>
              <w:rPr>
                <w:b w:val="0"/>
              </w:rPr>
              <w:t>[xxxxxxxxxxxxx]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932"/>
        <w:gridCol w:w="4932"/>
      </w:tblGrid>
      <w:tr>
        <w:tc>
          <w:tcPr>
            <w:tcW w:type="dxa" w:w="4933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/>
            <w:r>
              <w:rPr>
                <w:b/>
                <w:color w:val="FFFFFF"/>
                <w:sz w:val="22"/>
              </w:rPr>
              <w:t>COORDONNEES DE L’ASSOCIATION</w:t>
            </w:r>
          </w:p>
        </w:tc>
        <w:tc>
          <w:tcPr>
            <w:tcW w:type="dxa" w:w="4933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/>
            <w:r>
              <w:rPr>
                <w:b/>
                <w:color w:val="FFFFFF"/>
                <w:sz w:val="22"/>
              </w:rPr>
              <w:t>DESTINATAIRE</w:t>
            </w:r>
          </w:p>
        </w:tc>
      </w:tr>
      <w:tr>
        <w:tc>
          <w:tcPr>
            <w:tcW w:type="dxa" w:w="4933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60" w:after="0" w:line="252" w:lineRule="auto"/>
            </w:pPr>
            <w:r>
              <w:rPr>
                <w:b/>
                <w:color w:val="1F2A44"/>
              </w:rPr>
              <w:t>[Nom de l’association]</w:t>
              <w:br/>
            </w:r>
            <w:r>
              <w:rPr>
                <w:b w:val="0"/>
              </w:rPr>
              <w:t>[Adresse complète]</w:t>
              <w:br/>
            </w:r>
            <w:r>
              <w:rPr>
                <w:b w:val="0"/>
              </w:rPr>
              <w:t>[Code postal] [Ville]</w:t>
              <w:br/>
            </w:r>
            <w:r>
              <w:rPr>
                <w:b w:val="0"/>
              </w:rPr>
              <w:t>Tél. : [Téléphone]    E-mail : [Email]</w:t>
              <w:br/>
            </w:r>
            <w:r>
              <w:rPr>
                <w:b/>
                <w:color w:val="1F2A44"/>
              </w:rPr>
              <w:t xml:space="preserve">Représentée par : </w:t>
            </w:r>
            <w:r>
              <w:rPr>
                <w:b w:val="0"/>
              </w:rPr>
              <w:t>[Nom – Prénom], [Qualité : Président(e) / Secrétaire]</w:t>
            </w:r>
          </w:p>
        </w:tc>
        <w:tc>
          <w:tcPr>
            <w:tcW w:type="dxa" w:w="4933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60" w:after="0" w:line="252" w:lineRule="auto"/>
            </w:pPr>
            <w:r>
              <w:rPr>
                <w:b/>
                <w:color w:val="1F2A44"/>
              </w:rPr>
              <w:t>Madame / Monsieur le Préfet</w:t>
              <w:br/>
            </w:r>
            <w:r>
              <w:rPr>
                <w:b w:val="0"/>
              </w:rPr>
              <w:t>[Préfecture / Sous-préfecture de …]</w:t>
              <w:br/>
            </w:r>
            <w:r>
              <w:rPr>
                <w:b w:val="0"/>
              </w:rPr>
              <w:t>[Adresse]</w:t>
              <w:br/>
            </w:r>
            <w:r>
              <w:rPr>
                <w:b w:val="0"/>
              </w:rPr>
              <w:t>[Code postal] [Ville]</w:t>
            </w:r>
          </w:p>
        </w:tc>
      </w:tr>
    </w:tbl>
    <w:p/>
    <w:p>
      <w:pPr>
        <w:spacing w:before="0" w:after="100" w:line="240" w:lineRule="auto"/>
        <w:jc w:val="right"/>
      </w:pPr>
      <w:r>
        <w:rPr>
          <w:b/>
          <w:color w:val="1F2A44"/>
        </w:rPr>
        <w:t>À [Ville], le [Date]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9866"/>
            <w:shd w:val="clear" w:color="auto" w:fill="D7B26A"/>
            <w:tcBorders>
              <w:top w:val="single" w:sz="8" w:space="0" w:color="D7B26A"/>
              <w:left w:val="single" w:sz="8" w:space="0" w:color="D7B26A"/>
              <w:bottom w:val="single" w:sz="8" w:space="0" w:color="D7B26A"/>
              <w:right w:val="single" w:sz="8" w:space="0" w:color="D7B26A"/>
            </w:tcBorders>
          </w:tcPr>
          <w:p>
            <w:pPr>
              <w:spacing w:before="60" w:after="60" w:line="240" w:lineRule="auto"/>
            </w:pPr>
            <w:r>
              <w:rPr>
                <w:b/>
                <w:color w:val="1F2A44"/>
              </w:rPr>
              <w:t xml:space="preserve">Objet : Déclaration de changement de bureau / dirigeants – </w:t>
            </w:r>
            <w:r>
              <w:rPr>
                <w:b/>
                <w:color w:val="1F2A44"/>
              </w:rPr>
              <w:t>[Nom de l’association]</w:t>
            </w:r>
          </w:p>
        </w:tc>
      </w:tr>
    </w:tbl>
    <w:p/>
    <w:p>
      <w:pPr>
        <w:spacing w:before="0" w:after="120" w:line="276" w:lineRule="auto"/>
      </w:pPr>
      <w:r>
        <w:t>Madame, Monsieur,</w:t>
      </w:r>
    </w:p>
    <w:p>
      <w:pPr>
        <w:spacing w:before="0" w:after="120" w:line="276" w:lineRule="auto"/>
      </w:pPr>
      <w:r>
        <w:rPr>
          <w:b w:val="0"/>
          <w:color w:val="000000"/>
        </w:rPr>
        <w:t xml:space="preserve">Par la présente, l’association </w:t>
      </w:r>
      <w:r>
        <w:rPr>
          <w:b/>
          <w:color w:val="1F2A44"/>
        </w:rPr>
        <w:t>[Nom de l’association]</w:t>
      </w:r>
      <w:r>
        <w:rPr>
          <w:b w:val="0"/>
          <w:color w:val="000000"/>
        </w:rPr>
        <w:t xml:space="preserve">, déclarée sous le numéro </w:t>
      </w:r>
      <w:r>
        <w:rPr>
          <w:b/>
          <w:color w:val="1F2A44"/>
        </w:rPr>
        <w:t>[RNA]</w:t>
      </w:r>
      <w:r>
        <w:rPr>
          <w:b w:val="0"/>
          <w:color w:val="000000"/>
        </w:rPr>
        <w:t xml:space="preserve">, domiciliée au </w:t>
      </w:r>
      <w:r>
        <w:rPr>
          <w:b/>
          <w:color w:val="1F2A44"/>
        </w:rPr>
        <w:t>[Adresse complète]</w:t>
      </w:r>
      <w:r>
        <w:rPr>
          <w:b w:val="0"/>
          <w:color w:val="000000"/>
        </w:rPr>
        <w:t xml:space="preserve">, vous informe de la mise à jour de la composition de son bureau, décidée à l’issue de </w:t>
      </w:r>
      <w:r>
        <w:rPr>
          <w:b/>
          <w:color w:val="1F2A44"/>
        </w:rPr>
        <w:t>[l’Assemblée Générale / la réunion du Conseil d’Administration]</w:t>
      </w:r>
      <w:r>
        <w:rPr>
          <w:b w:val="0"/>
          <w:color w:val="000000"/>
        </w:rPr>
        <w:t xml:space="preserve"> tenue le </w:t>
      </w:r>
      <w:r>
        <w:rPr>
          <w:b/>
          <w:color w:val="1F2A44"/>
        </w:rPr>
        <w:t>[Date]</w:t>
      </w:r>
      <w:r>
        <w:rPr>
          <w:b w:val="0"/>
          <w:color w:val="000000"/>
        </w:rPr>
        <w:t xml:space="preserve"> à </w:t>
      </w:r>
      <w:r>
        <w:rPr>
          <w:b/>
          <w:color w:val="1F2A44"/>
        </w:rPr>
        <w:t>[Lieu].</w:t>
      </w:r>
    </w:p>
    <w:p>
      <w:pPr>
        <w:spacing w:before="0" w:after="120" w:line="276" w:lineRule="auto"/>
      </w:pPr>
      <w:r>
        <w:rPr>
          <w:b w:val="0"/>
          <w:color w:val="000000"/>
        </w:rPr>
        <w:t xml:space="preserve">À compter du </w:t>
      </w:r>
      <w:r>
        <w:rPr>
          <w:b/>
          <w:color w:val="1F2A44"/>
        </w:rPr>
        <w:t>[Date d’effet]</w:t>
      </w:r>
      <w:r>
        <w:rPr>
          <w:b w:val="0"/>
          <w:color w:val="000000"/>
        </w:rPr>
        <w:t>, le bureau de l’association est désormais composé comme suit :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2891"/>
        <w:gridCol w:w="3061"/>
        <w:gridCol w:w="2211"/>
      </w:tblGrid>
      <w:tr>
        <w:tc>
          <w:tcPr>
            <w:tcW w:type="dxa" w:w="2466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color w:val="FFFFFF"/>
                <w:sz w:val="20"/>
              </w:rPr>
              <w:t>Fonction</w:t>
            </w:r>
          </w:p>
        </w:tc>
        <w:tc>
          <w:tcPr>
            <w:tcW w:type="dxa" w:w="2466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color w:val="FFFFFF"/>
                <w:sz w:val="20"/>
              </w:rPr>
              <w:t>Nom – Prénom</w:t>
            </w:r>
          </w:p>
        </w:tc>
        <w:tc>
          <w:tcPr>
            <w:tcW w:type="dxa" w:w="2466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color w:val="FFFFFF"/>
                <w:sz w:val="20"/>
              </w:rPr>
              <w:t>Date et lieu de naissance</w:t>
            </w:r>
          </w:p>
        </w:tc>
        <w:tc>
          <w:tcPr>
            <w:tcW w:type="dxa" w:w="2466"/>
            <w:shd w:val="clear" w:color="auto" w:fill="1F2A44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color w:val="FFFFFF"/>
                <w:sz w:val="20"/>
              </w:rPr>
              <w:t>Adresse</w:t>
            </w:r>
          </w:p>
        </w:tc>
      </w:tr>
      <w:tr>
        <w:tc>
          <w:tcPr>
            <w:tcW w:type="dxa" w:w="170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Président(e)</w:t>
            </w:r>
          </w:p>
        </w:tc>
        <w:tc>
          <w:tcPr>
            <w:tcW w:type="dxa" w:w="289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[Nom – Prénom]</w:t>
            </w:r>
          </w:p>
        </w:tc>
        <w:tc>
          <w:tcPr>
            <w:tcW w:type="dxa" w:w="306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[JJ/MM/AAAA – Ville/Pays]</w:t>
            </w:r>
          </w:p>
        </w:tc>
        <w:tc>
          <w:tcPr>
            <w:tcW w:type="dxa" w:w="221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[Adresse complète]</w:t>
            </w:r>
          </w:p>
        </w:tc>
      </w:tr>
      <w:tr>
        <w:tc>
          <w:tcPr>
            <w:tcW w:type="dxa" w:w="170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Trésorier(ère)</w:t>
            </w:r>
          </w:p>
        </w:tc>
        <w:tc>
          <w:tcPr>
            <w:tcW w:type="dxa" w:w="289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[Nom – Prénom]</w:t>
            </w:r>
          </w:p>
        </w:tc>
        <w:tc>
          <w:tcPr>
            <w:tcW w:type="dxa" w:w="306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[JJ/MM/AAAA – Ville/Pays]</w:t>
            </w:r>
          </w:p>
        </w:tc>
        <w:tc>
          <w:tcPr>
            <w:tcW w:type="dxa" w:w="221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[Adresse complète]</w:t>
            </w:r>
          </w:p>
        </w:tc>
      </w:tr>
      <w:tr>
        <w:tc>
          <w:tcPr>
            <w:tcW w:type="dxa" w:w="170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Secrétaire</w:t>
            </w:r>
          </w:p>
        </w:tc>
        <w:tc>
          <w:tcPr>
            <w:tcW w:type="dxa" w:w="289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[Nom – Prénom]</w:t>
            </w:r>
          </w:p>
        </w:tc>
        <w:tc>
          <w:tcPr>
            <w:tcW w:type="dxa" w:w="306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[JJ/MM/AAAA – Ville/Pays]</w:t>
            </w:r>
          </w:p>
        </w:tc>
        <w:tc>
          <w:tcPr>
            <w:tcW w:type="dxa" w:w="221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[Adresse complète]</w:t>
            </w:r>
          </w:p>
        </w:tc>
      </w:tr>
      <w:tr>
        <w:tc>
          <w:tcPr>
            <w:tcW w:type="dxa" w:w="170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Autre : [à préciser]</w:t>
            </w:r>
          </w:p>
        </w:tc>
        <w:tc>
          <w:tcPr>
            <w:tcW w:type="dxa" w:w="289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[Nom – Prénom]</w:t>
            </w:r>
          </w:p>
        </w:tc>
        <w:tc>
          <w:tcPr>
            <w:tcW w:type="dxa" w:w="306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[JJ/MM/AAAA – Ville/Pays]</w:t>
            </w:r>
          </w:p>
        </w:tc>
        <w:tc>
          <w:tcPr>
            <w:tcW w:type="dxa" w:w="2211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40" w:after="40" w:line="240" w:lineRule="auto"/>
            </w:pPr>
            <w:r>
              <w:rPr>
                <w:sz w:val="20"/>
              </w:rPr>
              <w:t>[Adresse complète]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9866"/>
            <w:shd w:val="clear" w:color="auto" w:fill="F5F7FA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60" w:after="0" w:line="240" w:lineRule="auto"/>
            </w:pPr>
            <w:r>
              <w:rPr>
                <w:b/>
                <w:color w:val="1F2A44"/>
              </w:rPr>
              <w:t>Pièces jointes (à cocher) :</w:t>
            </w:r>
          </w:p>
          <w:p>
            <w:pPr>
              <w:spacing w:before="0" w:after="0" w:line="240" w:lineRule="auto"/>
            </w:pPr>
            <w:r>
              <w:rPr>
                <w:sz w:val="20"/>
              </w:rPr>
              <w:t>☐ Procès-verbal (AG/CA) mentionnant l’élection / nomination du nouveau bureau</w:t>
            </w:r>
          </w:p>
          <w:p>
            <w:pPr>
              <w:spacing w:before="0" w:after="0" w:line="240" w:lineRule="auto"/>
            </w:pPr>
            <w:r>
              <w:rPr>
                <w:sz w:val="20"/>
              </w:rPr>
              <w:t>☐ Liste des dirigeants mise à jour, datée et signée</w:t>
            </w:r>
          </w:p>
          <w:p>
            <w:pPr>
              <w:spacing w:before="0" w:after="0" w:line="240" w:lineRule="auto"/>
            </w:pPr>
            <w:r>
              <w:rPr>
                <w:sz w:val="20"/>
              </w:rPr>
              <w:t>☐ Statuts mis à jour (si modification statutaire)</w:t>
            </w:r>
          </w:p>
          <w:p>
            <w:pPr>
              <w:spacing w:before="0" w:after="0" w:line="240" w:lineRule="auto"/>
            </w:pPr>
            <w:r>
              <w:rPr>
                <w:sz w:val="20"/>
              </w:rPr>
              <w:t>☐ Autre : [à préciser]</w:t>
            </w:r>
          </w:p>
        </w:tc>
      </w:tr>
    </w:tbl>
    <w:p/>
    <w:p>
      <w:pPr>
        <w:spacing w:before="0" w:after="120" w:line="276" w:lineRule="auto"/>
      </w:pPr>
      <w:r>
        <w:t>Nous vous remercions de bien vouloir enregistrer cette modification et mettre à jour le dossier administratif de l’association.</w:t>
      </w:r>
    </w:p>
    <w:p>
      <w:pPr>
        <w:spacing w:before="0" w:after="120" w:line="276" w:lineRule="auto"/>
      </w:pPr>
      <w:r>
        <w:t>Je vous prie d’agréer, Madame, Monsieur, l’expression de ma considération distinguée.</w:t>
      </w:r>
    </w:p>
    <w:tbl>
      <w:tblPr>
        <w:tblW w:type="auto" w:w="0"/>
        <w:jc w:val="right"/>
        <w:tblLayout w:type="fixed"/>
        <w:tblLook w:firstColumn="1" w:firstRow="1" w:lastColumn="0" w:lastRow="0" w:noHBand="0" w:noVBand="1" w:val="04A0"/>
      </w:tblPr>
      <w:tblGrid>
        <w:gridCol w:w="4649"/>
      </w:tblGrid>
      <w:tr>
        <w:tc>
          <w:tcPr>
            <w:tcW w:type="dxa" w:w="9866"/>
            <w:shd w:val="clear" w:color="auto" w:fill="FFFFFF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60" w:after="0" w:line="240" w:lineRule="auto"/>
            </w:pPr>
            <w:r>
              <w:rPr>
                <w:b/>
                <w:color w:val="1F2A44"/>
                <w:sz w:val="20"/>
              </w:rPr>
              <w:t>Signature :</w:t>
            </w:r>
          </w:p>
          <w:p>
            <w:pPr>
              <w:spacing w:before="0" w:after="40" w:line="240" w:lineRule="auto"/>
            </w:pPr>
            <w:r>
              <w:rPr>
                <w:color w:val="666666"/>
                <w:sz w:val="20"/>
              </w:rPr>
              <w:t>[Espace signature]</w:t>
            </w:r>
          </w:p>
          <w:p>
            <w:pPr>
              <w:spacing w:before="0" w:after="0" w:line="240" w:lineRule="auto"/>
            </w:pPr>
            <w:r>
              <w:rPr>
                <w:b/>
                <w:color w:val="1F2A44"/>
                <w:sz w:val="20"/>
              </w:rPr>
              <w:t xml:space="preserve">Nom – Prénom : </w:t>
            </w:r>
            <w:r>
              <w:rPr>
                <w:b w:val="0"/>
                <w:sz w:val="20"/>
              </w:rPr>
              <w:t>[Nom – Prénom]</w:t>
            </w:r>
          </w:p>
          <w:p>
            <w:pPr>
              <w:spacing w:before="0" w:after="0" w:line="240" w:lineRule="auto"/>
            </w:pPr>
            <w:r>
              <w:rPr>
                <w:b/>
                <w:color w:val="1F2A44"/>
                <w:sz w:val="20"/>
              </w:rPr>
              <w:t xml:space="preserve">Qualité : </w:t>
            </w:r>
            <w:r>
              <w:rPr>
                <w:b w:val="0"/>
                <w:sz w:val="20"/>
              </w:rPr>
              <w:t>[Président(e) / Secrétaire / Mandataire]</w:t>
            </w:r>
          </w:p>
          <w:p>
            <w:pPr>
              <w:spacing w:before="0" w:after="60" w:line="240" w:lineRule="auto"/>
            </w:pPr>
            <w:r>
              <w:rPr>
                <w:b/>
                <w:color w:val="1F2A44"/>
                <w:sz w:val="20"/>
              </w:rPr>
              <w:t xml:space="preserve">Pour l’association : </w:t>
            </w:r>
            <w:r>
              <w:rPr>
                <w:b w:val="0"/>
                <w:sz w:val="20"/>
              </w:rPr>
              <w:t>[Nom de l’association]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134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88888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