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1F4E79"/>
            <w:vAlign w:val="center"/>
          </w:tcPr>
          <w:p>
            <w:pPr>
              <w:spacing w:before="80" w:after="80" w:line="240" w:lineRule="auto"/>
              <w:jc w:val="center"/>
            </w:pPr>
            <w:r>
              <w:rPr>
                <w:b/>
                <w:color w:val="FFFFFF"/>
                <w:sz w:val="30"/>
              </w:rPr>
              <w:t>DÉCLARATION DE CHANGEMENT DE BUREAU</w:t>
              <w:br/>
              <w:t>Association loi 1901</w:t>
            </w:r>
          </w:p>
        </w:tc>
      </w:tr>
    </w:tbl>
    <w:p>
      <w:pPr>
        <w:spacing w:before="0" w:after="120" w:line="259" w:lineRule="auto"/>
      </w:pPr>
      <w:r>
        <w:rPr>
          <w:i/>
          <w:color w:val="595959"/>
        </w:rPr>
        <w:t>Document à compléter puis à adresser à la Préfecture / Sous-préfecture compétente.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E9EFF7"/>
            <w:vAlign w:val="center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0" w:after="0" w:line="252" w:lineRule="auto"/>
              <w:jc w:val="center"/>
            </w:pPr>
            <w:r>
              <w:rPr>
                <w:b/>
                <w:color w:val="1F4E79"/>
                <w:sz w:val="20"/>
              </w:rPr>
              <w:t>Association (expéditeur)</w:t>
            </w:r>
          </w:p>
        </w:tc>
        <w:tc>
          <w:tcPr>
            <w:tcW w:type="dxa" w:w="5156"/>
            <w:shd w:val="clear" w:color="auto" w:fill="E9EFF7"/>
            <w:vAlign w:val="center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0" w:after="0" w:line="252" w:lineRule="auto"/>
              <w:jc w:val="center"/>
            </w:pPr>
            <w:r>
              <w:rPr>
                <w:b/>
                <w:color w:val="1F4E79"/>
                <w:sz w:val="20"/>
              </w:rPr>
              <w:t>Préfecture / Sous-préfecture (destinataire)</w:t>
            </w:r>
          </w:p>
        </w:tc>
      </w:tr>
      <w:tr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0" w:after="0" w:line="252" w:lineRule="auto"/>
            </w:pPr>
            <w:r>
              <w:rPr>
                <w:sz w:val="20"/>
              </w:rPr>
              <w:t>Nom de l’association : [NOM]</w:t>
              <w:br/>
              <w:t>Adresse : [ADRESSE COMPLÈTE]</w:t>
              <w:br/>
              <w:t>E-mail : [EMAIL] | Tél. : [TÉLÉPHONE]</w:t>
              <w:br/>
              <w:t>N° RNA : [WXXXXXXXXX] (et/ou SIRET : [SIRET])</w:t>
            </w:r>
          </w:p>
        </w:tc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0" w:after="0" w:line="252" w:lineRule="auto"/>
            </w:pPr>
            <w:r>
              <w:rPr>
                <w:sz w:val="20"/>
              </w:rPr>
              <w:t>Préfecture / Sous-préfecture de : [VILLE]</w:t>
              <w:br/>
              <w:t>Service : [SERVICE / BUREAU DES ASSOCIATIONS]</w:t>
              <w:br/>
              <w:t>Adresse : [ADRESSE PRÉFECTURE]</w:t>
              <w:br/>
              <w:t>Code postal – Ville : [CP] [VILLE]</w:t>
            </w:r>
          </w:p>
        </w:tc>
      </w:tr>
    </w:tbl>
    <w:p>
      <w:pPr>
        <w:spacing w:before="40" w:after="80" w:line="240" w:lineRule="auto"/>
        <w:jc w:val="right"/>
      </w:pPr>
      <w:r>
        <w:rPr>
          <w:b/>
          <w:color w:val="1F4E79"/>
        </w:rPr>
        <w:t>[VILLE], le [DATE]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F3F6FB"/>
            <w:tcBorders>
              <w:top w:val="single" w:sz="10" w:color="B4C6E7"/>
              <w:left w:val="single" w:sz="10" w:color="B4C6E7"/>
              <w:bottom w:val="single" w:sz="10" w:color="B4C6E7"/>
              <w:right w:val="single" w:sz="10" w:color="B4C6E7"/>
            </w:tcBorders>
          </w:tcPr>
          <w:p>
            <w:pPr>
              <w:spacing w:before="80" w:after="80" w:line="240" w:lineRule="auto"/>
            </w:pPr>
            <w:r>
              <w:rPr>
                <w:b/>
                <w:color w:val="1F4E79"/>
                <w:sz w:val="21"/>
              </w:rPr>
              <w:t>Objet : Déclaration de changement de bureau / dirigeants – Association [NOM]</w:t>
            </w:r>
          </w:p>
        </w:tc>
      </w:tr>
    </w:tbl>
    <w:p>
      <w:pPr>
        <w:spacing w:before="0" w:after="40" w:line="269" w:lineRule="auto"/>
      </w:pPr>
      <w:r>
        <w:t>Madame, Monsieur,</w:t>
      </w:r>
    </w:p>
    <w:p>
      <w:pPr>
        <w:spacing w:before="0" w:after="60" w:line="269" w:lineRule="auto"/>
      </w:pPr>
      <w:r>
        <w:t>Par la présente, l’association [NOM], déclarée sous le numéro [RNA], domiciliée au [ADRESSE], vous informe de la mise à jour de la composition de son bureau, décidée à l’issue de [L’ASSEMBLÉE GÉNÉRALE / LA RÉUNION DU CONSEIL D’ADMINISTRATION] tenue le [DATE RÉUNION] à [LIEU].</w:t>
      </w:r>
    </w:p>
    <w:p>
      <w:pPr>
        <w:spacing w:before="0" w:after="80" w:line="269" w:lineRule="auto"/>
      </w:pPr>
      <w:r>
        <w:t>Cette modification prend effet à compter du [DATE D’EFFET]. Le bureau de l’association est désormais composé comme suit :</w:t>
      </w:r>
    </w:p>
    <w:p>
      <w:pPr>
        <w:spacing w:before="0" w:after="80" w:line="259" w:lineRule="auto"/>
      </w:pPr>
      <w:r>
        <w:rPr>
          <w:b/>
          <w:color w:val="1F4E79"/>
          <w:sz w:val="25"/>
        </w:rPr>
        <w:t>Composition du bureau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62"/>
        <w:gridCol w:w="2062"/>
        <w:gridCol w:w="2062"/>
        <w:gridCol w:w="2062"/>
        <w:gridCol w:w="2062"/>
      </w:tblGrid>
      <w:tr>
        <w:tc>
          <w:tcPr>
            <w:tcW w:type="dxa" w:w="2062"/>
            <w:shd w:val="clear" w:color="auto" w:fill="1F4E79"/>
            <w:vAlign w:val="center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b/>
                <w:color w:val="FFFFFF"/>
                <w:sz w:val="19"/>
              </w:rPr>
              <w:t>Fonction</w:t>
            </w:r>
          </w:p>
        </w:tc>
        <w:tc>
          <w:tcPr>
            <w:tcW w:type="dxa" w:w="2062"/>
            <w:shd w:val="clear" w:color="auto" w:fill="1F4E79"/>
            <w:vAlign w:val="center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b/>
                <w:color w:val="FFFFFF"/>
                <w:sz w:val="19"/>
              </w:rPr>
              <w:t>Nom – Prénom</w:t>
            </w:r>
          </w:p>
        </w:tc>
        <w:tc>
          <w:tcPr>
            <w:tcW w:type="dxa" w:w="2062"/>
            <w:shd w:val="clear" w:color="auto" w:fill="1F4E79"/>
            <w:vAlign w:val="center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b/>
                <w:color w:val="FFFFFF"/>
                <w:sz w:val="19"/>
              </w:rPr>
              <w:t>Date et lieu de naissance</w:t>
            </w:r>
          </w:p>
        </w:tc>
        <w:tc>
          <w:tcPr>
            <w:tcW w:type="dxa" w:w="2062"/>
            <w:shd w:val="clear" w:color="auto" w:fill="1F4E79"/>
            <w:vAlign w:val="center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b/>
                <w:color w:val="FFFFFF"/>
                <w:sz w:val="19"/>
              </w:rPr>
              <w:t>Nationalité</w:t>
            </w:r>
          </w:p>
        </w:tc>
        <w:tc>
          <w:tcPr>
            <w:tcW w:type="dxa" w:w="2062"/>
            <w:shd w:val="clear" w:color="auto" w:fill="1F4E79"/>
            <w:vAlign w:val="center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b/>
                <w:color w:val="FFFFFF"/>
                <w:sz w:val="19"/>
              </w:rPr>
              <w:t>Adresse</w:t>
            </w:r>
          </w:p>
        </w:tc>
      </w:tr>
      <w:tr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Président(e)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[Nom – Prénom]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[JJ/MM/AAAA] – [Ville/Pays]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[Nationalité]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[Adresse complète]</w:t>
            </w:r>
          </w:p>
        </w:tc>
      </w:tr>
      <w:tr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Trésorier(ère)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[Nom – Prénom]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[JJ/MM/AAAA] – [Ville/Pays]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[Nationalité]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[Adresse complète]</w:t>
            </w:r>
          </w:p>
        </w:tc>
      </w:tr>
      <w:tr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Secrétaire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[Nom – Prénom]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[JJ/MM/AAAA] – [Ville/Pays]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[Nationalité]</w:t>
            </w:r>
          </w:p>
        </w:tc>
        <w:tc>
          <w:tcPr>
            <w:tcW w:type="dxa" w:w="2062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[Adresse complète]</w:t>
            </w:r>
          </w:p>
        </w:tc>
      </w:tr>
    </w:tbl>
    <w:p>
      <w:pPr>
        <w:spacing w:before="0" w:after="80" w:line="269" w:lineRule="auto"/>
      </w:pPr>
      <w:r>
        <w:t>Autres fonctions éventuelles (vice-présidence, adjoints, membres du bureau) : [à préciser si nécessaire].</w:t>
      </w:r>
    </w:p>
    <w:p>
      <w:pPr>
        <w:spacing w:before="0" w:after="40" w:line="269" w:lineRule="auto"/>
      </w:pPr>
      <w:r>
        <w:t>Nous vous remercions de bien vouloir enregistrer cette modification et mettre à jour le dossier administratif de l’association.</w:t>
      </w:r>
    </w:p>
    <w:p>
      <w:pPr>
        <w:spacing w:before="0" w:after="60" w:line="269" w:lineRule="auto"/>
      </w:pPr>
      <w:r>
        <w:t>Pièces jointes (à cocher)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E9EFF7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sz w:val="19"/>
              </w:rPr>
              <w:t>□</w:t>
            </w:r>
          </w:p>
        </w:tc>
        <w:tc>
          <w:tcPr>
            <w:tcW w:type="dxa" w:w="5156"/>
            <w:shd w:val="clear" w:color="auto" w:fill="E9EFF7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b/>
                <w:color w:val="1F4E79"/>
                <w:sz w:val="19"/>
              </w:rPr>
              <w:t>Pièces jointes</w:t>
            </w:r>
          </w:p>
        </w:tc>
      </w:tr>
      <w:tr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sz w:val="19"/>
              </w:rPr>
              <w:t>□</w:t>
            </w:r>
          </w:p>
        </w:tc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Procès-verbal de [AG/CA] mentionnant l’élection / nomination du nouveau bureau</w:t>
            </w:r>
          </w:p>
        </w:tc>
      </w:tr>
      <w:tr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sz w:val="19"/>
              </w:rPr>
              <w:t>□</w:t>
            </w:r>
          </w:p>
        </w:tc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Liste des dirigeants mise à jour, datée et signée</w:t>
            </w:r>
          </w:p>
        </w:tc>
      </w:tr>
      <w:tr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sz w:val="19"/>
              </w:rPr>
              <w:t>□</w:t>
            </w:r>
          </w:p>
        </w:tc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Statuts mis à jour (uniquement si une modification statutaire a été adoptée)</w:t>
            </w:r>
          </w:p>
        </w:tc>
      </w:tr>
      <w:tr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  <w:jc w:val="center"/>
            </w:pPr>
            <w:r>
              <w:rPr>
                <w:sz w:val="19"/>
              </w:rPr>
              <w:t>□</w:t>
            </w:r>
          </w:p>
        </w:tc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20" w:after="20" w:line="240" w:lineRule="auto"/>
            </w:pPr>
            <w:r>
              <w:rPr>
                <w:sz w:val="19"/>
              </w:rPr>
              <w:t>Autre(s) pièce(s) : [à préciser]</w:t>
            </w:r>
          </w:p>
        </w:tc>
      </w:tr>
    </w:tbl>
    <w:p>
      <w:pPr>
        <w:spacing w:before="0" w:after="80" w:line="269" w:lineRule="auto"/>
      </w:pPr>
      <w:r>
        <w:t>Restant à votre disposition pour tout complément, je vous prie d’agréer, Madame, Monsieur, l’expression de ma considération distinguée.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40" w:after="40" w:line="252" w:lineRule="auto"/>
            </w:pPr>
            <w:r>
              <w:rPr>
                <w:b/>
                <w:sz w:val="20"/>
              </w:rPr>
              <w:t>Signature :</w:t>
              <w:br/>
              <w:t>[Nom – Prénom]</w:t>
              <w:br/>
              <w:t>Qualité : [Président(e) / Secrétaire / Mandataire]</w:t>
            </w:r>
          </w:p>
        </w:tc>
        <w:tc>
          <w:tcPr>
            <w:tcW w:type="dxa" w:w="5156"/>
            <w:tcBorders>
              <w:top w:val="single" w:sz="8" w:color="D9D9D9"/>
              <w:left w:val="single" w:sz="8" w:color="D9D9D9"/>
              <w:bottom w:val="single" w:sz="8" w:color="D9D9D9"/>
              <w:right w:val="single" w:sz="8" w:color="D9D9D9"/>
            </w:tcBorders>
          </w:tcPr>
          <w:p>
            <w:pPr>
              <w:spacing w:before="40" w:after="40" w:line="252" w:lineRule="auto"/>
            </w:pPr>
            <w:r>
              <w:rPr>
                <w:b/>
                <w:sz w:val="20"/>
              </w:rPr>
              <w:t>Pour l’association :</w:t>
              <w:br/>
              <w:t>[NOM DE L’ASSOCIATION]</w:t>
              <w:br/>
              <w:t>Cachet (si disponible)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64" w:right="964" w:bottom="964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F7F7F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