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shd w:fill="1F4E79"/>
            <w:vAlign w:val="center"/>
            <w:tcBorders>
              <w:left w:sz="6" w:val="single" w:color="1F4E79"/>
              <w:top w:sz="6" w:val="single" w:color="1F4E79"/>
              <w:right w:sz="6" w:val="single" w:color="1F4E79"/>
              <w:bottom w:sz="6" w:val="single" w:color="1F4E79"/>
            </w:tcBorders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32"/>
              </w:rPr>
              <w:t>Formulaire d'embauche</w:t>
              <w:br/>
            </w:r>
            <w:r>
              <w:rPr>
                <w:rFonts w:ascii="Calibri" w:hAnsi="Calibri"/>
                <w:color w:val="E6F0FF"/>
                <w:sz w:val="21"/>
              </w:rPr>
              <w:t>Collecte et validation des informations avant contrat (CDI, CDD, alternance, stage)</w:t>
            </w:r>
          </w:p>
        </w:tc>
        <w:tc>
          <w:tcPr>
            <w:tcW w:type="dxa" w:w="4986"/>
            <w:shd w:fill="1F4E79"/>
            <w:vAlign w:val="center"/>
            <w:tcBorders>
              <w:left w:sz="6" w:val="single" w:color="1F4E79"/>
              <w:top w:sz="6" w:val="single" w:color="1F4E79"/>
              <w:right w:sz="6" w:val="single" w:color="1F4E79"/>
              <w:bottom w:sz="6" w:val="single" w:color="1F4E79"/>
            </w:tcBorders>
          </w:tcPr>
          <w:p>
            <w:pPr>
              <w:jc w:val="right"/>
            </w:pPr>
            <w:r>
              <w:rPr>
                <w:rFonts w:ascii="Calibri" w:hAnsi="Calibri"/>
                <w:b/>
                <w:color w:val="FFFFFF"/>
                <w:sz w:val="21"/>
              </w:rPr>
              <w:t>Référence : RH-FE-01</w:t>
              <w:br/>
            </w:r>
            <w:r>
              <w:rPr>
                <w:rFonts w:ascii="Calibri" w:hAnsi="Calibri"/>
                <w:color w:val="E6F0FF"/>
                <w:sz w:val="19"/>
              </w:rPr>
              <w:t>Confidentiel - Usage interne</w:t>
            </w:r>
          </w:p>
        </w:tc>
      </w:tr>
    </w:tbl>
    <w:p/>
    <w:p>
      <w:pPr>
        <w:pStyle w:val="Heading1"/>
      </w:pPr>
      <w:r>
        <w:rPr>
          <w:rFonts w:ascii="Calibri" w:hAnsi="Calibri"/>
        </w:rPr>
        <w:t>1. Informations employeur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3402"/>
            <w:vAlign w:val="center"/>
            <w:shd w:fill="F6F8FC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sz w:val="21"/>
              </w:rPr>
              <w:t>Raison sociale</w:t>
            </w:r>
          </w:p>
        </w:tc>
        <w:tc>
          <w:tcPr>
            <w:tcW w:type="dxa" w:w="6236"/>
            <w:vAlign w:val="center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sz w:val="21"/>
              </w:rPr>
              <w:t>..............................................................</w:t>
            </w:r>
          </w:p>
        </w:tc>
      </w:tr>
      <w:tr>
        <w:tc>
          <w:tcPr>
            <w:tcW w:type="dxa" w:w="3402"/>
            <w:vAlign w:val="center"/>
            <w:shd w:fill="F6F8FC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sz w:val="21"/>
              </w:rPr>
              <w:t>Adresse</w:t>
            </w:r>
          </w:p>
        </w:tc>
        <w:tc>
          <w:tcPr>
            <w:tcW w:type="dxa" w:w="6236"/>
            <w:vAlign w:val="center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sz w:val="21"/>
              </w:rPr>
              <w:t>..............................................................</w:t>
            </w:r>
          </w:p>
        </w:tc>
      </w:tr>
      <w:tr>
        <w:tc>
          <w:tcPr>
            <w:tcW w:type="dxa" w:w="3402"/>
            <w:vAlign w:val="center"/>
            <w:shd w:fill="F6F8FC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sz w:val="21"/>
              </w:rPr>
              <w:t>SIRET / ICE</w:t>
            </w:r>
          </w:p>
        </w:tc>
        <w:tc>
          <w:tcPr>
            <w:tcW w:type="dxa" w:w="6236"/>
            <w:vAlign w:val="center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sz w:val="21"/>
              </w:rPr>
              <w:t>..............................................................</w:t>
            </w:r>
          </w:p>
        </w:tc>
      </w:tr>
      <w:tr>
        <w:tc>
          <w:tcPr>
            <w:tcW w:type="dxa" w:w="3402"/>
            <w:vAlign w:val="center"/>
            <w:shd w:fill="F6F8FC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sz w:val="21"/>
              </w:rPr>
              <w:t>Contact RH</w:t>
            </w:r>
          </w:p>
        </w:tc>
        <w:tc>
          <w:tcPr>
            <w:tcW w:type="dxa" w:w="6236"/>
            <w:vAlign w:val="center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sz w:val="21"/>
              </w:rPr>
              <w:t>..............................................................</w:t>
            </w:r>
          </w:p>
        </w:tc>
      </w:tr>
      <w:tr>
        <w:tc>
          <w:tcPr>
            <w:tcW w:type="dxa" w:w="3402"/>
            <w:vAlign w:val="center"/>
            <w:shd w:fill="F6F8FC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sz w:val="21"/>
              </w:rPr>
              <w:t>Téléphone</w:t>
            </w:r>
          </w:p>
        </w:tc>
        <w:tc>
          <w:tcPr>
            <w:tcW w:type="dxa" w:w="6236"/>
            <w:vAlign w:val="center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sz w:val="21"/>
              </w:rPr>
              <w:t>..............................................................</w:t>
            </w:r>
          </w:p>
        </w:tc>
      </w:tr>
    </w:tbl>
    <w:p/>
    <w:p>
      <w:pPr>
        <w:pStyle w:val="Heading1"/>
      </w:pPr>
      <w:r>
        <w:rPr>
          <w:rFonts w:ascii="Calibri" w:hAnsi="Calibri"/>
        </w:rPr>
        <w:t>2. Informations candidat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3402"/>
            <w:vAlign w:val="center"/>
            <w:shd w:fill="F6F8FC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sz w:val="21"/>
              </w:rPr>
              <w:t>Nom / Prénom</w:t>
            </w:r>
          </w:p>
        </w:tc>
        <w:tc>
          <w:tcPr>
            <w:tcW w:type="dxa" w:w="6236"/>
            <w:vAlign w:val="center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sz w:val="21"/>
              </w:rPr>
              <w:t>..............................................................</w:t>
            </w:r>
          </w:p>
        </w:tc>
      </w:tr>
      <w:tr>
        <w:tc>
          <w:tcPr>
            <w:tcW w:type="dxa" w:w="3402"/>
            <w:vAlign w:val="center"/>
            <w:shd w:fill="F6F8FC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sz w:val="21"/>
              </w:rPr>
              <w:t>Date de naissance</w:t>
            </w:r>
          </w:p>
        </w:tc>
        <w:tc>
          <w:tcPr>
            <w:tcW w:type="dxa" w:w="6236"/>
            <w:vAlign w:val="center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sz w:val="21"/>
              </w:rPr>
              <w:t>..............................................................</w:t>
            </w:r>
          </w:p>
        </w:tc>
      </w:tr>
      <w:tr>
        <w:tc>
          <w:tcPr>
            <w:tcW w:type="dxa" w:w="3402"/>
            <w:vAlign w:val="center"/>
            <w:shd w:fill="F6F8FC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sz w:val="21"/>
              </w:rPr>
              <w:t>Nationalité</w:t>
            </w:r>
          </w:p>
        </w:tc>
        <w:tc>
          <w:tcPr>
            <w:tcW w:type="dxa" w:w="6236"/>
            <w:vAlign w:val="center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sz w:val="21"/>
              </w:rPr>
              <w:t>..............................................................</w:t>
            </w:r>
          </w:p>
        </w:tc>
      </w:tr>
      <w:tr>
        <w:tc>
          <w:tcPr>
            <w:tcW w:type="dxa" w:w="3402"/>
            <w:vAlign w:val="center"/>
            <w:shd w:fill="F6F8FC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sz w:val="21"/>
              </w:rPr>
              <w:t>Adresse</w:t>
            </w:r>
          </w:p>
        </w:tc>
        <w:tc>
          <w:tcPr>
            <w:tcW w:type="dxa" w:w="6236"/>
            <w:vAlign w:val="center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sz w:val="21"/>
              </w:rPr>
              <w:t>..............................................................</w:t>
            </w:r>
          </w:p>
        </w:tc>
      </w:tr>
      <w:tr>
        <w:tc>
          <w:tcPr>
            <w:tcW w:type="dxa" w:w="3402"/>
            <w:vAlign w:val="center"/>
            <w:shd w:fill="F6F8FC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sz w:val="21"/>
              </w:rPr>
              <w:t>Email</w:t>
            </w:r>
          </w:p>
        </w:tc>
        <w:tc>
          <w:tcPr>
            <w:tcW w:type="dxa" w:w="6236"/>
            <w:vAlign w:val="center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sz w:val="21"/>
              </w:rPr>
              <w:t>..............................................................</w:t>
            </w:r>
          </w:p>
        </w:tc>
      </w:tr>
      <w:tr>
        <w:tc>
          <w:tcPr>
            <w:tcW w:type="dxa" w:w="3402"/>
            <w:vAlign w:val="center"/>
            <w:shd w:fill="F6F8FC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sz w:val="21"/>
              </w:rPr>
              <w:t>Téléphone</w:t>
            </w:r>
          </w:p>
        </w:tc>
        <w:tc>
          <w:tcPr>
            <w:tcW w:type="dxa" w:w="6236"/>
            <w:vAlign w:val="center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sz w:val="21"/>
              </w:rPr>
              <w:t>..............................................................</w:t>
            </w:r>
          </w:p>
        </w:tc>
      </w:tr>
      <w:tr>
        <w:tc>
          <w:tcPr>
            <w:tcW w:type="dxa" w:w="3402"/>
            <w:vAlign w:val="center"/>
            <w:shd w:fill="F6F8FC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sz w:val="21"/>
              </w:rPr>
              <w:t>N° pièce d'identité</w:t>
            </w:r>
          </w:p>
        </w:tc>
        <w:tc>
          <w:tcPr>
            <w:tcW w:type="dxa" w:w="6236"/>
            <w:vAlign w:val="center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sz w:val="21"/>
              </w:rPr>
              <w:t>..............................................................</w:t>
            </w:r>
          </w:p>
        </w:tc>
      </w:tr>
    </w:tbl>
    <w:p/>
    <w:p>
      <w:pPr>
        <w:pStyle w:val="Heading1"/>
      </w:pPr>
      <w:r>
        <w:rPr>
          <w:rFonts w:ascii="Calibri" w:hAnsi="Calibri"/>
        </w:rPr>
        <w:t>3. Poste et conditions d'embauche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9972"/>
            <w:gridSpan w:val="2"/>
            <w:shd w:fill="E7EEF8"/>
            <w:tcBorders>
              <w:left w:sz="6" w:val="single" w:color="C7D4EA"/>
              <w:top w:sz="6" w:val="single" w:color="C7D4EA"/>
              <w:right w:sz="6" w:val="single" w:color="C7D4EA"/>
              <w:bottom w:sz="6" w:val="single" w:color="C7D4EA"/>
            </w:tcBorders>
          </w:tcPr>
          <w:p>
            <w:pPr>
              <w:jc w:val="left"/>
            </w:pPr>
            <w:r>
              <w:rPr>
                <w:rFonts w:ascii="Calibri" w:hAnsi="Calibri"/>
                <w:b/>
                <w:color w:val="1F4E79"/>
                <w:sz w:val="22"/>
              </w:rPr>
              <w:t>Poste</w:t>
            </w:r>
          </w:p>
        </w:tc>
      </w:tr>
      <w:tr>
        <w:tc>
          <w:tcPr>
            <w:tcW w:type="dxa" w:w="3402"/>
            <w:vAlign w:val="center"/>
            <w:shd w:fill="F6F8FC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sz w:val="21"/>
              </w:rPr>
              <w:t>Intitulé du poste</w:t>
            </w:r>
          </w:p>
        </w:tc>
        <w:tc>
          <w:tcPr>
            <w:tcW w:type="dxa" w:w="6236"/>
            <w:vAlign w:val="center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sz w:val="21"/>
              </w:rPr>
              <w:t>..............................................................</w:t>
            </w:r>
          </w:p>
        </w:tc>
      </w:tr>
      <w:tr>
        <w:tc>
          <w:tcPr>
            <w:tcW w:type="dxa" w:w="3402"/>
            <w:vAlign w:val="center"/>
            <w:shd w:fill="F6F8FC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sz w:val="21"/>
              </w:rPr>
              <w:t>Département / service</w:t>
            </w:r>
          </w:p>
        </w:tc>
        <w:tc>
          <w:tcPr>
            <w:tcW w:type="dxa" w:w="6236"/>
            <w:vAlign w:val="center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sz w:val="21"/>
              </w:rPr>
              <w:t>..............................................................</w:t>
            </w:r>
          </w:p>
        </w:tc>
      </w:tr>
      <w:tr>
        <w:tc>
          <w:tcPr>
            <w:tcW w:type="dxa" w:w="3402"/>
            <w:vAlign w:val="center"/>
            <w:shd w:fill="F6F8FC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sz w:val="21"/>
              </w:rPr>
              <w:t>Site / lieu d'affectation</w:t>
            </w:r>
          </w:p>
        </w:tc>
        <w:tc>
          <w:tcPr>
            <w:tcW w:type="dxa" w:w="6236"/>
            <w:vAlign w:val="center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sz w:val="21"/>
              </w:rPr>
              <w:t>..............................................................</w:t>
            </w:r>
          </w:p>
        </w:tc>
      </w:tr>
      <w:tr>
        <w:tc>
          <w:tcPr>
            <w:tcW w:type="dxa" w:w="3402"/>
            <w:vAlign w:val="center"/>
            <w:shd w:fill="F6F8FC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sz w:val="21"/>
              </w:rPr>
              <w:t>Manager direct</w:t>
            </w:r>
          </w:p>
        </w:tc>
        <w:tc>
          <w:tcPr>
            <w:tcW w:type="dxa" w:w="6236"/>
            <w:vAlign w:val="center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sz w:val="21"/>
              </w:rPr>
              <w:t>..............................................................</w:t>
            </w:r>
          </w:p>
        </w:tc>
      </w:tr>
      <w:tr>
        <w:tc>
          <w:tcPr>
            <w:tcW w:type="dxa" w:w="3402"/>
            <w:vAlign w:val="center"/>
            <w:shd w:fill="F6F8FC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sz w:val="21"/>
              </w:rPr>
              <w:t>Date de prise de poste</w:t>
            </w:r>
          </w:p>
        </w:tc>
        <w:tc>
          <w:tcPr>
            <w:tcW w:type="dxa" w:w="6236"/>
            <w:vAlign w:val="center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sz w:val="21"/>
              </w:rPr>
              <w:t>..............................................................</w:t>
            </w:r>
          </w:p>
        </w:tc>
      </w:tr>
      <w:tr>
        <w:tc>
          <w:tcPr>
            <w:tcW w:type="dxa" w:w="3402"/>
            <w:vAlign w:val="center"/>
            <w:shd w:fill="F6F8FC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sz w:val="21"/>
              </w:rPr>
              <w:t>Période d'essai</w:t>
            </w:r>
          </w:p>
        </w:tc>
        <w:tc>
          <w:tcPr>
            <w:tcW w:type="dxa" w:w="6236"/>
            <w:vAlign w:val="center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sz w:val="21"/>
              </w:rPr>
              <w:t>..............................................................</w:t>
            </w:r>
          </w:p>
        </w:tc>
      </w:tr>
    </w:tbl>
    <w:p/>
    <w:p>
      <w:pPr>
        <w:pStyle w:val="Heading2"/>
      </w:pPr>
      <w:r>
        <w:rPr>
          <w:rFonts w:ascii="Calibri" w:hAnsi="Calibri"/>
        </w:rPr>
        <w:t>Type de contrat</w:t>
      </w:r>
    </w:p>
    <w:p>
      <w:pPr>
        <w:spacing w:after="20"/>
      </w:pPr>
      <w:r>
        <w:rPr>
          <w:rFonts w:ascii="Calibri" w:hAnsi="Calibri"/>
          <w:sz w:val="21"/>
        </w:rPr>
        <w:t>☐ CDI</w:t>
      </w:r>
    </w:p>
    <w:p>
      <w:pPr>
        <w:spacing w:after="20"/>
      </w:pPr>
      <w:r>
        <w:rPr>
          <w:rFonts w:ascii="Calibri" w:hAnsi="Calibri"/>
          <w:sz w:val="21"/>
        </w:rPr>
        <w:t>☐ CDD</w:t>
      </w:r>
    </w:p>
    <w:p>
      <w:pPr>
        <w:spacing w:after="20"/>
      </w:pPr>
      <w:r>
        <w:rPr>
          <w:rFonts w:ascii="Calibri" w:hAnsi="Calibri"/>
          <w:sz w:val="21"/>
        </w:rPr>
        <w:t>☐ Alternance</w:t>
      </w:r>
    </w:p>
    <w:p>
      <w:pPr>
        <w:spacing w:after="20"/>
      </w:pPr>
      <w:r>
        <w:rPr>
          <w:rFonts w:ascii="Calibri" w:hAnsi="Calibri"/>
          <w:sz w:val="21"/>
        </w:rPr>
        <w:t>☐ Stage</w:t>
      </w:r>
    </w:p>
    <w:p>
      <w:pPr>
        <w:spacing w:after="20"/>
      </w:pPr>
      <w:r>
        <w:rPr>
          <w:rFonts w:ascii="Calibri" w:hAnsi="Calibri"/>
          <w:sz w:val="21"/>
        </w:rPr>
        <w:t>☐ Intérim / mission</w:t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9972"/>
            <w:gridSpan w:val="2"/>
            <w:shd w:fill="E7EEF8"/>
            <w:tcBorders>
              <w:left w:sz="6" w:val="single" w:color="C7D4EA"/>
              <w:top w:sz="6" w:val="single" w:color="C7D4EA"/>
              <w:right w:sz="6" w:val="single" w:color="C7D4EA"/>
              <w:bottom w:sz="6" w:val="single" w:color="C7D4EA"/>
            </w:tcBorders>
          </w:tcPr>
          <w:p>
            <w:pPr>
              <w:jc w:val="left"/>
            </w:pPr>
            <w:r>
              <w:rPr>
                <w:rFonts w:ascii="Calibri" w:hAnsi="Calibri"/>
                <w:b/>
                <w:color w:val="1F4E79"/>
                <w:sz w:val="22"/>
              </w:rPr>
              <w:t>Rémunération et temps de travail</w:t>
            </w:r>
          </w:p>
        </w:tc>
      </w:tr>
      <w:tr>
        <w:tc>
          <w:tcPr>
            <w:tcW w:type="dxa" w:w="3402"/>
            <w:vAlign w:val="center"/>
            <w:shd w:fill="F6F8FC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sz w:val="21"/>
              </w:rPr>
              <w:t>Rémunération (brut)</w:t>
            </w:r>
          </w:p>
        </w:tc>
        <w:tc>
          <w:tcPr>
            <w:tcW w:type="dxa" w:w="6236"/>
            <w:vAlign w:val="center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sz w:val="21"/>
              </w:rPr>
              <w:t>..............................................................</w:t>
            </w:r>
          </w:p>
        </w:tc>
      </w:tr>
      <w:tr>
        <w:tc>
          <w:tcPr>
            <w:tcW w:type="dxa" w:w="3402"/>
            <w:vAlign w:val="center"/>
            <w:shd w:fill="F6F8FC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sz w:val="21"/>
              </w:rPr>
              <w:t>Prime / variable</w:t>
            </w:r>
          </w:p>
        </w:tc>
        <w:tc>
          <w:tcPr>
            <w:tcW w:type="dxa" w:w="6236"/>
            <w:vAlign w:val="center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sz w:val="21"/>
              </w:rPr>
              <w:t>..............................................................</w:t>
            </w:r>
          </w:p>
        </w:tc>
      </w:tr>
      <w:tr>
        <w:tc>
          <w:tcPr>
            <w:tcW w:type="dxa" w:w="3402"/>
            <w:vAlign w:val="center"/>
            <w:shd w:fill="F6F8FC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sz w:val="21"/>
              </w:rPr>
              <w:t>Avantages</w:t>
            </w:r>
          </w:p>
        </w:tc>
        <w:tc>
          <w:tcPr>
            <w:tcW w:type="dxa" w:w="6236"/>
            <w:vAlign w:val="center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sz w:val="21"/>
              </w:rPr>
              <w:t>..............................................................</w:t>
            </w:r>
          </w:p>
        </w:tc>
      </w:tr>
      <w:tr>
        <w:tc>
          <w:tcPr>
            <w:tcW w:type="dxa" w:w="3402"/>
            <w:vAlign w:val="center"/>
            <w:shd w:fill="F6F8FC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sz w:val="21"/>
              </w:rPr>
              <w:t>Horaires</w:t>
            </w:r>
          </w:p>
        </w:tc>
        <w:tc>
          <w:tcPr>
            <w:tcW w:type="dxa" w:w="6236"/>
            <w:vAlign w:val="center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sz w:val="21"/>
              </w:rPr>
              <w:t>..............................................................</w:t>
            </w:r>
          </w:p>
        </w:tc>
      </w:tr>
      <w:tr>
        <w:tc>
          <w:tcPr>
            <w:tcW w:type="dxa" w:w="3402"/>
            <w:vAlign w:val="center"/>
            <w:shd w:fill="F6F8FC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sz w:val="21"/>
              </w:rPr>
              <w:t>Temps de travail</w:t>
            </w:r>
          </w:p>
        </w:tc>
        <w:tc>
          <w:tcPr>
            <w:tcW w:type="dxa" w:w="6236"/>
            <w:vAlign w:val="center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sz w:val="21"/>
              </w:rPr>
              <w:t>..............................................................</w:t>
            </w:r>
          </w:p>
        </w:tc>
      </w:tr>
    </w:tbl>
    <w:p/>
    <w:p>
      <w:pPr>
        <w:pStyle w:val="Heading1"/>
      </w:pPr>
      <w:r>
        <w:rPr>
          <w:rFonts w:ascii="Calibri" w:hAnsi="Calibri"/>
        </w:rPr>
        <w:t>4. Pièces et documents à collecter</w:t>
      </w:r>
    </w:p>
    <w:p>
      <w:r>
        <w:t>Cocher les éléments reçus et archivés au dossier salarié :</w:t>
      </w:r>
    </w:p>
    <w:p>
      <w:pPr>
        <w:spacing w:after="20"/>
      </w:pPr>
      <w:r>
        <w:rPr>
          <w:rFonts w:ascii="Calibri" w:hAnsi="Calibri"/>
          <w:sz w:val="21"/>
        </w:rPr>
        <w:t>☐ CV et lettre de motivation</w:t>
      </w:r>
    </w:p>
    <w:p>
      <w:pPr>
        <w:spacing w:after="20"/>
      </w:pPr>
      <w:r>
        <w:rPr>
          <w:rFonts w:ascii="Calibri" w:hAnsi="Calibri"/>
          <w:sz w:val="21"/>
        </w:rPr>
        <w:t>☐ Copie pièce d'identité</w:t>
      </w:r>
    </w:p>
    <w:p>
      <w:pPr>
        <w:spacing w:after="20"/>
      </w:pPr>
      <w:r>
        <w:rPr>
          <w:rFonts w:ascii="Calibri" w:hAnsi="Calibri"/>
          <w:sz w:val="21"/>
        </w:rPr>
        <w:t>☐ Diplômes / certificats</w:t>
      </w:r>
    </w:p>
    <w:p>
      <w:pPr>
        <w:spacing w:after="20"/>
      </w:pPr>
      <w:r>
        <w:rPr>
          <w:rFonts w:ascii="Calibri" w:hAnsi="Calibri"/>
          <w:sz w:val="21"/>
        </w:rPr>
        <w:t>☐ Justificatif de domicile</w:t>
      </w:r>
    </w:p>
    <w:p>
      <w:pPr>
        <w:spacing w:after="20"/>
      </w:pPr>
      <w:r>
        <w:rPr>
          <w:rFonts w:ascii="Calibri" w:hAnsi="Calibri"/>
          <w:sz w:val="21"/>
        </w:rPr>
        <w:t>☐ Relevé d'identité bancaire (RIB)</w:t>
      </w:r>
    </w:p>
    <w:p>
      <w:pPr>
        <w:spacing w:after="20"/>
      </w:pPr>
      <w:r>
        <w:rPr>
          <w:rFonts w:ascii="Calibri" w:hAnsi="Calibri"/>
          <w:sz w:val="21"/>
        </w:rPr>
        <w:t>☐ Attestation d'assurance (si requis)</w:t>
      </w:r>
    </w:p>
    <w:p>
      <w:pPr>
        <w:spacing w:after="20"/>
      </w:pPr>
      <w:r>
        <w:rPr>
          <w:rFonts w:ascii="Calibri" w:hAnsi="Calibri"/>
          <w:sz w:val="21"/>
        </w:rPr>
        <w:t>☐ Photo d'identité (badge)</w:t>
      </w:r>
    </w:p>
    <w:p>
      <w:pPr>
        <w:pStyle w:val="Heading1"/>
      </w:pPr>
      <w:r>
        <w:rPr>
          <w:rFonts w:ascii="Calibri" w:hAnsi="Calibri"/>
        </w:rPr>
        <w:t>5. Vérifications et conformité</w:t>
      </w:r>
    </w:p>
    <w:p>
      <w:r>
        <w:t>Cette section formalise les contrôles réalisés avant l'entrée :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3402"/>
            <w:vAlign w:val="center"/>
            <w:shd w:fill="F6F8FC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sz w:val="21"/>
              </w:rPr>
              <w:t>Vérification des références</w:t>
            </w:r>
          </w:p>
        </w:tc>
        <w:tc>
          <w:tcPr>
            <w:tcW w:type="dxa" w:w="6236"/>
            <w:vAlign w:val="center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sz w:val="21"/>
              </w:rPr>
              <w:t>..............................................................</w:t>
            </w:r>
          </w:p>
        </w:tc>
      </w:tr>
      <w:tr>
        <w:tc>
          <w:tcPr>
            <w:tcW w:type="dxa" w:w="3402"/>
            <w:vAlign w:val="center"/>
            <w:shd w:fill="F6F8FC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sz w:val="21"/>
              </w:rPr>
              <w:t>Visite médicale / aptitude</w:t>
            </w:r>
          </w:p>
        </w:tc>
        <w:tc>
          <w:tcPr>
            <w:tcW w:type="dxa" w:w="6236"/>
            <w:vAlign w:val="center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sz w:val="21"/>
              </w:rPr>
              <w:t>..............................................................</w:t>
            </w:r>
          </w:p>
        </w:tc>
      </w:tr>
      <w:tr>
        <w:tc>
          <w:tcPr>
            <w:tcW w:type="dxa" w:w="3402"/>
            <w:vAlign w:val="center"/>
            <w:shd w:fill="F6F8FC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sz w:val="21"/>
              </w:rPr>
              <w:t>Accès / habilitations</w:t>
            </w:r>
          </w:p>
        </w:tc>
        <w:tc>
          <w:tcPr>
            <w:tcW w:type="dxa" w:w="6236"/>
            <w:vAlign w:val="center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sz w:val="21"/>
              </w:rPr>
              <w:t>..............................................................</w:t>
            </w:r>
          </w:p>
        </w:tc>
      </w:tr>
      <w:tr>
        <w:tc>
          <w:tcPr>
            <w:tcW w:type="dxa" w:w="3402"/>
            <w:vAlign w:val="center"/>
            <w:shd w:fill="F6F8FC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sz w:val="21"/>
              </w:rPr>
              <w:t>Matériel / EPI</w:t>
            </w:r>
          </w:p>
        </w:tc>
        <w:tc>
          <w:tcPr>
            <w:tcW w:type="dxa" w:w="6236"/>
            <w:vAlign w:val="center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sz w:val="21"/>
              </w:rPr>
              <w:t>..............................................................</w:t>
            </w:r>
          </w:p>
        </w:tc>
      </w:tr>
      <w:tr>
        <w:tc>
          <w:tcPr>
            <w:tcW w:type="dxa" w:w="3402"/>
            <w:vAlign w:val="center"/>
            <w:shd w:fill="F6F8FC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b/>
                <w:sz w:val="21"/>
              </w:rPr>
              <w:t>Création des accès IT</w:t>
            </w:r>
          </w:p>
        </w:tc>
        <w:tc>
          <w:tcPr>
            <w:tcW w:type="dxa" w:w="6236"/>
            <w:vAlign w:val="center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</w:tcPr>
          <w:p>
            <w:pPr>
              <w:spacing w:after="40"/>
            </w:pPr>
            <w:r>
              <w:rPr>
                <w:rFonts w:ascii="Calibri" w:hAnsi="Calibri"/>
                <w:sz w:val="21"/>
              </w:rPr>
              <w:t>..............................................................</w:t>
            </w:r>
          </w:p>
        </w:tc>
      </w:tr>
    </w:tbl>
    <w:p/>
    <w:p>
      <w:pPr>
        <w:pStyle w:val="Heading1"/>
      </w:pPr>
      <w:r>
        <w:rPr>
          <w:rFonts w:ascii="Calibri" w:hAnsi="Calibri"/>
        </w:rPr>
        <w:t>6. Déclarations</w:t>
      </w:r>
    </w:p>
    <w:p>
      <w:pPr>
        <w:spacing w:after="160"/>
      </w:pPr>
      <w:r>
        <w:t>Je certifie l'exactitude des informations fournies et j'autorise leur utilisation dans le cadre du processus d'embauche, conformément aux règles internes de l'organisation.</w:t>
      </w:r>
    </w:p>
    <w:p>
      <w:pPr>
        <w:spacing w:after="20"/>
      </w:pPr>
      <w:r>
        <w:rPr>
          <w:rFonts w:ascii="Calibri" w:hAnsi="Calibri"/>
          <w:sz w:val="21"/>
        </w:rPr>
        <w:t>☐ Je confirme</w:t>
      </w:r>
    </w:p>
    <w:p>
      <w:r>
        <w:br w:type="page"/>
      </w:r>
    </w:p>
    <w:p>
      <w:pPr>
        <w:pStyle w:val="Heading1"/>
      </w:pPr>
      <w:r>
        <w:rPr>
          <w:rFonts w:ascii="Calibri" w:hAnsi="Calibri"/>
        </w:rPr>
        <w:t>7. Signatures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86"/>
        <w:gridCol w:w="4986"/>
      </w:tblGrid>
      <w:tr>
        <w:trPr>
          <w:cantSplit/>
        </w:trPr>
        <w:tc>
          <w:tcPr>
            <w:tcW w:type="dxa" w:w="4986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  <w:vAlign w:val="top"/>
          </w:tcPr>
          <w:p>
            <w:r>
              <w:rPr>
                <w:b/>
              </w:rPr>
              <w:t>Candidat</w:t>
            </w:r>
          </w:p>
        </w:tc>
        <w:tc>
          <w:tcPr>
            <w:tcW w:type="dxa" w:w="4986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  <w:vAlign w:val="top"/>
          </w:tcPr>
          <w:p>
            <w:r>
              <w:rPr>
                <w:b/>
              </w:rPr>
              <w:t>Employeur / RH</w:t>
            </w:r>
          </w:p>
        </w:tc>
      </w:tr>
      <w:tr>
        <w:trPr>
          <w:cantSplit/>
        </w:trPr>
        <w:tc>
          <w:tcPr>
            <w:tcW w:type="dxa" w:w="4986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  <w:vAlign w:val="top"/>
          </w:tcPr>
          <w:p>
            <w:r>
              <w:rPr>
                <w:b/>
              </w:rPr>
              <w:t xml:space="preserve">Nom : </w:t>
            </w:r>
            <w:r>
              <w:t>..............................</w:t>
            </w:r>
            <w:r>
              <w:rPr>
                <w:b/>
              </w:rPr>
              <w:br/>
              <w:t xml:space="preserve">Date : </w:t>
            </w:r>
            <w:r>
              <w:t>..............................</w:t>
            </w:r>
            <w:r>
              <w:rPr>
                <w:b/>
              </w:rPr>
              <w:br/>
              <w:t xml:space="preserve">Signature : </w:t>
            </w:r>
            <w:r>
              <w:br/>
              <w:br/>
              <w:br/>
              <w:t>______________________________</w:t>
              <w:br/>
              <w:br/>
            </w:r>
          </w:p>
        </w:tc>
        <w:tc>
          <w:tcPr>
            <w:tcW w:type="dxa" w:w="4986"/>
            <w:tcBorders>
              <w:left w:sz="4" w:val="single" w:color="D9E1F2"/>
              <w:top w:sz="4" w:val="single" w:color="D9E1F2"/>
              <w:right w:sz="4" w:val="single" w:color="D9E1F2"/>
              <w:bottom w:sz="4" w:val="single" w:color="D9E1F2"/>
            </w:tcBorders>
            <w:vAlign w:val="top"/>
          </w:tcPr>
          <w:p>
            <w:r>
              <w:rPr>
                <w:b/>
              </w:rPr>
              <w:t xml:space="preserve">Nom : </w:t>
            </w:r>
            <w:r>
              <w:t>..............................</w:t>
            </w:r>
            <w:r>
              <w:rPr>
                <w:b/>
              </w:rPr>
              <w:br/>
              <w:t xml:space="preserve">Date : </w:t>
            </w:r>
            <w:r>
              <w:t>..............................</w:t>
            </w:r>
            <w:r>
              <w:rPr>
                <w:b/>
              </w:rPr>
              <w:br/>
              <w:t xml:space="preserve">Signature : </w:t>
            </w:r>
            <w:r>
              <w:br/>
              <w:br/>
              <w:br/>
              <w:t>______________________________</w:t>
              <w:br/>
              <w:br/>
            </w:r>
          </w:p>
        </w:tc>
      </w:tr>
    </w:tbl>
    <w:p/>
    <w:p>
      <w:pPr>
        <w:pStyle w:val="Heading1"/>
      </w:pPr>
      <w:r>
        <w:rPr>
          <w:rFonts w:ascii="Calibri" w:hAnsi="Calibri"/>
        </w:rPr>
        <w:t>8. Check-list RH - Validation interne</w:t>
      </w:r>
    </w:p>
    <w:p>
      <w:r>
        <w:t>Pour validation et clôture du dossier :</w:t>
      </w:r>
    </w:p>
    <w:p>
      <w:pPr>
        <w:spacing w:after="20"/>
      </w:pPr>
      <w:r>
        <w:rPr>
          <w:rFonts w:ascii="Calibri" w:hAnsi="Calibri"/>
          <w:sz w:val="21"/>
        </w:rPr>
        <w:t>☐ Contrat préparé et relu (mentions obligatoires)</w:t>
      </w:r>
    </w:p>
    <w:p>
      <w:pPr>
        <w:spacing w:after="20"/>
      </w:pPr>
      <w:r>
        <w:rPr>
          <w:rFonts w:ascii="Calibri" w:hAnsi="Calibri"/>
          <w:sz w:val="21"/>
        </w:rPr>
        <w:t>☐ Déclaration / inscription aux organismes (si applicable)</w:t>
      </w:r>
    </w:p>
    <w:p>
      <w:pPr>
        <w:spacing w:after="20"/>
      </w:pPr>
      <w:r>
        <w:rPr>
          <w:rFonts w:ascii="Calibri" w:hAnsi="Calibri"/>
          <w:sz w:val="21"/>
        </w:rPr>
        <w:t>☐ Dossier salarié créé (numéro interne)</w:t>
      </w:r>
    </w:p>
    <w:p>
      <w:pPr>
        <w:spacing w:after="20"/>
      </w:pPr>
      <w:r>
        <w:rPr>
          <w:rFonts w:ascii="Calibri" w:hAnsi="Calibri"/>
          <w:sz w:val="21"/>
        </w:rPr>
        <w:t>☐ Plan d'intégration transmis au manager</w:t>
      </w:r>
    </w:p>
    <w:p>
      <w:pPr>
        <w:spacing w:after="20"/>
      </w:pPr>
      <w:r>
        <w:rPr>
          <w:rFonts w:ascii="Calibri" w:hAnsi="Calibri"/>
          <w:sz w:val="21"/>
        </w:rPr>
        <w:t>☐ Accès et matériel prêts le jour J</w:t>
      </w:r>
    </w:p>
    <w:p>
      <w:r>
        <w:rPr>
          <w:rFonts w:ascii="Calibri" w:hAnsi="Calibri"/>
          <w:b/>
        </w:rPr>
        <w:t xml:space="preserve">Note : </w:t>
      </w:r>
      <w:r>
        <w:rPr>
          <w:rFonts w:ascii="Calibri" w:hAnsi="Calibri"/>
        </w:rPr>
        <w:t>Ce document peut être annexé au dossier du salarié et servir de preuve de collecte des informations et validations internes.</w:t>
      </w:r>
    </w:p>
    <w:sectPr w:rsidR="00FC693F" w:rsidRPr="0006063C" w:rsidSect="00034616">
      <w:footerReference w:type="default" r:id="rId9"/>
      <w:pgSz w:w="12240" w:h="15840"/>
      <w:pgMar w:top="1020" w:right="1134" w:bottom="1020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Calibri" w:hAnsi="Calibri"/>
        <w:color w:val="787878"/>
        <w:sz w:val="18"/>
      </w:rPr>
      <w:t>lecoursgratuit.com  |  Formulaire d'embauche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80" w:line="276" w:lineRule="auto"/>
    </w:pPr>
    <w:rPr>
      <w:rFonts w:ascii="Calibri" w:hAnsi="Calibri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