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1F4E79"/>
            <w:vAlign w:val="center"/>
            <w:tcBorders>
              <w:left w:sz="6" w:val="single" w:color="1F4E79"/>
              <w:top w:sz="6" w:val="single" w:color="1F4E79"/>
              <w:right w:sz="6" w:val="single" w:color="1F4E79"/>
              <w:bottom w:sz="6" w:val="single" w:color="1F4E79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Formulaire d'embauche</w:t>
              <w:br/>
            </w:r>
            <w:r>
              <w:rPr>
                <w:rFonts w:ascii="Calibri" w:hAnsi="Calibri"/>
                <w:color w:val="E6F0FF"/>
                <w:sz w:val="21"/>
              </w:rPr>
              <w:t>Collecte et validation des informations avant contrat (CDI, CDD, alternance, stage)</w:t>
            </w:r>
          </w:p>
        </w:tc>
        <w:tc>
          <w:tcPr>
            <w:tcW w:type="dxa" w:w="4986"/>
            <w:shd w:fill="1F4E79"/>
            <w:vAlign w:val="center"/>
            <w:tcBorders>
              <w:left w:sz="6" w:val="single" w:color="1F4E79"/>
              <w:top w:sz="6" w:val="single" w:color="1F4E79"/>
              <w:right w:sz="6" w:val="single" w:color="1F4E79"/>
              <w:bottom w:sz="6" w:val="single" w:color="1F4E79"/>
            </w:tcBorders>
          </w:tcPr>
          <w:p>
            <w:pPr>
              <w:jc w:val="right"/>
            </w:pPr>
            <w:r>
              <w:rPr>
                <w:rFonts w:ascii="Calibri" w:hAnsi="Calibri"/>
                <w:b/>
                <w:color w:val="FFFFFF"/>
                <w:sz w:val="21"/>
              </w:rPr>
              <w:t>Référence : RH-FE-01</w:t>
              <w:br/>
            </w:r>
            <w:r>
              <w:rPr>
                <w:rFonts w:ascii="Calibri" w:hAnsi="Calibri"/>
                <w:color w:val="E6F0FF"/>
                <w:sz w:val="19"/>
              </w:rPr>
              <w:t>Confidentiel - Usage interne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1. Informations employeur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Raison sociale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Société Atlas Services SARL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Adresse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15, Avenue Mohammed V, Casablanca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SIRET / ICE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ICE : 001234567000012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Contact RH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Mme Salma El Idrissi - rh@atlas-services.ma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Téléphone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+212 6 12 34 56 78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2. Informations candidat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Nom / Prénom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Benali Youssef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Date de naissance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1997-05-12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Nationalité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Marocaine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Adresse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Hay Riad, Rabat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Email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youssef.benali@mail.com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Téléphone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+212 6 98 76 54 32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N° pièce d'identité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CIN : AB123456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3. Poste et conditions d'embauche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9972"/>
            <w:gridSpan w:val="2"/>
            <w:shd w:fill="E7EEF8"/>
            <w:tcBorders>
              <w:left w:sz="6" w:val="single" w:color="C7D4EA"/>
              <w:top w:sz="6" w:val="single" w:color="C7D4EA"/>
              <w:right w:sz="6" w:val="single" w:color="C7D4EA"/>
              <w:bottom w:sz="6" w:val="single" w:color="C7D4EA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1F4E79"/>
                <w:sz w:val="22"/>
              </w:rPr>
              <w:t>Poste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Intitulé du poste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Technicien maintenance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Département / service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Maintenance industrielle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Site / lieu d'affectation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Casablanca - Zone industrielle Sidi Bernoussi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Manager direct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M. Amine Rahmani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Date de prise de poste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2026-01-05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Période d'essai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2 mois</w:t>
            </w:r>
          </w:p>
        </w:tc>
      </w:tr>
    </w:tbl>
    <w:p/>
    <w:p>
      <w:pPr>
        <w:pStyle w:val="Heading2"/>
      </w:pPr>
      <w:r>
        <w:rPr>
          <w:rFonts w:ascii="Calibri" w:hAnsi="Calibri"/>
        </w:rPr>
        <w:t>Type de contrat</w:t>
      </w:r>
    </w:p>
    <w:p>
      <w:pPr>
        <w:spacing w:after="20"/>
      </w:pPr>
      <w:r>
        <w:rPr>
          <w:rFonts w:ascii="Calibri" w:hAnsi="Calibri"/>
          <w:sz w:val="21"/>
        </w:rPr>
        <w:t>☑ CDI</w:t>
      </w:r>
    </w:p>
    <w:p>
      <w:pPr>
        <w:spacing w:after="20"/>
      </w:pPr>
      <w:r>
        <w:rPr>
          <w:rFonts w:ascii="Calibri" w:hAnsi="Calibri"/>
          <w:sz w:val="21"/>
        </w:rPr>
        <w:t>☐ CDD</w:t>
      </w:r>
    </w:p>
    <w:p>
      <w:pPr>
        <w:spacing w:after="20"/>
      </w:pPr>
      <w:r>
        <w:rPr>
          <w:rFonts w:ascii="Calibri" w:hAnsi="Calibri"/>
          <w:sz w:val="21"/>
        </w:rPr>
        <w:t>☐ Alternance</w:t>
      </w:r>
    </w:p>
    <w:p>
      <w:pPr>
        <w:spacing w:after="20"/>
      </w:pPr>
      <w:r>
        <w:rPr>
          <w:rFonts w:ascii="Calibri" w:hAnsi="Calibri"/>
          <w:sz w:val="21"/>
        </w:rPr>
        <w:t>☐ Stage</w:t>
      </w:r>
    </w:p>
    <w:p>
      <w:pPr>
        <w:spacing w:after="20"/>
      </w:pPr>
      <w:r>
        <w:rPr>
          <w:rFonts w:ascii="Calibri" w:hAnsi="Calibri"/>
          <w:sz w:val="21"/>
        </w:rPr>
        <w:t>☐ Intérim / mission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9972"/>
            <w:gridSpan w:val="2"/>
            <w:shd w:fill="E7EEF8"/>
            <w:tcBorders>
              <w:left w:sz="6" w:val="single" w:color="C7D4EA"/>
              <w:top w:sz="6" w:val="single" w:color="C7D4EA"/>
              <w:right w:sz="6" w:val="single" w:color="C7D4EA"/>
              <w:bottom w:sz="6" w:val="single" w:color="C7D4EA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1F4E79"/>
                <w:sz w:val="22"/>
              </w:rPr>
              <w:t>Rémunération et temps de travail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Rémunération (brut)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8 500 MAD / mois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Prime / variable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Prime de performance trimestrielle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Avantages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Transport + panier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Horaires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08:00 - 17:00 (lun-ven)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Temps de travail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Temps plein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4. Pièces et documents à collecter</w:t>
      </w:r>
    </w:p>
    <w:p>
      <w:r>
        <w:t>Cocher les éléments reçus et archivés au dossier salarié :</w:t>
      </w:r>
    </w:p>
    <w:p>
      <w:pPr>
        <w:spacing w:after="20"/>
      </w:pPr>
      <w:r>
        <w:rPr>
          <w:rFonts w:ascii="Calibri" w:hAnsi="Calibri"/>
          <w:sz w:val="21"/>
        </w:rPr>
        <w:t>☑ CV et lettre de motivation</w:t>
      </w:r>
    </w:p>
    <w:p>
      <w:pPr>
        <w:spacing w:after="20"/>
      </w:pPr>
      <w:r>
        <w:rPr>
          <w:rFonts w:ascii="Calibri" w:hAnsi="Calibri"/>
          <w:sz w:val="21"/>
        </w:rPr>
        <w:t>☑ Copie pièce d'identité</w:t>
      </w:r>
    </w:p>
    <w:p>
      <w:pPr>
        <w:spacing w:after="20"/>
      </w:pPr>
      <w:r>
        <w:rPr>
          <w:rFonts w:ascii="Calibri" w:hAnsi="Calibri"/>
          <w:sz w:val="21"/>
        </w:rPr>
        <w:t>☑ Diplômes / certificats</w:t>
      </w:r>
    </w:p>
    <w:p>
      <w:pPr>
        <w:spacing w:after="20"/>
      </w:pPr>
      <w:r>
        <w:rPr>
          <w:rFonts w:ascii="Calibri" w:hAnsi="Calibri"/>
          <w:sz w:val="21"/>
        </w:rPr>
        <w:t>☑ Justificatif de domicile</w:t>
      </w:r>
    </w:p>
    <w:p>
      <w:pPr>
        <w:spacing w:after="20"/>
      </w:pPr>
      <w:r>
        <w:rPr>
          <w:rFonts w:ascii="Calibri" w:hAnsi="Calibri"/>
          <w:sz w:val="21"/>
        </w:rPr>
        <w:t>☑ Relevé d'identité bancaire (RIB)</w:t>
      </w:r>
    </w:p>
    <w:p>
      <w:pPr>
        <w:spacing w:after="20"/>
      </w:pPr>
      <w:r>
        <w:rPr>
          <w:rFonts w:ascii="Calibri" w:hAnsi="Calibri"/>
          <w:sz w:val="21"/>
        </w:rPr>
        <w:t>☐ Attestation d'assurance (si requis)</w:t>
      </w:r>
    </w:p>
    <w:p>
      <w:pPr>
        <w:spacing w:after="20"/>
      </w:pPr>
      <w:r>
        <w:rPr>
          <w:rFonts w:ascii="Calibri" w:hAnsi="Calibri"/>
          <w:sz w:val="21"/>
        </w:rPr>
        <w:t>☑ Photo d'identité (badge)</w:t>
      </w:r>
    </w:p>
    <w:p>
      <w:pPr>
        <w:pStyle w:val="Heading1"/>
      </w:pPr>
      <w:r>
        <w:rPr>
          <w:rFonts w:ascii="Calibri" w:hAnsi="Calibri"/>
        </w:rPr>
        <w:t>5. Vérifications et conformité</w:t>
      </w:r>
    </w:p>
    <w:p>
      <w:r>
        <w:t>Cette section formalise les contrôles réalisés avant l'entrée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Vérification des références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Effectuée - 2 contacts confirmés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Visite médicale / aptitude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Planifiée (J+10)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Accès / habilitations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Habilitation électrique B0 demandée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Matériel / EPI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EPI standard + chaussures S3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Création des accès IT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Compte email + badge en cours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6. Déclarations</w:t>
      </w:r>
    </w:p>
    <w:p>
      <w:pPr>
        <w:spacing w:after="160"/>
      </w:pPr>
      <w:r>
        <w:t>Je certifie l'exactitude des informations fournies et j'autorise leur utilisation dans le cadre du processus d'embauche, conformément aux règles internes de l'organisation.</w:t>
      </w:r>
    </w:p>
    <w:p>
      <w:pPr>
        <w:spacing w:after="20"/>
      </w:pPr>
      <w:r>
        <w:rPr>
          <w:rFonts w:ascii="Calibri" w:hAnsi="Calibri"/>
          <w:sz w:val="21"/>
        </w:rPr>
        <w:t>☑ Je confirme</w:t>
      </w:r>
    </w:p>
    <w:p>
      <w:r>
        <w:br w:type="page"/>
      </w:r>
    </w:p>
    <w:p>
      <w:pPr>
        <w:pStyle w:val="Heading1"/>
      </w:pPr>
      <w:r>
        <w:rPr>
          <w:rFonts w:ascii="Calibri" w:hAnsi="Calibri"/>
        </w:rPr>
        <w:t>7.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rPr>
          <w:cantSplit/>
        </w:trPr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>Candidat</w:t>
            </w:r>
          </w:p>
        </w:tc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>Employeur / RH</w:t>
            </w:r>
          </w:p>
        </w:tc>
      </w:tr>
      <w:tr>
        <w:trPr>
          <w:cantSplit/>
        </w:trPr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 xml:space="preserve">Nom : </w:t>
            </w:r>
            <w:r>
              <w:t>Benali Youssef</w:t>
            </w:r>
            <w:r>
              <w:rPr>
                <w:b/>
              </w:rPr>
              <w:br/>
              <w:t xml:space="preserve">Date : </w:t>
            </w:r>
            <w:r>
              <w:t>2025-12-16</w:t>
            </w:r>
            <w:r>
              <w:rPr>
                <w:b/>
              </w:rPr>
              <w:br/>
              <w:t xml:space="preserve">Signature : </w:t>
            </w:r>
            <w:r>
              <w:br/>
              <w:br/>
              <w:br/>
              <w:t>______________________________</w:t>
              <w:br/>
              <w:br/>
            </w:r>
          </w:p>
        </w:tc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 xml:space="preserve">Nom : </w:t>
            </w:r>
            <w:r>
              <w:t>Salma El Idrissi</w:t>
            </w:r>
            <w:r>
              <w:rPr>
                <w:b/>
              </w:rPr>
              <w:br/>
              <w:t xml:space="preserve">Date : </w:t>
            </w:r>
            <w:r>
              <w:t>2025-12-16</w:t>
            </w:r>
            <w:r>
              <w:rPr>
                <w:b/>
              </w:rPr>
              <w:br/>
              <w:t xml:space="preserve">Signature : </w:t>
            </w:r>
            <w:r>
              <w:br/>
              <w:br/>
              <w:br/>
              <w:t>______________________________</w:t>
              <w:br/>
              <w:br/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8. Check-list RH - Validation interne</w:t>
      </w:r>
    </w:p>
    <w:p>
      <w:r>
        <w:t>Pour validation et clôture du dossier :</w:t>
      </w:r>
    </w:p>
    <w:p>
      <w:pPr>
        <w:spacing w:after="20"/>
      </w:pPr>
      <w:r>
        <w:rPr>
          <w:rFonts w:ascii="Calibri" w:hAnsi="Calibri"/>
          <w:sz w:val="21"/>
        </w:rPr>
        <w:t>☑ Contrat préparé et relu (mentions obligatoires)</w:t>
      </w:r>
    </w:p>
    <w:p>
      <w:pPr>
        <w:spacing w:after="20"/>
      </w:pPr>
      <w:r>
        <w:rPr>
          <w:rFonts w:ascii="Calibri" w:hAnsi="Calibri"/>
          <w:sz w:val="21"/>
        </w:rPr>
        <w:t>☑ Déclaration / inscription aux organismes (si applicable)</w:t>
      </w:r>
    </w:p>
    <w:p>
      <w:pPr>
        <w:spacing w:after="20"/>
      </w:pPr>
      <w:r>
        <w:rPr>
          <w:rFonts w:ascii="Calibri" w:hAnsi="Calibri"/>
          <w:sz w:val="21"/>
        </w:rPr>
        <w:t>☑ Dossier salarié créé (numéro interne)</w:t>
      </w:r>
    </w:p>
    <w:p>
      <w:pPr>
        <w:spacing w:after="20"/>
      </w:pPr>
      <w:r>
        <w:rPr>
          <w:rFonts w:ascii="Calibri" w:hAnsi="Calibri"/>
          <w:sz w:val="21"/>
        </w:rPr>
        <w:t>☑ Plan d'intégration transmis au manager</w:t>
      </w:r>
    </w:p>
    <w:p>
      <w:pPr>
        <w:spacing w:after="20"/>
      </w:pPr>
      <w:r>
        <w:rPr>
          <w:rFonts w:ascii="Calibri" w:hAnsi="Calibri"/>
          <w:sz w:val="21"/>
        </w:rPr>
        <w:t>☑ Accès et matériel prêts le jour J</w:t>
      </w:r>
    </w:p>
    <w:p>
      <w:r>
        <w:rPr>
          <w:rFonts w:ascii="Calibri" w:hAnsi="Calibri"/>
          <w:b/>
        </w:rPr>
        <w:t xml:space="preserve">Note : </w:t>
      </w:r>
      <w:r>
        <w:rPr>
          <w:rFonts w:ascii="Calibri" w:hAnsi="Calibri"/>
        </w:rPr>
        <w:t>Ce document peut être annexé au dossier du salarié et servir de preuve de collecte des informations et validations internes.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8"/>
      </w:rPr>
      <w:t>lecoursgratuit.com  |  Formulaire d'embauche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76" w:lineRule="auto"/>
    </w:pPr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