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ook w:firstColumn="1" w:firstRow="1" w:lastColumn="0" w:lastRow="0" w:noHBand="0" w:noVBand="1" w:val="04A0"/>
        <w:tblBorders>
          <w:top w:val="single" w:sz="0" w:space="0" w:color="0E3A56"/>
          <w:left w:val="single" w:sz="0" w:space="0" w:color="0E3A56"/>
          <w:bottom w:val="single" w:sz="0" w:space="0" w:color="0E3A56"/>
          <w:right w:val="single" w:sz="0" w:space="0" w:color="0E3A56"/>
          <w:insideH w:val="single" w:sz="0" w:space="0" w:color="0E3A56"/>
          <w:insideV w:val="single" w:sz="0" w:space="0" w:color="0E3A56"/>
        </w:tblBorders>
      </w:tblPr>
      <w:tblGrid>
        <w:gridCol w:w="9638"/>
      </w:tblGrid>
      <w:tr>
        <w:tc>
          <w:tcPr>
            <w:tcW w:type="dxa" w:w="9638"/>
            <w:shd w:val="clear" w:color="auto" w:fill="0E3A56"/>
            <w:tcMar>
              <w:top w:w="140" w:type="dxa"/>
              <w:start w:w="180" w:type="dxa"/>
              <w:bottom w:w="90" w:type="dxa"/>
              <w:end w:w="180" w:type="dxa"/>
            </w:tcMar>
            <w:vAlign w:val="center"/>
          </w:tcPr>
          <w:p>
            <w:pPr>
              <w:jc w:val="left"/>
            </w:pPr>
            <w:r>
              <w:rPr>
                <w:b/>
                <w:color w:val="FFFFFF"/>
                <w:sz w:val="36"/>
              </w:rPr>
              <w:t>Fiche de lecture – La Boîte à merveilles (1ère Bac)</w:t>
            </w:r>
          </w:p>
        </w:tc>
      </w:tr>
      <w:tr>
        <w:tc>
          <w:tcPr>
            <w:tcW w:type="dxa" w:w="9638"/>
            <w:shd w:val="clear" w:color="auto" w:fill="0E3A56"/>
            <w:tcMar>
              <w:top w:w="70" w:type="dxa"/>
              <w:start w:w="180" w:type="dxa"/>
              <w:bottom w:w="140" w:type="dxa"/>
              <w:end w:w="180" w:type="dxa"/>
            </w:tcMar>
            <w:vAlign w:val="center"/>
          </w:tcPr>
          <w:p>
            <w:pPr>
              <w:jc w:val="left"/>
            </w:pPr>
            <w:r>
              <w:rPr>
                <w:b w:val="0"/>
                <w:color w:val="DCEBF5"/>
                <w:sz w:val="22"/>
              </w:rPr>
              <w:t>Gabarit prêt à remplir + repères d’analyse et grille d’auto-correction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  <w:tblBorders>
          <w:top w:val="single" w:sz="0" w:space="0" w:color="0E3A56"/>
          <w:left w:val="single" w:sz="0" w:space="0" w:color="0E3A56"/>
          <w:bottom w:val="single" w:sz="0" w:space="0" w:color="0E3A56"/>
          <w:right w:val="single" w:sz="0" w:space="0" w:color="0E3A56"/>
          <w:insideH w:val="single" w:sz="0" w:space="0" w:color="0E3A56"/>
          <w:insideV w:val="single" w:sz="0" w:space="0" w:color="0E3A56"/>
        </w:tblBorders>
      </w:tblPr>
      <w:tblGrid>
        <w:gridCol w:w="9638"/>
      </w:tblGrid>
      <w:tr>
        <w:tc>
          <w:tcPr>
            <w:tcW w:type="dxa" w:w="9638"/>
            <w:shd w:val="clear" w:color="auto" w:fill="0E3A56"/>
            <w:tcMar>
              <w:top w:w="90" w:type="dxa"/>
              <w:start w:w="160" w:type="dxa"/>
              <w:bottom w:w="90" w:type="dxa"/>
              <w:end w:w="160" w:type="dxa"/>
            </w:tcMar>
          </w:tcPr>
          <w:p>
            <w:pPr>
              <w:jc w:val="left"/>
            </w:pPr>
            <w:r>
              <w:rPr>
                <w:b/>
                <w:color w:val="FFFFFF"/>
                <w:sz w:val="25"/>
              </w:rPr>
              <w:t>1) Informations de l’élève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  <w:tblBorders>
          <w:top w:val="single" w:sz="10" w:space="0" w:color="B7C4D1"/>
          <w:left w:val="single" w:sz="10" w:space="0" w:color="B7C4D1"/>
          <w:bottom w:val="single" w:sz="10" w:space="0" w:color="B7C4D1"/>
          <w:right w:val="single" w:sz="10" w:space="0" w:color="B7C4D1"/>
          <w:insideH w:val="single" w:sz="10" w:space="0" w:color="B7C4D1"/>
          <w:insideV w:val="single" w:sz="10" w:space="0" w:color="B7C4D1"/>
        </w:tblBorders>
      </w:tblPr>
      <w:tblGrid>
        <w:gridCol w:w="2409"/>
        <w:gridCol w:w="2409"/>
        <w:gridCol w:w="2409"/>
        <w:gridCol w:w="2409"/>
      </w:tblGrid>
      <w:tr>
        <w:trPr>
          <w:trHeight w:val="624" w:hRule="exact"/>
        </w:trPr>
        <w:tc>
          <w:tcPr>
            <w:tcW w:type="dxa" w:w="2409"/>
            <w:tcMar>
              <w:top w:w="80" w:type="dxa"/>
              <w:start w:w="120" w:type="dxa"/>
              <w:bottom w:w="80" w:type="dxa"/>
              <w:end w:w="120" w:type="dxa"/>
            </w:tcMar>
            <w:vAlign w:val="center"/>
            <w:shd w:val="clear" w:color="auto" w:fill="EEF3F7"/>
          </w:tcPr>
          <w:p>
            <w:r>
              <w:rPr>
                <w:b/>
              </w:rPr>
              <w:t>Nom et prénom</w:t>
            </w:r>
          </w:p>
        </w:tc>
        <w:tc>
          <w:tcPr>
            <w:tcW w:type="dxa" w:w="2409"/>
            <w:tcMar>
              <w:top w:w="80" w:type="dxa"/>
              <w:start w:w="120" w:type="dxa"/>
              <w:bottom w:w="80" w:type="dxa"/>
              <w:end w:w="120" w:type="dxa"/>
            </w:tcMar>
            <w:vAlign w:val="center"/>
          </w:tcPr>
          <w:p>
            <w:r>
              <w:t>______________________________</w:t>
            </w:r>
          </w:p>
        </w:tc>
        <w:tc>
          <w:tcPr>
            <w:tcW w:type="dxa" w:w="2409"/>
            <w:tcMar>
              <w:top w:w="80" w:type="dxa"/>
              <w:start w:w="120" w:type="dxa"/>
              <w:bottom w:w="80" w:type="dxa"/>
              <w:end w:w="120" w:type="dxa"/>
            </w:tcMar>
            <w:vAlign w:val="center"/>
            <w:shd w:val="clear" w:color="auto" w:fill="EEF3F7"/>
          </w:tcPr>
          <w:p>
            <w:r>
              <w:rPr>
                <w:b/>
              </w:rPr>
              <w:t>Classe</w:t>
            </w:r>
          </w:p>
        </w:tc>
        <w:tc>
          <w:tcPr>
            <w:tcW w:type="dxa" w:w="2409"/>
            <w:tcMar>
              <w:top w:w="80" w:type="dxa"/>
              <w:start w:w="120" w:type="dxa"/>
              <w:bottom w:w="80" w:type="dxa"/>
              <w:end w:w="120" w:type="dxa"/>
            </w:tcMar>
            <w:vAlign w:val="center"/>
          </w:tcPr>
          <w:p>
            <w:r>
              <w:t>__________________</w:t>
            </w:r>
          </w:p>
        </w:tc>
      </w:tr>
      <w:tr>
        <w:trPr>
          <w:trHeight w:val="624" w:hRule="exact"/>
        </w:trPr>
        <w:tc>
          <w:tcPr>
            <w:tcW w:type="dxa" w:w="2409"/>
            <w:tcMar>
              <w:top w:w="80" w:type="dxa"/>
              <w:start w:w="120" w:type="dxa"/>
              <w:bottom w:w="80" w:type="dxa"/>
              <w:end w:w="120" w:type="dxa"/>
            </w:tcMar>
            <w:vAlign w:val="center"/>
            <w:shd w:val="clear" w:color="auto" w:fill="EEF3F7"/>
          </w:tcPr>
          <w:p>
            <w:r>
              <w:rPr>
                <w:b/>
              </w:rPr>
              <w:t>Date</w:t>
            </w:r>
          </w:p>
        </w:tc>
        <w:tc>
          <w:tcPr>
            <w:tcW w:type="dxa" w:w="2409"/>
            <w:tcMar>
              <w:top w:w="80" w:type="dxa"/>
              <w:start w:w="120" w:type="dxa"/>
              <w:bottom w:w="80" w:type="dxa"/>
              <w:end w:w="120" w:type="dxa"/>
            </w:tcMar>
            <w:vAlign w:val="center"/>
          </w:tcPr>
          <w:p>
            <w:r>
              <w:t>______________________________</w:t>
            </w:r>
          </w:p>
        </w:tc>
        <w:tc>
          <w:tcPr>
            <w:tcW w:type="dxa" w:w="2409"/>
            <w:tcMar>
              <w:top w:w="80" w:type="dxa"/>
              <w:start w:w="120" w:type="dxa"/>
              <w:bottom w:w="80" w:type="dxa"/>
              <w:end w:w="120" w:type="dxa"/>
            </w:tcMar>
            <w:vAlign w:val="center"/>
            <w:shd w:val="clear" w:color="auto" w:fill="EEF3F7"/>
          </w:tcPr>
          <w:p>
            <w:r>
              <w:rPr>
                <w:b/>
              </w:rPr>
              <w:t>Établissement</w:t>
            </w:r>
          </w:p>
        </w:tc>
        <w:tc>
          <w:tcPr>
            <w:tcW w:type="dxa" w:w="2409"/>
            <w:tcMar>
              <w:top w:w="80" w:type="dxa"/>
              <w:start w:w="120" w:type="dxa"/>
              <w:bottom w:w="80" w:type="dxa"/>
              <w:end w:w="120" w:type="dxa"/>
            </w:tcMar>
            <w:vAlign w:val="center"/>
          </w:tcPr>
          <w:p>
            <w:r>
              <w:t>________________________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  <w:tblBorders>
          <w:top w:val="single" w:sz="0" w:space="0" w:color="0E3A56"/>
          <w:left w:val="single" w:sz="0" w:space="0" w:color="0E3A56"/>
          <w:bottom w:val="single" w:sz="0" w:space="0" w:color="0E3A56"/>
          <w:right w:val="single" w:sz="0" w:space="0" w:color="0E3A56"/>
          <w:insideH w:val="single" w:sz="0" w:space="0" w:color="0E3A56"/>
          <w:insideV w:val="single" w:sz="0" w:space="0" w:color="0E3A56"/>
        </w:tblBorders>
      </w:tblPr>
      <w:tblGrid>
        <w:gridCol w:w="9638"/>
      </w:tblGrid>
      <w:tr>
        <w:tc>
          <w:tcPr>
            <w:tcW w:type="dxa" w:w="9638"/>
            <w:shd w:val="clear" w:color="auto" w:fill="0E3A56"/>
            <w:tcMar>
              <w:top w:w="90" w:type="dxa"/>
              <w:start w:w="160" w:type="dxa"/>
              <w:bottom w:w="90" w:type="dxa"/>
              <w:end w:w="160" w:type="dxa"/>
            </w:tcMar>
          </w:tcPr>
          <w:p>
            <w:pPr>
              <w:jc w:val="left"/>
            </w:pPr>
            <w:r>
              <w:rPr>
                <w:b/>
                <w:color w:val="FFFFFF"/>
                <w:sz w:val="25"/>
              </w:rPr>
              <w:t>2) Carte d’identité de l’œuvre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  <w:tblBorders>
          <w:top w:val="single" w:sz="10" w:space="0" w:color="B7C4D1"/>
          <w:left w:val="single" w:sz="10" w:space="0" w:color="B7C4D1"/>
          <w:bottom w:val="single" w:sz="10" w:space="0" w:color="B7C4D1"/>
          <w:right w:val="single" w:sz="10" w:space="0" w:color="B7C4D1"/>
          <w:insideH w:val="single" w:sz="10" w:space="0" w:color="B7C4D1"/>
          <w:insideV w:val="single" w:sz="10" w:space="0" w:color="B7C4D1"/>
        </w:tblBorders>
      </w:tblPr>
      <w:tblGrid>
        <w:gridCol w:w="4819"/>
        <w:gridCol w:w="4819"/>
      </w:tblGrid>
      <w:tr>
        <w:tc>
          <w:tcPr>
            <w:tcW w:type="dxa" w:w="4819"/>
            <w:shd w:val="clear" w:color="auto" w:fill="EEF3F7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rPr>
                <w:b/>
              </w:rPr>
              <w:t>Titre</w:t>
            </w:r>
          </w:p>
        </w:tc>
        <w:tc>
          <w:tcPr>
            <w:tcW w:type="dxa" w:w="4819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t>La Boîte à merveilles</w:t>
            </w:r>
          </w:p>
        </w:tc>
      </w:tr>
      <w:tr>
        <w:tc>
          <w:tcPr>
            <w:tcW w:type="dxa" w:w="4819"/>
            <w:shd w:val="clear" w:color="auto" w:fill="EEF3F7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rPr>
                <w:b/>
              </w:rPr>
              <w:t>Auteur</w:t>
            </w:r>
          </w:p>
        </w:tc>
        <w:tc>
          <w:tcPr>
            <w:tcW w:type="dxa" w:w="4819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t>Ahmed Sefrioui</w:t>
            </w:r>
          </w:p>
        </w:tc>
      </w:tr>
      <w:tr>
        <w:tc>
          <w:tcPr>
            <w:tcW w:type="dxa" w:w="4819"/>
            <w:shd w:val="clear" w:color="auto" w:fill="EEF3F7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rPr>
                <w:b/>
              </w:rPr>
              <w:t>Genre / type</w:t>
            </w:r>
          </w:p>
        </w:tc>
        <w:tc>
          <w:tcPr>
            <w:tcW w:type="dxa" w:w="4819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t>Roman autobiographique (récit d’enfance)</w:t>
            </w:r>
          </w:p>
        </w:tc>
      </w:tr>
      <w:tr>
        <w:tc>
          <w:tcPr>
            <w:tcW w:type="dxa" w:w="4819"/>
            <w:shd w:val="clear" w:color="auto" w:fill="EEF3F7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rPr>
                <w:b/>
              </w:rPr>
              <w:t>Cadre (lieu/époque)</w:t>
            </w:r>
          </w:p>
        </w:tc>
        <w:tc>
          <w:tcPr>
            <w:tcW w:type="dxa" w:w="4819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t>______________________________</w:t>
            </w:r>
          </w:p>
        </w:tc>
      </w:tr>
      <w:tr>
        <w:tc>
          <w:tcPr>
            <w:tcW w:type="dxa" w:w="4819"/>
            <w:shd w:val="clear" w:color="auto" w:fill="EEF3F7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rPr>
                <w:b/>
              </w:rPr>
              <w:t>Mots-clés</w:t>
            </w:r>
          </w:p>
        </w:tc>
        <w:tc>
          <w:tcPr>
            <w:tcW w:type="dxa" w:w="4819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t>______________________________  ______________________________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  <w:tblBorders>
          <w:top w:val="single" w:sz="0" w:space="0" w:color="0E3A56"/>
          <w:left w:val="single" w:sz="0" w:space="0" w:color="0E3A56"/>
          <w:bottom w:val="single" w:sz="0" w:space="0" w:color="0E3A56"/>
          <w:right w:val="single" w:sz="0" w:space="0" w:color="0E3A56"/>
          <w:insideH w:val="single" w:sz="0" w:space="0" w:color="0E3A56"/>
          <w:insideV w:val="single" w:sz="0" w:space="0" w:color="0E3A56"/>
        </w:tblBorders>
      </w:tblPr>
      <w:tblGrid>
        <w:gridCol w:w="9638"/>
      </w:tblGrid>
      <w:tr>
        <w:tc>
          <w:tcPr>
            <w:tcW w:type="dxa" w:w="9638"/>
            <w:shd w:val="clear" w:color="auto" w:fill="0E3A56"/>
            <w:tcMar>
              <w:top w:w="90" w:type="dxa"/>
              <w:start w:w="160" w:type="dxa"/>
              <w:bottom w:w="90" w:type="dxa"/>
              <w:end w:w="160" w:type="dxa"/>
            </w:tcMar>
          </w:tcPr>
          <w:p>
            <w:pPr>
              <w:jc w:val="left"/>
            </w:pPr>
            <w:r>
              <w:rPr>
                <w:b/>
                <w:color w:val="FFFFFF"/>
                <w:sz w:val="25"/>
              </w:rPr>
              <w:t>3) Repères de narration (à compléter)</w:t>
            </w:r>
          </w:p>
        </w:tc>
      </w:tr>
    </w:tbl>
    <w:p/>
    <w:p>
      <w:pPr>
        <w:spacing w:after="120"/>
      </w:pPr>
      <w:r>
        <w:rPr>
          <w:b/>
        </w:rPr>
        <w:t xml:space="preserve">Narrateur / point de vue : </w:t>
      </w:r>
      <w:r>
        <w:t>______________________________________________</w:t>
      </w:r>
    </w:p>
    <w:p>
      <w:pPr>
        <w:spacing w:after="120"/>
      </w:pPr>
      <w:r>
        <w:rPr>
          <w:b/>
        </w:rPr>
        <w:t xml:space="preserve">Temps dominants : </w:t>
      </w:r>
      <w:r>
        <w:t>☐ imparfait  ☐ passé simple  ☐ passé composé  ☐ plus-que-parfait  ☐ autre : __________</w:t>
      </w:r>
    </w:p>
    <w:p>
      <w:pPr>
        <w:spacing w:after="120"/>
      </w:pPr>
      <w:r>
        <w:rPr>
          <w:b/>
        </w:rPr>
        <w:t xml:space="preserve">Tonalité / registres : </w:t>
      </w:r>
      <w:r>
        <w:t>☐ réaliste  ☐ lyrique  ☐ comique  ☐ pathétique  ☐ autre : __________</w:t>
      </w:r>
    </w:p>
    <w:p>
      <w:r>
        <w:br w:type="page"/>
      </w:r>
    </w:p>
    <w:tbl>
      <w:tblPr>
        <w:tblW w:type="auto" w:w="0"/>
        <w:jc w:val="center"/>
        <w:tblLook w:firstColumn="1" w:firstRow="1" w:lastColumn="0" w:lastRow="0" w:noHBand="0" w:noVBand="1" w:val="04A0"/>
        <w:tblBorders>
          <w:top w:val="single" w:sz="0" w:space="0" w:color="0E3A56"/>
          <w:left w:val="single" w:sz="0" w:space="0" w:color="0E3A56"/>
          <w:bottom w:val="single" w:sz="0" w:space="0" w:color="0E3A56"/>
          <w:right w:val="single" w:sz="0" w:space="0" w:color="0E3A56"/>
          <w:insideH w:val="single" w:sz="0" w:space="0" w:color="0E3A56"/>
          <w:insideV w:val="single" w:sz="0" w:space="0" w:color="0E3A56"/>
        </w:tblBorders>
      </w:tblPr>
      <w:tblGrid>
        <w:gridCol w:w="9638"/>
      </w:tblGrid>
      <w:tr>
        <w:tc>
          <w:tcPr>
            <w:tcW w:type="dxa" w:w="9638"/>
            <w:shd w:val="clear" w:color="auto" w:fill="0E3A56"/>
            <w:tcMar>
              <w:top w:w="90" w:type="dxa"/>
              <w:start w:w="160" w:type="dxa"/>
              <w:bottom w:w="90" w:type="dxa"/>
              <w:end w:w="160" w:type="dxa"/>
            </w:tcMar>
          </w:tcPr>
          <w:p>
            <w:pPr>
              <w:jc w:val="left"/>
            </w:pPr>
            <w:r>
              <w:rPr>
                <w:b/>
                <w:color w:val="FFFFFF"/>
                <w:sz w:val="25"/>
              </w:rPr>
              <w:t>4) Résumé (10 à 12 lignes)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  <w:tblBorders>
          <w:top w:val="single" w:sz="0" w:space="0" w:color="B7C4D1"/>
          <w:left w:val="single" w:sz="0" w:space="0" w:color="B7C4D1"/>
          <w:bottom w:val="single" w:sz="0" w:space="0" w:color="B7C4D1"/>
          <w:right w:val="single" w:sz="0" w:space="0" w:color="B7C4D1"/>
          <w:insideH w:val="single" w:sz="0" w:space="0" w:color="B7C4D1"/>
          <w:insideV w:val="single" w:sz="0" w:space="0" w:color="B7C4D1"/>
        </w:tblBorders>
      </w:tblPr>
      <w:tblGrid>
        <w:gridCol w:w="9638"/>
      </w:tblGrid>
      <w:tr>
        <w:trPr>
          <w:trHeight w:val="408" w:hRule="exact"/>
        </w:trPr>
        <w:tc>
          <w:tcPr>
            <w:tcW w:type="dxa" w:w="9638"/>
            <w:tcMar>
              <w:top w:w="60" w:type="dxa"/>
              <w:start w:w="120" w:type="dxa"/>
              <w:bottom w:w="60" w:type="dxa"/>
              <w:end w:w="120" w:type="dxa"/>
            </w:tcMar>
            <w:tcBorders>
              <w:bottom w:val="single" w:sz="10" w:space="0" w:color="B7C4D1"/>
            </w:tcBorders>
          </w:tcPr>
          <w:p>
            <w:r>
              <w:rPr>
                <w:color w:val="505A64"/>
                <w:sz w:val="20"/>
              </w:rPr>
              <w:t>Astuce : raconte l’essentiel (qui ? où ? quoi ? évolution du narrateur), sans entrer dans les détails.</w:t>
            </w:r>
          </w:p>
        </w:tc>
      </w:tr>
      <w:tr>
        <w:trPr>
          <w:trHeight w:val="408" w:hRule="exact"/>
        </w:trPr>
        <w:tc>
          <w:tcPr>
            <w:tcW w:type="dxa" w:w="9638"/>
            <w:tcMar>
              <w:top w:w="60" w:type="dxa"/>
              <w:start w:w="120" w:type="dxa"/>
              <w:bottom w:w="60" w:type="dxa"/>
              <w:end w:w="120" w:type="dxa"/>
            </w:tcMar>
            <w:tcBorders>
              <w:bottom w:val="single" w:sz="10" w:space="0" w:color="B7C4D1"/>
            </w:tcBorders>
          </w:tcPr>
          <w:p/>
        </w:tc>
      </w:tr>
      <w:tr>
        <w:trPr>
          <w:trHeight w:val="408" w:hRule="exact"/>
        </w:trPr>
        <w:tc>
          <w:tcPr>
            <w:tcW w:type="dxa" w:w="9638"/>
            <w:tcMar>
              <w:top w:w="60" w:type="dxa"/>
              <w:start w:w="120" w:type="dxa"/>
              <w:bottom w:w="60" w:type="dxa"/>
              <w:end w:w="120" w:type="dxa"/>
            </w:tcMar>
            <w:tcBorders>
              <w:bottom w:val="single" w:sz="10" w:space="0" w:color="B7C4D1"/>
            </w:tcBorders>
          </w:tcPr>
          <w:p/>
        </w:tc>
      </w:tr>
      <w:tr>
        <w:trPr>
          <w:trHeight w:val="408" w:hRule="exact"/>
        </w:trPr>
        <w:tc>
          <w:tcPr>
            <w:tcW w:type="dxa" w:w="9638"/>
            <w:tcMar>
              <w:top w:w="60" w:type="dxa"/>
              <w:start w:w="120" w:type="dxa"/>
              <w:bottom w:w="60" w:type="dxa"/>
              <w:end w:w="120" w:type="dxa"/>
            </w:tcMar>
            <w:tcBorders>
              <w:bottom w:val="single" w:sz="10" w:space="0" w:color="B7C4D1"/>
            </w:tcBorders>
          </w:tcPr>
          <w:p/>
        </w:tc>
      </w:tr>
      <w:tr>
        <w:trPr>
          <w:trHeight w:val="408" w:hRule="exact"/>
        </w:trPr>
        <w:tc>
          <w:tcPr>
            <w:tcW w:type="dxa" w:w="9638"/>
            <w:tcMar>
              <w:top w:w="60" w:type="dxa"/>
              <w:start w:w="120" w:type="dxa"/>
              <w:bottom w:w="60" w:type="dxa"/>
              <w:end w:w="120" w:type="dxa"/>
            </w:tcMar>
            <w:tcBorders>
              <w:bottom w:val="single" w:sz="10" w:space="0" w:color="B7C4D1"/>
            </w:tcBorders>
          </w:tcPr>
          <w:p/>
        </w:tc>
      </w:tr>
      <w:tr>
        <w:trPr>
          <w:trHeight w:val="408" w:hRule="exact"/>
        </w:trPr>
        <w:tc>
          <w:tcPr>
            <w:tcW w:type="dxa" w:w="9638"/>
            <w:tcMar>
              <w:top w:w="60" w:type="dxa"/>
              <w:start w:w="120" w:type="dxa"/>
              <w:bottom w:w="60" w:type="dxa"/>
              <w:end w:w="120" w:type="dxa"/>
            </w:tcMar>
            <w:tcBorders>
              <w:bottom w:val="single" w:sz="10" w:space="0" w:color="B7C4D1"/>
            </w:tcBorders>
          </w:tcPr>
          <w:p/>
        </w:tc>
      </w:tr>
      <w:tr>
        <w:trPr>
          <w:trHeight w:val="408" w:hRule="exact"/>
        </w:trPr>
        <w:tc>
          <w:tcPr>
            <w:tcW w:type="dxa" w:w="9638"/>
            <w:tcMar>
              <w:top w:w="60" w:type="dxa"/>
              <w:start w:w="120" w:type="dxa"/>
              <w:bottom w:w="60" w:type="dxa"/>
              <w:end w:w="120" w:type="dxa"/>
            </w:tcMar>
            <w:tcBorders>
              <w:bottom w:val="single" w:sz="10" w:space="0" w:color="B7C4D1"/>
            </w:tcBorders>
          </w:tcPr>
          <w:p/>
        </w:tc>
      </w:tr>
      <w:tr>
        <w:trPr>
          <w:trHeight w:val="408" w:hRule="exact"/>
        </w:trPr>
        <w:tc>
          <w:tcPr>
            <w:tcW w:type="dxa" w:w="9638"/>
            <w:tcMar>
              <w:top w:w="60" w:type="dxa"/>
              <w:start w:w="120" w:type="dxa"/>
              <w:bottom w:w="60" w:type="dxa"/>
              <w:end w:w="120" w:type="dxa"/>
            </w:tcMar>
            <w:tcBorders>
              <w:bottom w:val="single" w:sz="10" w:space="0" w:color="B7C4D1"/>
            </w:tcBorders>
          </w:tcPr>
          <w:p/>
        </w:tc>
      </w:tr>
      <w:tr>
        <w:trPr>
          <w:trHeight w:val="408" w:hRule="exact"/>
        </w:trPr>
        <w:tc>
          <w:tcPr>
            <w:tcW w:type="dxa" w:w="9638"/>
            <w:tcMar>
              <w:top w:w="60" w:type="dxa"/>
              <w:start w:w="120" w:type="dxa"/>
              <w:bottom w:w="60" w:type="dxa"/>
              <w:end w:w="120" w:type="dxa"/>
            </w:tcMar>
            <w:tcBorders>
              <w:bottom w:val="single" w:sz="10" w:space="0" w:color="B7C4D1"/>
            </w:tcBorders>
          </w:tcPr>
          <w:p/>
        </w:tc>
      </w:tr>
      <w:tr>
        <w:trPr>
          <w:trHeight w:val="408" w:hRule="exact"/>
        </w:trPr>
        <w:tc>
          <w:tcPr>
            <w:tcW w:type="dxa" w:w="9638"/>
            <w:tcMar>
              <w:top w:w="60" w:type="dxa"/>
              <w:start w:w="120" w:type="dxa"/>
              <w:bottom w:w="60" w:type="dxa"/>
              <w:end w:w="120" w:type="dxa"/>
            </w:tcMar>
            <w:tcBorders>
              <w:bottom w:val="single" w:sz="10" w:space="0" w:color="B7C4D1"/>
            </w:tcBorders>
          </w:tcPr>
          <w:p/>
        </w:tc>
      </w:tr>
      <w:tr>
        <w:trPr>
          <w:trHeight w:val="408" w:hRule="exact"/>
        </w:trPr>
        <w:tc>
          <w:tcPr>
            <w:tcW w:type="dxa" w:w="9638"/>
            <w:tcMar>
              <w:top w:w="60" w:type="dxa"/>
              <w:start w:w="120" w:type="dxa"/>
              <w:bottom w:w="60" w:type="dxa"/>
              <w:end w:w="120" w:type="dxa"/>
            </w:tcMar>
            <w:tcBorders>
              <w:bottom w:val="single" w:sz="10" w:space="0" w:color="B7C4D1"/>
            </w:tcBorders>
          </w:tcPr>
          <w:p/>
        </w:tc>
      </w:tr>
      <w:tr>
        <w:trPr>
          <w:trHeight w:val="408" w:hRule="exact"/>
        </w:trPr>
        <w:tc>
          <w:tcPr>
            <w:tcW w:type="dxa" w:w="9638"/>
            <w:tcMar>
              <w:top w:w="60" w:type="dxa"/>
              <w:start w:w="120" w:type="dxa"/>
              <w:bottom w:w="60" w:type="dxa"/>
              <w:end w:w="120" w:type="dxa"/>
            </w:tcMar>
            <w:tcBorders>
              <w:bottom w:val="single" w:sz="10" w:space="0" w:color="B7C4D1"/>
            </w:tcBorders>
          </w:tcPr>
          <w:p/>
        </w:tc>
      </w:tr>
      <w:tr>
        <w:trPr>
          <w:trHeight w:val="408" w:hRule="exact"/>
        </w:trPr>
        <w:tc>
          <w:tcPr>
            <w:tcW w:type="dxa" w:w="9638"/>
            <w:tcMar>
              <w:top w:w="60" w:type="dxa"/>
              <w:start w:w="120" w:type="dxa"/>
              <w:bottom w:w="60" w:type="dxa"/>
              <w:end w:w="120" w:type="dxa"/>
            </w:tcMar>
            <w:tcBorders>
              <w:bottom w:val="single" w:sz="10" w:space="0" w:color="B7C4D1"/>
            </w:tcBorders>
          </w:tcPr>
          <w:p/>
        </w:tc>
      </w:tr>
      <w:tr>
        <w:trPr>
          <w:trHeight w:val="408" w:hRule="exact"/>
        </w:trPr>
        <w:tc>
          <w:tcPr>
            <w:tcW w:type="dxa" w:w="9638"/>
            <w:tcMar>
              <w:top w:w="60" w:type="dxa"/>
              <w:start w:w="120" w:type="dxa"/>
              <w:bottom w:w="60" w:type="dxa"/>
              <w:end w:w="120" w:type="dxa"/>
            </w:tcMar>
            <w:tcBorders>
              <w:bottom w:val="single" w:sz="10" w:space="0" w:color="B7C4D1"/>
            </w:tcBorders>
          </w:tcPr>
          <w:p/>
        </w:tc>
      </w:tr>
      <w:tr>
        <w:trPr>
          <w:trHeight w:val="408" w:hRule="exact"/>
        </w:trPr>
        <w:tc>
          <w:tcPr>
            <w:tcW w:type="dxa" w:w="9638"/>
            <w:tcMar>
              <w:top w:w="60" w:type="dxa"/>
              <w:start w:w="120" w:type="dxa"/>
              <w:bottom w:w="60" w:type="dxa"/>
              <w:end w:w="120" w:type="dxa"/>
            </w:tcMar>
            <w:tcBorders>
              <w:bottom w:val="single" w:sz="10" w:space="0" w:color="B7C4D1"/>
            </w:tcBorders>
          </w:tcPr>
          <w:p/>
        </w:tc>
      </w:tr>
      <w:tr>
        <w:trPr>
          <w:trHeight w:val="408" w:hRule="exact"/>
        </w:trPr>
        <w:tc>
          <w:tcPr>
            <w:tcW w:type="dxa" w:w="9638"/>
            <w:tcMar>
              <w:top w:w="60" w:type="dxa"/>
              <w:start w:w="120" w:type="dxa"/>
              <w:bottom w:w="60" w:type="dxa"/>
              <w:end w:w="120" w:type="dxa"/>
            </w:tcMar>
            <w:tcBorders>
              <w:bottom w:val="single" w:sz="10" w:space="0" w:color="B7C4D1"/>
            </w:tcBorders>
          </w:tcPr>
          <w:p/>
        </w:tc>
      </w:tr>
      <w:tr>
        <w:trPr>
          <w:trHeight w:val="408" w:hRule="exact"/>
        </w:trPr>
        <w:tc>
          <w:tcPr>
            <w:tcW w:type="dxa" w:w="9638"/>
            <w:tcMar>
              <w:top w:w="60" w:type="dxa"/>
              <w:start w:w="120" w:type="dxa"/>
              <w:bottom w:w="60" w:type="dxa"/>
              <w:end w:w="120" w:type="dxa"/>
            </w:tcMar>
            <w:tcBorders>
              <w:bottom w:val="single" w:sz="10" w:space="0" w:color="B7C4D1"/>
            </w:tcBorders>
          </w:tcPr>
          <w:p/>
        </w:tc>
      </w:tr>
      <w:tr>
        <w:trPr>
          <w:trHeight w:val="408" w:hRule="exact"/>
        </w:trPr>
        <w:tc>
          <w:tcPr>
            <w:tcW w:type="dxa" w:w="9638"/>
            <w:tcMar>
              <w:top w:w="60" w:type="dxa"/>
              <w:start w:w="120" w:type="dxa"/>
              <w:bottom w:w="60" w:type="dxa"/>
              <w:end w:w="120" w:type="dxa"/>
            </w:tcMar>
            <w:tcBorders>
              <w:bottom w:val="single" w:sz="10" w:space="0" w:color="B7C4D1"/>
            </w:tcBorders>
          </w:tcPr>
          <w:p/>
        </w:tc>
      </w:tr>
    </w:tbl>
    <w:p>
      <w:r>
        <w:br w:type="page"/>
      </w:r>
    </w:p>
    <w:tbl>
      <w:tblPr>
        <w:tblW w:type="auto" w:w="0"/>
        <w:jc w:val="center"/>
        <w:tblLook w:firstColumn="1" w:firstRow="1" w:lastColumn="0" w:lastRow="0" w:noHBand="0" w:noVBand="1" w:val="04A0"/>
        <w:tblBorders>
          <w:top w:val="single" w:sz="0" w:space="0" w:color="0E3A56"/>
          <w:left w:val="single" w:sz="0" w:space="0" w:color="0E3A56"/>
          <w:bottom w:val="single" w:sz="0" w:space="0" w:color="0E3A56"/>
          <w:right w:val="single" w:sz="0" w:space="0" w:color="0E3A56"/>
          <w:insideH w:val="single" w:sz="0" w:space="0" w:color="0E3A56"/>
          <w:insideV w:val="single" w:sz="0" w:space="0" w:color="0E3A56"/>
        </w:tblBorders>
      </w:tblPr>
      <w:tblGrid>
        <w:gridCol w:w="9638"/>
      </w:tblGrid>
      <w:tr>
        <w:tc>
          <w:tcPr>
            <w:tcW w:type="dxa" w:w="9638"/>
            <w:shd w:val="clear" w:color="auto" w:fill="0E3A56"/>
            <w:tcMar>
              <w:top w:w="90" w:type="dxa"/>
              <w:start w:w="160" w:type="dxa"/>
              <w:bottom w:w="90" w:type="dxa"/>
              <w:end w:w="160" w:type="dxa"/>
            </w:tcMar>
          </w:tcPr>
          <w:p>
            <w:pPr>
              <w:jc w:val="left"/>
            </w:pPr>
            <w:r>
              <w:rPr>
                <w:b/>
                <w:color w:val="FFFFFF"/>
                <w:sz w:val="25"/>
              </w:rPr>
              <w:t>5) Personnages (rôle, traits, lien avec le narrateur)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  <w:tblBorders>
          <w:top w:val="single" w:sz="10" w:space="0" w:color="B7C4D1"/>
          <w:left w:val="single" w:sz="10" w:space="0" w:color="B7C4D1"/>
          <w:bottom w:val="single" w:sz="10" w:space="0" w:color="B7C4D1"/>
          <w:right w:val="single" w:sz="10" w:space="0" w:color="B7C4D1"/>
          <w:insideH w:val="single" w:sz="10" w:space="0" w:color="B7C4D1"/>
          <w:insideV w:val="single" w:sz="10" w:space="0" w:color="B7C4D1"/>
        </w:tblBorders>
      </w:tblPr>
      <w:tblGrid>
        <w:gridCol w:w="1928"/>
        <w:gridCol w:w="1928"/>
        <w:gridCol w:w="1928"/>
        <w:gridCol w:w="1928"/>
        <w:gridCol w:w="1928"/>
      </w:tblGrid>
      <w:tr>
        <w:tc>
          <w:tcPr>
            <w:tcW w:type="dxa" w:w="1928"/>
            <w:shd w:val="clear" w:color="auto" w:fill="0E3A56"/>
            <w:tcMar>
              <w:top w:w="70" w:type="dxa"/>
              <w:start w:w="110" w:type="dxa"/>
              <w:bottom w:w="70" w:type="dxa"/>
              <w:end w:w="110" w:type="dxa"/>
            </w:tcMar>
          </w:tcPr>
          <w:p>
            <w:r>
              <w:rPr>
                <w:b/>
                <w:color w:val="FFFFFF"/>
                <w:sz w:val="21"/>
              </w:rPr>
              <w:t>Personnage</w:t>
            </w:r>
          </w:p>
        </w:tc>
        <w:tc>
          <w:tcPr>
            <w:tcW w:type="dxa" w:w="1928"/>
            <w:shd w:val="clear" w:color="auto" w:fill="0E3A56"/>
            <w:tcMar>
              <w:top w:w="70" w:type="dxa"/>
              <w:start w:w="110" w:type="dxa"/>
              <w:bottom w:w="70" w:type="dxa"/>
              <w:end w:w="110" w:type="dxa"/>
            </w:tcMar>
          </w:tcPr>
          <w:p>
            <w:r>
              <w:rPr>
                <w:b/>
                <w:color w:val="FFFFFF"/>
                <w:sz w:val="21"/>
              </w:rPr>
              <w:t>Rôle</w:t>
            </w:r>
          </w:p>
        </w:tc>
        <w:tc>
          <w:tcPr>
            <w:tcW w:type="dxa" w:w="1928"/>
            <w:shd w:val="clear" w:color="auto" w:fill="0E3A56"/>
            <w:tcMar>
              <w:top w:w="70" w:type="dxa"/>
              <w:start w:w="110" w:type="dxa"/>
              <w:bottom w:w="70" w:type="dxa"/>
              <w:end w:w="110" w:type="dxa"/>
            </w:tcMar>
          </w:tcPr>
          <w:p>
            <w:r>
              <w:rPr>
                <w:b/>
                <w:color w:val="FFFFFF"/>
                <w:sz w:val="21"/>
              </w:rPr>
              <w:t>Traits dominants</w:t>
            </w:r>
          </w:p>
        </w:tc>
        <w:tc>
          <w:tcPr>
            <w:tcW w:type="dxa" w:w="1928"/>
            <w:shd w:val="clear" w:color="auto" w:fill="0E3A56"/>
            <w:tcMar>
              <w:top w:w="70" w:type="dxa"/>
              <w:start w:w="110" w:type="dxa"/>
              <w:bottom w:w="70" w:type="dxa"/>
              <w:end w:w="110" w:type="dxa"/>
            </w:tcMar>
          </w:tcPr>
          <w:p>
            <w:r>
              <w:rPr>
                <w:b/>
                <w:color w:val="FFFFFF"/>
                <w:sz w:val="21"/>
              </w:rPr>
              <w:t>Relation / impact</w:t>
            </w:r>
          </w:p>
        </w:tc>
        <w:tc>
          <w:tcPr>
            <w:tcW w:type="dxa" w:w="1928"/>
            <w:shd w:val="clear" w:color="auto" w:fill="0E3A56"/>
            <w:tcMar>
              <w:top w:w="70" w:type="dxa"/>
              <w:start w:w="110" w:type="dxa"/>
              <w:bottom w:w="70" w:type="dxa"/>
              <w:end w:w="110" w:type="dxa"/>
            </w:tcMar>
          </w:tcPr>
          <w:p>
            <w:r>
              <w:rPr>
                <w:b/>
                <w:color w:val="FFFFFF"/>
                <w:sz w:val="21"/>
              </w:rPr>
              <w:t>Moment clé</w:t>
            </w:r>
          </w:p>
        </w:tc>
      </w:tr>
      <w:tr>
        <w:trPr>
          <w:trHeight w:val="624" w:hRule="exact"/>
        </w:trPr>
        <w:tc>
          <w:tcPr>
            <w:tcW w:type="dxa" w:w="1928"/>
            <w:tcMar>
              <w:top w:w="70" w:type="dxa"/>
              <w:start w:w="110" w:type="dxa"/>
              <w:bottom w:w="70" w:type="dxa"/>
              <w:end w:w="110" w:type="dxa"/>
            </w:tcMar>
          </w:tcPr>
          <w:p/>
        </w:tc>
        <w:tc>
          <w:tcPr>
            <w:tcW w:type="dxa" w:w="1928"/>
            <w:tcMar>
              <w:top w:w="70" w:type="dxa"/>
              <w:start w:w="110" w:type="dxa"/>
              <w:bottom w:w="70" w:type="dxa"/>
              <w:end w:w="110" w:type="dxa"/>
            </w:tcMar>
          </w:tcPr>
          <w:p/>
        </w:tc>
        <w:tc>
          <w:tcPr>
            <w:tcW w:type="dxa" w:w="1928"/>
            <w:tcMar>
              <w:top w:w="70" w:type="dxa"/>
              <w:start w:w="110" w:type="dxa"/>
              <w:bottom w:w="70" w:type="dxa"/>
              <w:end w:w="110" w:type="dxa"/>
            </w:tcMar>
          </w:tcPr>
          <w:p/>
        </w:tc>
        <w:tc>
          <w:tcPr>
            <w:tcW w:type="dxa" w:w="1928"/>
            <w:tcMar>
              <w:top w:w="70" w:type="dxa"/>
              <w:start w:w="110" w:type="dxa"/>
              <w:bottom w:w="70" w:type="dxa"/>
              <w:end w:w="110" w:type="dxa"/>
            </w:tcMar>
          </w:tcPr>
          <w:p/>
        </w:tc>
        <w:tc>
          <w:tcPr>
            <w:tcW w:type="dxa" w:w="1928"/>
            <w:tcMar>
              <w:top w:w="70" w:type="dxa"/>
              <w:start w:w="110" w:type="dxa"/>
              <w:bottom w:w="70" w:type="dxa"/>
              <w:end w:w="110" w:type="dxa"/>
            </w:tcMar>
          </w:tcPr>
          <w:p/>
        </w:tc>
      </w:tr>
      <w:tr>
        <w:trPr>
          <w:trHeight w:val="624" w:hRule="exact"/>
        </w:trPr>
        <w:tc>
          <w:tcPr>
            <w:tcW w:type="dxa" w:w="1928"/>
            <w:tcMar>
              <w:top w:w="70" w:type="dxa"/>
              <w:start w:w="110" w:type="dxa"/>
              <w:bottom w:w="70" w:type="dxa"/>
              <w:end w:w="110" w:type="dxa"/>
            </w:tcMar>
          </w:tcPr>
          <w:p/>
        </w:tc>
        <w:tc>
          <w:tcPr>
            <w:tcW w:type="dxa" w:w="1928"/>
            <w:tcMar>
              <w:top w:w="70" w:type="dxa"/>
              <w:start w:w="110" w:type="dxa"/>
              <w:bottom w:w="70" w:type="dxa"/>
              <w:end w:w="110" w:type="dxa"/>
            </w:tcMar>
          </w:tcPr>
          <w:p/>
        </w:tc>
        <w:tc>
          <w:tcPr>
            <w:tcW w:type="dxa" w:w="1928"/>
            <w:tcMar>
              <w:top w:w="70" w:type="dxa"/>
              <w:start w:w="110" w:type="dxa"/>
              <w:bottom w:w="70" w:type="dxa"/>
              <w:end w:w="110" w:type="dxa"/>
            </w:tcMar>
          </w:tcPr>
          <w:p/>
        </w:tc>
        <w:tc>
          <w:tcPr>
            <w:tcW w:type="dxa" w:w="1928"/>
            <w:tcMar>
              <w:top w:w="70" w:type="dxa"/>
              <w:start w:w="110" w:type="dxa"/>
              <w:bottom w:w="70" w:type="dxa"/>
              <w:end w:w="110" w:type="dxa"/>
            </w:tcMar>
          </w:tcPr>
          <w:p/>
        </w:tc>
        <w:tc>
          <w:tcPr>
            <w:tcW w:type="dxa" w:w="1928"/>
            <w:tcMar>
              <w:top w:w="70" w:type="dxa"/>
              <w:start w:w="110" w:type="dxa"/>
              <w:bottom w:w="70" w:type="dxa"/>
              <w:end w:w="110" w:type="dxa"/>
            </w:tcMar>
          </w:tcPr>
          <w:p/>
        </w:tc>
      </w:tr>
      <w:tr>
        <w:trPr>
          <w:trHeight w:val="624" w:hRule="exact"/>
        </w:trPr>
        <w:tc>
          <w:tcPr>
            <w:tcW w:type="dxa" w:w="1928"/>
            <w:tcMar>
              <w:top w:w="70" w:type="dxa"/>
              <w:start w:w="110" w:type="dxa"/>
              <w:bottom w:w="70" w:type="dxa"/>
              <w:end w:w="110" w:type="dxa"/>
            </w:tcMar>
          </w:tcPr>
          <w:p/>
        </w:tc>
        <w:tc>
          <w:tcPr>
            <w:tcW w:type="dxa" w:w="1928"/>
            <w:tcMar>
              <w:top w:w="70" w:type="dxa"/>
              <w:start w:w="110" w:type="dxa"/>
              <w:bottom w:w="70" w:type="dxa"/>
              <w:end w:w="110" w:type="dxa"/>
            </w:tcMar>
          </w:tcPr>
          <w:p/>
        </w:tc>
        <w:tc>
          <w:tcPr>
            <w:tcW w:type="dxa" w:w="1928"/>
            <w:tcMar>
              <w:top w:w="70" w:type="dxa"/>
              <w:start w:w="110" w:type="dxa"/>
              <w:bottom w:w="70" w:type="dxa"/>
              <w:end w:w="110" w:type="dxa"/>
            </w:tcMar>
          </w:tcPr>
          <w:p/>
        </w:tc>
        <w:tc>
          <w:tcPr>
            <w:tcW w:type="dxa" w:w="1928"/>
            <w:tcMar>
              <w:top w:w="70" w:type="dxa"/>
              <w:start w:w="110" w:type="dxa"/>
              <w:bottom w:w="70" w:type="dxa"/>
              <w:end w:w="110" w:type="dxa"/>
            </w:tcMar>
          </w:tcPr>
          <w:p/>
        </w:tc>
        <w:tc>
          <w:tcPr>
            <w:tcW w:type="dxa" w:w="1928"/>
            <w:tcMar>
              <w:top w:w="70" w:type="dxa"/>
              <w:start w:w="110" w:type="dxa"/>
              <w:bottom w:w="70" w:type="dxa"/>
              <w:end w:w="110" w:type="dxa"/>
            </w:tcMar>
          </w:tcPr>
          <w:p/>
        </w:tc>
      </w:tr>
      <w:tr>
        <w:trPr>
          <w:trHeight w:val="624" w:hRule="exact"/>
        </w:trPr>
        <w:tc>
          <w:tcPr>
            <w:tcW w:type="dxa" w:w="1928"/>
            <w:tcMar>
              <w:top w:w="70" w:type="dxa"/>
              <w:start w:w="110" w:type="dxa"/>
              <w:bottom w:w="70" w:type="dxa"/>
              <w:end w:w="110" w:type="dxa"/>
            </w:tcMar>
          </w:tcPr>
          <w:p/>
        </w:tc>
        <w:tc>
          <w:tcPr>
            <w:tcW w:type="dxa" w:w="1928"/>
            <w:tcMar>
              <w:top w:w="70" w:type="dxa"/>
              <w:start w:w="110" w:type="dxa"/>
              <w:bottom w:w="70" w:type="dxa"/>
              <w:end w:w="110" w:type="dxa"/>
            </w:tcMar>
          </w:tcPr>
          <w:p/>
        </w:tc>
        <w:tc>
          <w:tcPr>
            <w:tcW w:type="dxa" w:w="1928"/>
            <w:tcMar>
              <w:top w:w="70" w:type="dxa"/>
              <w:start w:w="110" w:type="dxa"/>
              <w:bottom w:w="70" w:type="dxa"/>
              <w:end w:w="110" w:type="dxa"/>
            </w:tcMar>
          </w:tcPr>
          <w:p/>
        </w:tc>
        <w:tc>
          <w:tcPr>
            <w:tcW w:type="dxa" w:w="1928"/>
            <w:tcMar>
              <w:top w:w="70" w:type="dxa"/>
              <w:start w:w="110" w:type="dxa"/>
              <w:bottom w:w="70" w:type="dxa"/>
              <w:end w:w="110" w:type="dxa"/>
            </w:tcMar>
          </w:tcPr>
          <w:p/>
        </w:tc>
        <w:tc>
          <w:tcPr>
            <w:tcW w:type="dxa" w:w="1928"/>
            <w:tcMar>
              <w:top w:w="70" w:type="dxa"/>
              <w:start w:w="110" w:type="dxa"/>
              <w:bottom w:w="70" w:type="dxa"/>
              <w:end w:w="110" w:type="dxa"/>
            </w:tcMar>
          </w:tcPr>
          <w:p/>
        </w:tc>
      </w:tr>
      <w:tr>
        <w:trPr>
          <w:trHeight w:val="624" w:hRule="exact"/>
        </w:trPr>
        <w:tc>
          <w:tcPr>
            <w:tcW w:type="dxa" w:w="1928"/>
            <w:tcMar>
              <w:top w:w="70" w:type="dxa"/>
              <w:start w:w="110" w:type="dxa"/>
              <w:bottom w:w="70" w:type="dxa"/>
              <w:end w:w="110" w:type="dxa"/>
            </w:tcMar>
          </w:tcPr>
          <w:p/>
        </w:tc>
        <w:tc>
          <w:tcPr>
            <w:tcW w:type="dxa" w:w="1928"/>
            <w:tcMar>
              <w:top w:w="70" w:type="dxa"/>
              <w:start w:w="110" w:type="dxa"/>
              <w:bottom w:w="70" w:type="dxa"/>
              <w:end w:w="110" w:type="dxa"/>
            </w:tcMar>
          </w:tcPr>
          <w:p/>
        </w:tc>
        <w:tc>
          <w:tcPr>
            <w:tcW w:type="dxa" w:w="1928"/>
            <w:tcMar>
              <w:top w:w="70" w:type="dxa"/>
              <w:start w:w="110" w:type="dxa"/>
              <w:bottom w:w="70" w:type="dxa"/>
              <w:end w:w="110" w:type="dxa"/>
            </w:tcMar>
          </w:tcPr>
          <w:p/>
        </w:tc>
        <w:tc>
          <w:tcPr>
            <w:tcW w:type="dxa" w:w="1928"/>
            <w:tcMar>
              <w:top w:w="70" w:type="dxa"/>
              <w:start w:w="110" w:type="dxa"/>
              <w:bottom w:w="70" w:type="dxa"/>
              <w:end w:w="110" w:type="dxa"/>
            </w:tcMar>
          </w:tcPr>
          <w:p/>
        </w:tc>
        <w:tc>
          <w:tcPr>
            <w:tcW w:type="dxa" w:w="1928"/>
            <w:tcMar>
              <w:top w:w="70" w:type="dxa"/>
              <w:start w:w="110" w:type="dxa"/>
              <w:bottom w:w="70" w:type="dxa"/>
              <w:end w:w="110" w:type="dxa"/>
            </w:tcMar>
          </w:tcPr>
          <w:p/>
        </w:tc>
      </w:tr>
      <w:tr>
        <w:trPr>
          <w:trHeight w:val="624" w:hRule="exact"/>
        </w:trPr>
        <w:tc>
          <w:tcPr>
            <w:tcW w:type="dxa" w:w="1928"/>
            <w:tcMar>
              <w:top w:w="70" w:type="dxa"/>
              <w:start w:w="110" w:type="dxa"/>
              <w:bottom w:w="70" w:type="dxa"/>
              <w:end w:w="110" w:type="dxa"/>
            </w:tcMar>
          </w:tcPr>
          <w:p/>
        </w:tc>
        <w:tc>
          <w:tcPr>
            <w:tcW w:type="dxa" w:w="1928"/>
            <w:tcMar>
              <w:top w:w="70" w:type="dxa"/>
              <w:start w:w="110" w:type="dxa"/>
              <w:bottom w:w="70" w:type="dxa"/>
              <w:end w:w="110" w:type="dxa"/>
            </w:tcMar>
          </w:tcPr>
          <w:p/>
        </w:tc>
        <w:tc>
          <w:tcPr>
            <w:tcW w:type="dxa" w:w="1928"/>
            <w:tcMar>
              <w:top w:w="70" w:type="dxa"/>
              <w:start w:w="110" w:type="dxa"/>
              <w:bottom w:w="70" w:type="dxa"/>
              <w:end w:w="110" w:type="dxa"/>
            </w:tcMar>
          </w:tcPr>
          <w:p/>
        </w:tc>
        <w:tc>
          <w:tcPr>
            <w:tcW w:type="dxa" w:w="1928"/>
            <w:tcMar>
              <w:top w:w="70" w:type="dxa"/>
              <w:start w:w="110" w:type="dxa"/>
              <w:bottom w:w="70" w:type="dxa"/>
              <w:end w:w="110" w:type="dxa"/>
            </w:tcMar>
          </w:tcPr>
          <w:p/>
        </w:tc>
        <w:tc>
          <w:tcPr>
            <w:tcW w:type="dxa" w:w="1928"/>
            <w:tcMar>
              <w:top w:w="70" w:type="dxa"/>
              <w:start w:w="110" w:type="dxa"/>
              <w:bottom w:w="70" w:type="dxa"/>
              <w:end w:w="110" w:type="dxa"/>
            </w:tcMar>
          </w:tcPr>
          <w:p/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  <w:tblBorders>
          <w:top w:val="single" w:sz="0" w:space="0" w:color="0E3A56"/>
          <w:left w:val="single" w:sz="0" w:space="0" w:color="0E3A56"/>
          <w:bottom w:val="single" w:sz="0" w:space="0" w:color="0E3A56"/>
          <w:right w:val="single" w:sz="0" w:space="0" w:color="0E3A56"/>
          <w:insideH w:val="single" w:sz="0" w:space="0" w:color="0E3A56"/>
          <w:insideV w:val="single" w:sz="0" w:space="0" w:color="0E3A56"/>
        </w:tblBorders>
      </w:tblPr>
      <w:tblGrid>
        <w:gridCol w:w="9638"/>
      </w:tblGrid>
      <w:tr>
        <w:tc>
          <w:tcPr>
            <w:tcW w:type="dxa" w:w="9638"/>
            <w:shd w:val="clear" w:color="auto" w:fill="0E3A56"/>
            <w:tcMar>
              <w:top w:w="90" w:type="dxa"/>
              <w:start w:w="160" w:type="dxa"/>
              <w:bottom w:w="90" w:type="dxa"/>
              <w:end w:w="160" w:type="dxa"/>
            </w:tcMar>
          </w:tcPr>
          <w:p>
            <w:pPr>
              <w:jc w:val="left"/>
            </w:pPr>
            <w:r>
              <w:rPr>
                <w:b/>
                <w:color w:val="FFFFFF"/>
                <w:sz w:val="25"/>
              </w:rPr>
              <w:t>6) Thèmes majeurs (coche et illustre par un exemple)</w:t>
            </w:r>
          </w:p>
        </w:tc>
      </w:tr>
    </w:tbl>
    <w:p/>
    <w:p>
      <w:pPr>
        <w:spacing w:after="20"/>
      </w:pPr>
      <w:r>
        <w:t>☐ L’enfance et l’imaginaire (refuge, rêverie, “boîte”…)</w:t>
      </w:r>
    </w:p>
    <w:p>
      <w:pPr>
        <w:spacing w:after="20"/>
      </w:pPr>
      <w:r>
        <w:t>☐ La solitude et la peur (angoisse, besoin de protection)</w:t>
      </w:r>
    </w:p>
    <w:p>
      <w:pPr>
        <w:spacing w:after="20"/>
      </w:pPr>
      <w:r>
        <w:t>☐ La famille (mère, père, tensions, solidarité)</w:t>
      </w:r>
    </w:p>
    <w:p>
      <w:pPr>
        <w:spacing w:after="20"/>
      </w:pPr>
      <w:r>
        <w:t>☐ Le quartier et la vie collective (voisinage, entraide, conflits)</w:t>
      </w:r>
    </w:p>
    <w:p>
      <w:pPr>
        <w:spacing w:after="20"/>
      </w:pPr>
      <w:r>
        <w:t>☐ Les traditions et rites (fêtes, pratiques, croyances)</w:t>
      </w:r>
    </w:p>
    <w:p>
      <w:pPr>
        <w:spacing w:after="20"/>
      </w:pPr>
      <w:r>
        <w:t>☐ L’école / Msid (discipline, apprentissage, crainte)</w:t>
      </w:r>
    </w:p>
    <w:p>
      <w:pPr>
        <w:spacing w:after="20"/>
      </w:pPr>
      <w:r>
        <w:t>☐ La pauvreté / l’argent (préoccupations, difficultés)</w:t>
      </w:r>
    </w:p>
    <w:p>
      <w:pPr>
        <w:spacing w:after="20"/>
      </w:pPr>
      <w:r>
        <w:t>☐ Le regard d’enfant (sensations, innocence, jugement)</w:t>
      </w:r>
    </w:p>
    <w:p/>
    <w:p>
      <w:r>
        <w:rPr>
          <w:b/>
        </w:rPr>
        <w:t xml:space="preserve">Exemples (scènes / passages) : </w:t>
      </w:r>
      <w:r>
        <w:t>______________________________________________________________</w:t>
        <w:br/>
        <w:t>______________________________________________________________</w:t>
        <w:br/>
        <w:t>______________________________________________________________</w:t>
      </w:r>
    </w:p>
    <w:p>
      <w:r>
        <w:br w:type="page"/>
      </w:r>
    </w:p>
    <w:tbl>
      <w:tblPr>
        <w:tblW w:type="auto" w:w="0"/>
        <w:jc w:val="center"/>
        <w:tblLook w:firstColumn="1" w:firstRow="1" w:lastColumn="0" w:lastRow="0" w:noHBand="0" w:noVBand="1" w:val="04A0"/>
        <w:tblBorders>
          <w:top w:val="single" w:sz="0" w:space="0" w:color="0E3A56"/>
          <w:left w:val="single" w:sz="0" w:space="0" w:color="0E3A56"/>
          <w:bottom w:val="single" w:sz="0" w:space="0" w:color="0E3A56"/>
          <w:right w:val="single" w:sz="0" w:space="0" w:color="0E3A56"/>
          <w:insideH w:val="single" w:sz="0" w:space="0" w:color="0E3A56"/>
          <w:insideV w:val="single" w:sz="0" w:space="0" w:color="0E3A56"/>
        </w:tblBorders>
      </w:tblPr>
      <w:tblGrid>
        <w:gridCol w:w="9638"/>
      </w:tblGrid>
      <w:tr>
        <w:tc>
          <w:tcPr>
            <w:tcW w:type="dxa" w:w="9638"/>
            <w:shd w:val="clear" w:color="auto" w:fill="0E3A56"/>
            <w:tcMar>
              <w:top w:w="90" w:type="dxa"/>
              <w:start w:w="160" w:type="dxa"/>
              <w:bottom w:w="90" w:type="dxa"/>
              <w:end w:w="160" w:type="dxa"/>
            </w:tcMar>
          </w:tcPr>
          <w:p>
            <w:pPr>
              <w:jc w:val="left"/>
            </w:pPr>
            <w:r>
              <w:rPr>
                <w:b/>
                <w:color w:val="FFFFFF"/>
                <w:sz w:val="25"/>
              </w:rPr>
              <w:t>7) Lieux &amp; objets symboliques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  <w:tblBorders>
          <w:top w:val="single" w:sz="10" w:space="0" w:color="B7C4D1"/>
          <w:left w:val="single" w:sz="10" w:space="0" w:color="B7C4D1"/>
          <w:bottom w:val="single" w:sz="10" w:space="0" w:color="B7C4D1"/>
          <w:right w:val="single" w:sz="10" w:space="0" w:color="B7C4D1"/>
          <w:insideH w:val="single" w:sz="10" w:space="0" w:color="B7C4D1"/>
          <w:insideV w:val="single" w:sz="10" w:space="0" w:color="B7C4D1"/>
        </w:tblBorders>
      </w:tblPr>
      <w:tblGrid>
        <w:gridCol w:w="3213"/>
        <w:gridCol w:w="3213"/>
        <w:gridCol w:w="3213"/>
      </w:tblGrid>
      <w:tr>
        <w:tc>
          <w:tcPr>
            <w:tcW w:type="dxa" w:w="3213"/>
            <w:shd w:val="clear" w:color="auto" w:fill="0E3A56"/>
            <w:tcMar>
              <w:top w:w="70" w:type="dxa"/>
              <w:start w:w="110" w:type="dxa"/>
              <w:bottom w:w="70" w:type="dxa"/>
              <w:end w:w="110" w:type="dxa"/>
            </w:tcMar>
          </w:tcPr>
          <w:p>
            <w:r>
              <w:rPr>
                <w:b/>
                <w:color w:val="FFFFFF"/>
                <w:sz w:val="21"/>
              </w:rPr>
              <w:t>Lieu / objet</w:t>
            </w:r>
          </w:p>
        </w:tc>
        <w:tc>
          <w:tcPr>
            <w:tcW w:type="dxa" w:w="3213"/>
            <w:shd w:val="clear" w:color="auto" w:fill="0E3A56"/>
            <w:tcMar>
              <w:top w:w="70" w:type="dxa"/>
              <w:start w:w="110" w:type="dxa"/>
              <w:bottom w:w="70" w:type="dxa"/>
              <w:end w:w="110" w:type="dxa"/>
            </w:tcMar>
          </w:tcPr>
          <w:p>
            <w:r>
              <w:rPr>
                <w:b/>
                <w:color w:val="FFFFFF"/>
                <w:sz w:val="21"/>
              </w:rPr>
              <w:t>Ce que cela représente</w:t>
            </w:r>
          </w:p>
        </w:tc>
        <w:tc>
          <w:tcPr>
            <w:tcW w:type="dxa" w:w="3213"/>
            <w:shd w:val="clear" w:color="auto" w:fill="0E3A56"/>
            <w:tcMar>
              <w:top w:w="70" w:type="dxa"/>
              <w:start w:w="110" w:type="dxa"/>
              <w:bottom w:w="70" w:type="dxa"/>
              <w:end w:w="110" w:type="dxa"/>
            </w:tcMar>
          </w:tcPr>
          <w:p>
            <w:r>
              <w:rPr>
                <w:b/>
                <w:color w:val="FFFFFF"/>
                <w:sz w:val="21"/>
              </w:rPr>
              <w:t>Détails à citer (mots/sensations)</w:t>
            </w:r>
          </w:p>
        </w:tc>
      </w:tr>
      <w:tr>
        <w:trPr>
          <w:trHeight w:val="624" w:hRule="exact"/>
        </w:trPr>
        <w:tc>
          <w:tcPr>
            <w:tcW w:type="dxa" w:w="3213"/>
            <w:tcMar>
              <w:top w:w="70" w:type="dxa"/>
              <w:start w:w="110" w:type="dxa"/>
              <w:bottom w:w="70" w:type="dxa"/>
              <w:end w:w="110" w:type="dxa"/>
            </w:tcMar>
          </w:tcPr>
          <w:p>
            <w:r>
              <w:t>La boîte à merveilles</w:t>
            </w:r>
          </w:p>
        </w:tc>
        <w:tc>
          <w:tcPr>
            <w:tcW w:type="dxa" w:w="3213"/>
            <w:tcMar>
              <w:top w:w="70" w:type="dxa"/>
              <w:start w:w="110" w:type="dxa"/>
              <w:bottom w:w="70" w:type="dxa"/>
              <w:end w:w="110" w:type="dxa"/>
            </w:tcMar>
          </w:tcPr>
          <w:p/>
        </w:tc>
        <w:tc>
          <w:tcPr>
            <w:tcW w:type="dxa" w:w="3213"/>
            <w:tcMar>
              <w:top w:w="70" w:type="dxa"/>
              <w:start w:w="110" w:type="dxa"/>
              <w:bottom w:w="70" w:type="dxa"/>
              <w:end w:w="110" w:type="dxa"/>
            </w:tcMar>
          </w:tcPr>
          <w:p/>
        </w:tc>
      </w:tr>
      <w:tr>
        <w:trPr>
          <w:trHeight w:val="624" w:hRule="exact"/>
        </w:trPr>
        <w:tc>
          <w:tcPr>
            <w:tcW w:type="dxa" w:w="3213"/>
            <w:tcMar>
              <w:top w:w="70" w:type="dxa"/>
              <w:start w:w="110" w:type="dxa"/>
              <w:bottom w:w="70" w:type="dxa"/>
              <w:end w:w="110" w:type="dxa"/>
            </w:tcMar>
          </w:tcPr>
          <w:p>
            <w:r>
              <w:t>Dar Chouafa / la maison</w:t>
            </w:r>
          </w:p>
        </w:tc>
        <w:tc>
          <w:tcPr>
            <w:tcW w:type="dxa" w:w="3213"/>
            <w:tcMar>
              <w:top w:w="70" w:type="dxa"/>
              <w:start w:w="110" w:type="dxa"/>
              <w:bottom w:w="70" w:type="dxa"/>
              <w:end w:w="110" w:type="dxa"/>
            </w:tcMar>
          </w:tcPr>
          <w:p/>
        </w:tc>
        <w:tc>
          <w:tcPr>
            <w:tcW w:type="dxa" w:w="3213"/>
            <w:tcMar>
              <w:top w:w="70" w:type="dxa"/>
              <w:start w:w="110" w:type="dxa"/>
              <w:bottom w:w="70" w:type="dxa"/>
              <w:end w:w="110" w:type="dxa"/>
            </w:tcMar>
          </w:tcPr>
          <w:p/>
        </w:tc>
      </w:tr>
      <w:tr>
        <w:trPr>
          <w:trHeight w:val="624" w:hRule="exact"/>
        </w:trPr>
        <w:tc>
          <w:tcPr>
            <w:tcW w:type="dxa" w:w="3213"/>
            <w:tcMar>
              <w:top w:w="70" w:type="dxa"/>
              <w:start w:w="110" w:type="dxa"/>
              <w:bottom w:w="70" w:type="dxa"/>
              <w:end w:w="110" w:type="dxa"/>
            </w:tcMar>
          </w:tcPr>
          <w:p>
            <w:r>
              <w:t>Le Msid</w:t>
            </w:r>
          </w:p>
        </w:tc>
        <w:tc>
          <w:tcPr>
            <w:tcW w:type="dxa" w:w="3213"/>
            <w:tcMar>
              <w:top w:w="70" w:type="dxa"/>
              <w:start w:w="110" w:type="dxa"/>
              <w:bottom w:w="70" w:type="dxa"/>
              <w:end w:w="110" w:type="dxa"/>
            </w:tcMar>
          </w:tcPr>
          <w:p/>
        </w:tc>
        <w:tc>
          <w:tcPr>
            <w:tcW w:type="dxa" w:w="3213"/>
            <w:tcMar>
              <w:top w:w="70" w:type="dxa"/>
              <w:start w:w="110" w:type="dxa"/>
              <w:bottom w:w="70" w:type="dxa"/>
              <w:end w:w="110" w:type="dxa"/>
            </w:tcMar>
          </w:tcPr>
          <w:p/>
        </w:tc>
      </w:tr>
      <w:tr>
        <w:trPr>
          <w:trHeight w:val="624" w:hRule="exact"/>
        </w:trPr>
        <w:tc>
          <w:tcPr>
            <w:tcW w:type="dxa" w:w="3213"/>
            <w:tcMar>
              <w:top w:w="70" w:type="dxa"/>
              <w:start w:w="110" w:type="dxa"/>
              <w:bottom w:w="70" w:type="dxa"/>
              <w:end w:w="110" w:type="dxa"/>
            </w:tcMar>
          </w:tcPr>
          <w:p>
            <w:r>
              <w:t>Le hammam</w:t>
            </w:r>
          </w:p>
        </w:tc>
        <w:tc>
          <w:tcPr>
            <w:tcW w:type="dxa" w:w="3213"/>
            <w:tcMar>
              <w:top w:w="70" w:type="dxa"/>
              <w:start w:w="110" w:type="dxa"/>
              <w:bottom w:w="70" w:type="dxa"/>
              <w:end w:w="110" w:type="dxa"/>
            </w:tcMar>
          </w:tcPr>
          <w:p/>
        </w:tc>
        <w:tc>
          <w:tcPr>
            <w:tcW w:type="dxa" w:w="3213"/>
            <w:tcMar>
              <w:top w:w="70" w:type="dxa"/>
              <w:start w:w="110" w:type="dxa"/>
              <w:bottom w:w="70" w:type="dxa"/>
              <w:end w:w="110" w:type="dxa"/>
            </w:tcMar>
          </w:tcPr>
          <w:p/>
        </w:tc>
      </w:tr>
      <w:tr>
        <w:trPr>
          <w:trHeight w:val="624" w:hRule="exact"/>
        </w:trPr>
        <w:tc>
          <w:tcPr>
            <w:tcW w:type="dxa" w:w="3213"/>
            <w:tcMar>
              <w:top w:w="70" w:type="dxa"/>
              <w:start w:w="110" w:type="dxa"/>
              <w:bottom w:w="70" w:type="dxa"/>
              <w:end w:w="110" w:type="dxa"/>
            </w:tcMar>
          </w:tcPr>
          <w:p>
            <w:r>
              <w:t>Le souk / la ruelle</w:t>
            </w:r>
          </w:p>
        </w:tc>
        <w:tc>
          <w:tcPr>
            <w:tcW w:type="dxa" w:w="3213"/>
            <w:tcMar>
              <w:top w:w="70" w:type="dxa"/>
              <w:start w:w="110" w:type="dxa"/>
              <w:bottom w:w="70" w:type="dxa"/>
              <w:end w:w="110" w:type="dxa"/>
            </w:tcMar>
          </w:tcPr>
          <w:p/>
        </w:tc>
        <w:tc>
          <w:tcPr>
            <w:tcW w:type="dxa" w:w="3213"/>
            <w:tcMar>
              <w:top w:w="70" w:type="dxa"/>
              <w:start w:w="110" w:type="dxa"/>
              <w:bottom w:w="70" w:type="dxa"/>
              <w:end w:w="110" w:type="dxa"/>
            </w:tcMar>
          </w:tcPr>
          <w:p/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  <w:tblBorders>
          <w:top w:val="single" w:sz="0" w:space="0" w:color="0E3A56"/>
          <w:left w:val="single" w:sz="0" w:space="0" w:color="0E3A56"/>
          <w:bottom w:val="single" w:sz="0" w:space="0" w:color="0E3A56"/>
          <w:right w:val="single" w:sz="0" w:space="0" w:color="0E3A56"/>
          <w:insideH w:val="single" w:sz="0" w:space="0" w:color="0E3A56"/>
          <w:insideV w:val="single" w:sz="0" w:space="0" w:color="0E3A56"/>
        </w:tblBorders>
      </w:tblPr>
      <w:tblGrid>
        <w:gridCol w:w="9638"/>
      </w:tblGrid>
      <w:tr>
        <w:tc>
          <w:tcPr>
            <w:tcW w:type="dxa" w:w="9638"/>
            <w:shd w:val="clear" w:color="auto" w:fill="0E3A56"/>
            <w:tcMar>
              <w:top w:w="90" w:type="dxa"/>
              <w:start w:w="160" w:type="dxa"/>
              <w:bottom w:w="90" w:type="dxa"/>
              <w:end w:w="160" w:type="dxa"/>
            </w:tcMar>
          </w:tcPr>
          <w:p>
            <w:pPr>
              <w:jc w:val="left"/>
            </w:pPr>
            <w:r>
              <w:rPr>
                <w:b/>
                <w:color w:val="FFFFFF"/>
                <w:sz w:val="25"/>
              </w:rPr>
              <w:t>8) Citations (3) + explication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  <w:tblBorders>
          <w:top w:val="single" w:sz="10" w:space="0" w:color="B7C4D1"/>
          <w:left w:val="single" w:sz="10" w:space="0" w:color="B7C4D1"/>
          <w:bottom w:val="single" w:sz="10" w:space="0" w:color="B7C4D1"/>
          <w:right w:val="single" w:sz="10" w:space="0" w:color="B7C4D1"/>
          <w:insideH w:val="single" w:sz="10" w:space="0" w:color="B7C4D1"/>
          <w:insideV w:val="single" w:sz="10" w:space="0" w:color="B7C4D1"/>
        </w:tblBorders>
      </w:tblPr>
      <w:tblGrid>
        <w:gridCol w:w="4819"/>
        <w:gridCol w:w="4819"/>
      </w:tblGrid>
      <w:tr>
        <w:tc>
          <w:tcPr>
            <w:tcW w:type="dxa" w:w="4819"/>
            <w:shd w:val="clear" w:color="auto" w:fill="EEF3F7"/>
            <w:tcMar>
              <w:top w:w="70" w:type="dxa"/>
              <w:start w:w="120" w:type="dxa"/>
              <w:bottom w:w="70" w:type="dxa"/>
              <w:end w:w="120" w:type="dxa"/>
            </w:tcMar>
          </w:tcPr>
          <w:p>
            <w:r>
              <w:rPr>
                <w:b/>
              </w:rPr>
              <w:t>Citation (courte)</w:t>
            </w:r>
          </w:p>
        </w:tc>
        <w:tc>
          <w:tcPr>
            <w:tcW w:type="dxa" w:w="4819"/>
            <w:shd w:val="clear" w:color="auto" w:fill="EEF3F7"/>
            <w:tcMar>
              <w:top w:w="70" w:type="dxa"/>
              <w:start w:w="120" w:type="dxa"/>
              <w:bottom w:w="70" w:type="dxa"/>
              <w:end w:w="120" w:type="dxa"/>
            </w:tcMar>
          </w:tcPr>
          <w:p>
            <w:r>
              <w:rPr>
                <w:b/>
              </w:rPr>
              <w:t>Ce que la citation montre (idée + effet)</w:t>
            </w:r>
          </w:p>
        </w:tc>
      </w:tr>
      <w:tr>
        <w:trPr>
          <w:trHeight w:val="680" w:hRule="exact"/>
        </w:trPr>
        <w:tc>
          <w:tcPr>
            <w:tcW w:type="dxa" w:w="4819"/>
            <w:tcMar>
              <w:top w:w="70" w:type="dxa"/>
              <w:start w:w="120" w:type="dxa"/>
              <w:bottom w:w="70" w:type="dxa"/>
              <w:end w:w="120" w:type="dxa"/>
            </w:tcMar>
          </w:tcPr>
          <w:p>
            <w:r>
              <w:t>« ________________________________________________ »</w:t>
            </w:r>
          </w:p>
        </w:tc>
        <w:tc>
          <w:tcPr>
            <w:tcW w:type="dxa" w:w="4819"/>
            <w:tcMar>
              <w:top w:w="70" w:type="dxa"/>
              <w:start w:w="120" w:type="dxa"/>
              <w:bottom w:w="70" w:type="dxa"/>
              <w:end w:w="120" w:type="dxa"/>
            </w:tcMar>
          </w:tcPr>
          <w:p>
            <w:r>
              <w:t>__________________________________________________</w:t>
            </w:r>
          </w:p>
        </w:tc>
      </w:tr>
      <w:tr>
        <w:trPr>
          <w:trHeight w:val="680" w:hRule="exact"/>
        </w:trPr>
        <w:tc>
          <w:tcPr>
            <w:tcW w:type="dxa" w:w="4819"/>
            <w:tcMar>
              <w:top w:w="70" w:type="dxa"/>
              <w:start w:w="120" w:type="dxa"/>
              <w:bottom w:w="70" w:type="dxa"/>
              <w:end w:w="120" w:type="dxa"/>
            </w:tcMar>
          </w:tcPr>
          <w:p>
            <w:r>
              <w:t>« ________________________________________________ »</w:t>
            </w:r>
          </w:p>
        </w:tc>
        <w:tc>
          <w:tcPr>
            <w:tcW w:type="dxa" w:w="4819"/>
            <w:tcMar>
              <w:top w:w="70" w:type="dxa"/>
              <w:start w:w="120" w:type="dxa"/>
              <w:bottom w:w="70" w:type="dxa"/>
              <w:end w:w="120" w:type="dxa"/>
            </w:tcMar>
          </w:tcPr>
          <w:p>
            <w:r>
              <w:t>__________________________________________________</w:t>
            </w:r>
          </w:p>
        </w:tc>
      </w:tr>
      <w:tr>
        <w:trPr>
          <w:trHeight w:val="680" w:hRule="exact"/>
        </w:trPr>
        <w:tc>
          <w:tcPr>
            <w:tcW w:type="dxa" w:w="4819"/>
            <w:tcMar>
              <w:top w:w="70" w:type="dxa"/>
              <w:start w:w="120" w:type="dxa"/>
              <w:bottom w:w="70" w:type="dxa"/>
              <w:end w:w="120" w:type="dxa"/>
            </w:tcMar>
          </w:tcPr>
          <w:p>
            <w:r>
              <w:t>« ________________________________________________ »</w:t>
            </w:r>
          </w:p>
        </w:tc>
        <w:tc>
          <w:tcPr>
            <w:tcW w:type="dxa" w:w="4819"/>
            <w:tcMar>
              <w:top w:w="70" w:type="dxa"/>
              <w:start w:w="120" w:type="dxa"/>
              <w:bottom w:w="70" w:type="dxa"/>
              <w:end w:w="120" w:type="dxa"/>
            </w:tcMar>
          </w:tcPr>
          <w:p>
            <w:r>
              <w:t>__________________________________________________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  <w:tblBorders>
          <w:top w:val="single" w:sz="0" w:space="0" w:color="0E3A56"/>
          <w:left w:val="single" w:sz="0" w:space="0" w:color="0E3A56"/>
          <w:bottom w:val="single" w:sz="0" w:space="0" w:color="0E3A56"/>
          <w:right w:val="single" w:sz="0" w:space="0" w:color="0E3A56"/>
          <w:insideH w:val="single" w:sz="0" w:space="0" w:color="0E3A56"/>
          <w:insideV w:val="single" w:sz="0" w:space="0" w:color="0E3A56"/>
        </w:tblBorders>
      </w:tblPr>
      <w:tblGrid>
        <w:gridCol w:w="9638"/>
      </w:tblGrid>
      <w:tr>
        <w:tc>
          <w:tcPr>
            <w:tcW w:type="dxa" w:w="9638"/>
            <w:shd w:val="clear" w:color="auto" w:fill="0E3A56"/>
            <w:tcMar>
              <w:top w:w="90" w:type="dxa"/>
              <w:start w:w="160" w:type="dxa"/>
              <w:bottom w:w="90" w:type="dxa"/>
              <w:end w:w="160" w:type="dxa"/>
            </w:tcMar>
          </w:tcPr>
          <w:p>
            <w:pPr>
              <w:jc w:val="left"/>
            </w:pPr>
            <w:r>
              <w:rPr>
                <w:b/>
                <w:color w:val="FFFFFF"/>
                <w:sz w:val="25"/>
              </w:rPr>
              <w:t>9) Avis personnel (argumenté)</w:t>
            </w:r>
          </w:p>
        </w:tc>
      </w:tr>
    </w:tbl>
    <w:p/>
    <w:p>
      <w:r>
        <w:rPr>
          <w:b/>
        </w:rPr>
        <w:t xml:space="preserve">Ce que j’ai aimé : </w:t>
      </w:r>
      <w:r>
        <w:t>______________________________________________________________</w:t>
        <w:br/>
        <w:t>______________________________________________________________</w:t>
      </w:r>
    </w:p>
    <w:p/>
    <w:p>
      <w:r>
        <w:rPr>
          <w:b/>
        </w:rPr>
        <w:t xml:space="preserve">Ce que j’ai moins aimé / questionnements : </w:t>
      </w:r>
      <w:r>
        <w:t>______________________________________________________________</w:t>
        <w:br/>
        <w:t>______________________________________________________________</w:t>
      </w:r>
    </w:p>
    <w:p/>
    <w:p>
      <w:r>
        <w:rPr>
          <w:b/>
        </w:rPr>
        <w:t xml:space="preserve">Note sur 10 : </w:t>
      </w:r>
      <w:r>
        <w:t xml:space="preserve">______/10    </w:t>
      </w:r>
      <w:r>
        <w:rPr>
          <w:b/>
        </w:rPr>
        <w:t xml:space="preserve">Je recommande : </w:t>
      </w:r>
      <w:r>
        <w:t>☐ oui  ☐ non  ☐ à certains lecteurs</w:t>
      </w:r>
    </w:p>
    <w:p>
      <w:r>
        <w:br w:type="page"/>
      </w:r>
    </w:p>
    <w:tbl>
      <w:tblPr>
        <w:tblW w:type="auto" w:w="0"/>
        <w:jc w:val="center"/>
        <w:tblLook w:firstColumn="1" w:firstRow="1" w:lastColumn="0" w:lastRow="0" w:noHBand="0" w:noVBand="1" w:val="04A0"/>
        <w:tblBorders>
          <w:top w:val="single" w:sz="0" w:space="0" w:color="0E3A56"/>
          <w:left w:val="single" w:sz="0" w:space="0" w:color="0E3A56"/>
          <w:bottom w:val="single" w:sz="0" w:space="0" w:color="0E3A56"/>
          <w:right w:val="single" w:sz="0" w:space="0" w:color="0E3A56"/>
          <w:insideH w:val="single" w:sz="0" w:space="0" w:color="0E3A56"/>
          <w:insideV w:val="single" w:sz="0" w:space="0" w:color="0E3A56"/>
        </w:tblBorders>
      </w:tblPr>
      <w:tblGrid>
        <w:gridCol w:w="9638"/>
      </w:tblGrid>
      <w:tr>
        <w:tc>
          <w:tcPr>
            <w:tcW w:type="dxa" w:w="9638"/>
            <w:shd w:val="clear" w:color="auto" w:fill="0E3A56"/>
            <w:tcMar>
              <w:top w:w="90" w:type="dxa"/>
              <w:start w:w="160" w:type="dxa"/>
              <w:bottom w:w="90" w:type="dxa"/>
              <w:end w:w="160" w:type="dxa"/>
            </w:tcMar>
          </w:tcPr>
          <w:p>
            <w:pPr>
              <w:jc w:val="left"/>
            </w:pPr>
            <w:r>
              <w:rPr>
                <w:b/>
                <w:color w:val="FFFFFF"/>
                <w:sz w:val="25"/>
              </w:rPr>
              <w:t>10) Réemploi en productions écrites (plans prêts)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  <w:tblBorders>
          <w:top w:val="single" w:sz="10" w:space="0" w:color="B7C4D1"/>
          <w:left w:val="single" w:sz="10" w:space="0" w:color="B7C4D1"/>
          <w:bottom w:val="single" w:sz="10" w:space="0" w:color="B7C4D1"/>
          <w:right w:val="single" w:sz="10" w:space="0" w:color="B7C4D1"/>
          <w:insideH w:val="single" w:sz="10" w:space="0" w:color="B7C4D1"/>
          <w:insideV w:val="single" w:sz="10" w:space="0" w:color="B7C4D1"/>
        </w:tblBorders>
      </w:tblPr>
      <w:tblGrid>
        <w:gridCol w:w="4819"/>
        <w:gridCol w:w="4819"/>
      </w:tblGrid>
      <w:tr>
        <w:tc>
          <w:tcPr>
            <w:tcW w:type="dxa" w:w="4819"/>
            <w:shd w:val="clear" w:color="auto" w:fill="0E3A56"/>
            <w:tcMar>
              <w:top w:w="70" w:type="dxa"/>
              <w:start w:w="120" w:type="dxa"/>
              <w:bottom w:w="70" w:type="dxa"/>
              <w:end w:w="120" w:type="dxa"/>
            </w:tcMar>
          </w:tcPr>
          <w:p>
            <w:r>
              <w:rPr>
                <w:b/>
                <w:color w:val="FFFFFF"/>
                <w:sz w:val="21"/>
              </w:rPr>
              <w:t>Type</w:t>
            </w:r>
          </w:p>
        </w:tc>
        <w:tc>
          <w:tcPr>
            <w:tcW w:type="dxa" w:w="4819"/>
            <w:shd w:val="clear" w:color="auto" w:fill="0E3A56"/>
            <w:tcMar>
              <w:top w:w="70" w:type="dxa"/>
              <w:start w:w="120" w:type="dxa"/>
              <w:bottom w:w="70" w:type="dxa"/>
              <w:end w:w="120" w:type="dxa"/>
            </w:tcMar>
          </w:tcPr>
          <w:p>
            <w:r>
              <w:rPr>
                <w:b/>
                <w:color w:val="FFFFFF"/>
                <w:sz w:val="21"/>
              </w:rPr>
              <w:t>Plan</w:t>
            </w:r>
          </w:p>
        </w:tc>
      </w:tr>
      <w:tr>
        <w:trPr>
          <w:trHeight w:val="680" w:hRule="exact"/>
        </w:trPr>
        <w:tc>
          <w:tcPr>
            <w:tcW w:type="dxa" w:w="4819"/>
            <w:tcMar>
              <w:top w:w="70" w:type="dxa"/>
              <w:start w:w="120" w:type="dxa"/>
              <w:bottom w:w="70" w:type="dxa"/>
              <w:end w:w="120" w:type="dxa"/>
            </w:tcMar>
          </w:tcPr>
          <w:p>
            <w:r>
              <w:rPr>
                <w:b/>
              </w:rPr>
              <w:t>Récit</w:t>
            </w:r>
          </w:p>
        </w:tc>
        <w:tc>
          <w:tcPr>
            <w:tcW w:type="dxa" w:w="4819"/>
            <w:tcMar>
              <w:top w:w="70" w:type="dxa"/>
              <w:start w:w="120" w:type="dxa"/>
              <w:bottom w:w="70" w:type="dxa"/>
              <w:end w:w="120" w:type="dxa"/>
            </w:tcMar>
          </w:tcPr>
          <w:p>
            <w:r>
              <w:t>Situation initiale → Élément déclencheur → Péripéties → Dénouement → Chute / morale</w:t>
            </w:r>
          </w:p>
        </w:tc>
      </w:tr>
      <w:tr>
        <w:trPr>
          <w:trHeight w:val="680" w:hRule="exact"/>
        </w:trPr>
        <w:tc>
          <w:tcPr>
            <w:tcW w:type="dxa" w:w="4819"/>
            <w:tcMar>
              <w:top w:w="70" w:type="dxa"/>
              <w:start w:w="120" w:type="dxa"/>
              <w:bottom w:w="70" w:type="dxa"/>
              <w:end w:w="120" w:type="dxa"/>
            </w:tcMar>
          </w:tcPr>
          <w:p>
            <w:r>
              <w:rPr>
                <w:b/>
              </w:rPr>
              <w:t>Description</w:t>
            </w:r>
          </w:p>
        </w:tc>
        <w:tc>
          <w:tcPr>
            <w:tcW w:type="dxa" w:w="4819"/>
            <w:tcMar>
              <w:top w:w="70" w:type="dxa"/>
              <w:start w:w="120" w:type="dxa"/>
              <w:bottom w:w="70" w:type="dxa"/>
              <w:end w:w="120" w:type="dxa"/>
            </w:tcMar>
          </w:tcPr>
          <w:p>
            <w:r>
              <w:t>Vue d’ensemble → Détails sensoriels → Mouvements / bruits → Impression finale</w:t>
            </w:r>
          </w:p>
        </w:tc>
      </w:tr>
      <w:tr>
        <w:trPr>
          <w:trHeight w:val="680" w:hRule="exact"/>
        </w:trPr>
        <w:tc>
          <w:tcPr>
            <w:tcW w:type="dxa" w:w="4819"/>
            <w:tcMar>
              <w:top w:w="70" w:type="dxa"/>
              <w:start w:w="120" w:type="dxa"/>
              <w:bottom w:w="70" w:type="dxa"/>
              <w:end w:w="120" w:type="dxa"/>
            </w:tcMar>
          </w:tcPr>
          <w:p>
            <w:r>
              <w:rPr>
                <w:b/>
              </w:rPr>
              <w:t>Portrait</w:t>
            </w:r>
          </w:p>
        </w:tc>
        <w:tc>
          <w:tcPr>
            <w:tcW w:type="dxa" w:w="4819"/>
            <w:tcMar>
              <w:top w:w="70" w:type="dxa"/>
              <w:start w:w="120" w:type="dxa"/>
              <w:bottom w:w="70" w:type="dxa"/>
              <w:end w:w="120" w:type="dxa"/>
            </w:tcMar>
          </w:tcPr>
          <w:p>
            <w:r>
              <w:t>Identité → Physique → Caractère → Habitudes → Jugement / bilan</w:t>
            </w:r>
          </w:p>
        </w:tc>
      </w:tr>
      <w:tr>
        <w:trPr>
          <w:trHeight w:val="680" w:hRule="exact"/>
        </w:trPr>
        <w:tc>
          <w:tcPr>
            <w:tcW w:type="dxa" w:w="4819"/>
            <w:tcMar>
              <w:top w:w="70" w:type="dxa"/>
              <w:start w:w="120" w:type="dxa"/>
              <w:bottom w:w="70" w:type="dxa"/>
              <w:end w:w="120" w:type="dxa"/>
            </w:tcMar>
          </w:tcPr>
          <w:p>
            <w:r>
              <w:rPr>
                <w:b/>
              </w:rPr>
              <w:t>Lettre</w:t>
            </w:r>
          </w:p>
        </w:tc>
        <w:tc>
          <w:tcPr>
            <w:tcW w:type="dxa" w:w="4819"/>
            <w:tcMar>
              <w:top w:w="70" w:type="dxa"/>
              <w:start w:w="120" w:type="dxa"/>
              <w:bottom w:w="70" w:type="dxa"/>
              <w:end w:w="120" w:type="dxa"/>
            </w:tcMar>
          </w:tcPr>
          <w:p>
            <w:r>
              <w:t>Formule d’ouverture → 3 paragraphes (raconter/décrire/ressentir) → Politesse → Signature</w:t>
            </w:r>
          </w:p>
        </w:tc>
      </w:tr>
      <w:tr>
        <w:trPr>
          <w:trHeight w:val="680" w:hRule="exact"/>
        </w:trPr>
        <w:tc>
          <w:tcPr>
            <w:tcW w:type="dxa" w:w="4819"/>
            <w:tcMar>
              <w:top w:w="70" w:type="dxa"/>
              <w:start w:w="120" w:type="dxa"/>
              <w:bottom w:w="70" w:type="dxa"/>
              <w:end w:w="120" w:type="dxa"/>
            </w:tcMar>
          </w:tcPr>
          <w:p>
            <w:r>
              <w:rPr>
                <w:b/>
              </w:rPr>
              <w:t>Journal intime</w:t>
            </w:r>
          </w:p>
        </w:tc>
        <w:tc>
          <w:tcPr>
            <w:tcW w:type="dxa" w:w="4819"/>
            <w:tcMar>
              <w:top w:w="70" w:type="dxa"/>
              <w:start w:w="120" w:type="dxa"/>
              <w:bottom w:w="70" w:type="dxa"/>
              <w:end w:w="120" w:type="dxa"/>
            </w:tcMar>
          </w:tcPr>
          <w:p>
            <w:r>
              <w:t>Date / humeur → Ce qui s’est passé → Ce que j’ai ressenti → Ce que je décide</w:t>
            </w:r>
          </w:p>
        </w:tc>
      </w:tr>
      <w:tr>
        <w:trPr>
          <w:trHeight w:val="680" w:hRule="exact"/>
        </w:trPr>
        <w:tc>
          <w:tcPr>
            <w:tcW w:type="dxa" w:w="4819"/>
            <w:tcMar>
              <w:top w:w="70" w:type="dxa"/>
              <w:start w:w="120" w:type="dxa"/>
              <w:bottom w:w="70" w:type="dxa"/>
              <w:end w:w="120" w:type="dxa"/>
            </w:tcMar>
          </w:tcPr>
          <w:p>
            <w:r>
              <w:rPr>
                <w:b/>
              </w:rPr>
              <w:t>Argumentation</w:t>
            </w:r>
          </w:p>
        </w:tc>
        <w:tc>
          <w:tcPr>
            <w:tcW w:type="dxa" w:w="4819"/>
            <w:tcMar>
              <w:top w:w="70" w:type="dxa"/>
              <w:start w:w="120" w:type="dxa"/>
              <w:bottom w:w="70" w:type="dxa"/>
              <w:end w:w="120" w:type="dxa"/>
            </w:tcMar>
          </w:tcPr>
          <w:p>
            <w:r>
              <w:t>Introduction (thèse) → Argument 1 + exemple → Argument 2 + exemple → Conclusion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  <w:tblBorders>
          <w:top w:val="single" w:sz="0" w:space="0" w:color="0E3A56"/>
          <w:left w:val="single" w:sz="0" w:space="0" w:color="0E3A56"/>
          <w:bottom w:val="single" w:sz="0" w:space="0" w:color="0E3A56"/>
          <w:right w:val="single" w:sz="0" w:space="0" w:color="0E3A56"/>
          <w:insideH w:val="single" w:sz="0" w:space="0" w:color="0E3A56"/>
          <w:insideV w:val="single" w:sz="0" w:space="0" w:color="0E3A56"/>
        </w:tblBorders>
      </w:tblPr>
      <w:tblGrid>
        <w:gridCol w:w="9638"/>
      </w:tblGrid>
      <w:tr>
        <w:tc>
          <w:tcPr>
            <w:tcW w:type="dxa" w:w="9638"/>
            <w:shd w:val="clear" w:color="auto" w:fill="0E3A56"/>
            <w:tcMar>
              <w:top w:w="90" w:type="dxa"/>
              <w:start w:w="160" w:type="dxa"/>
              <w:bottom w:w="90" w:type="dxa"/>
              <w:end w:w="160" w:type="dxa"/>
            </w:tcMar>
          </w:tcPr>
          <w:p>
            <w:pPr>
              <w:jc w:val="left"/>
            </w:pPr>
            <w:r>
              <w:rPr>
                <w:b/>
                <w:color w:val="FFFFFF"/>
                <w:sz w:val="25"/>
              </w:rPr>
              <w:t>11) Grille d’auto-correction (sur 20)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  <w:tblBorders>
          <w:top w:val="single" w:sz="10" w:space="0" w:color="B7C4D1"/>
          <w:left w:val="single" w:sz="10" w:space="0" w:color="B7C4D1"/>
          <w:bottom w:val="single" w:sz="10" w:space="0" w:color="B7C4D1"/>
          <w:right w:val="single" w:sz="10" w:space="0" w:color="B7C4D1"/>
          <w:insideH w:val="single" w:sz="10" w:space="0" w:color="B7C4D1"/>
          <w:insideV w:val="single" w:sz="10" w:space="0" w:color="B7C4D1"/>
        </w:tblBorders>
      </w:tblPr>
      <w:tblGrid>
        <w:gridCol w:w="3213"/>
        <w:gridCol w:w="3213"/>
        <w:gridCol w:w="3213"/>
      </w:tblGrid>
      <w:tr>
        <w:tc>
          <w:tcPr>
            <w:tcW w:type="dxa" w:w="3213"/>
            <w:shd w:val="clear" w:color="auto" w:fill="EEF3F7"/>
            <w:tcMar>
              <w:top w:w="70" w:type="dxa"/>
              <w:start w:w="120" w:type="dxa"/>
              <w:bottom w:w="70" w:type="dxa"/>
              <w:end w:w="120" w:type="dxa"/>
            </w:tcMar>
          </w:tcPr>
          <w:p>
            <w:r>
              <w:rPr>
                <w:b/>
              </w:rPr>
              <w:t>Critère</w:t>
            </w:r>
          </w:p>
        </w:tc>
        <w:tc>
          <w:tcPr>
            <w:tcW w:type="dxa" w:w="3213"/>
            <w:shd w:val="clear" w:color="auto" w:fill="EEF3F7"/>
            <w:tcMar>
              <w:top w:w="70" w:type="dxa"/>
              <w:start w:w="120" w:type="dxa"/>
              <w:bottom w:w="70" w:type="dxa"/>
              <w:end w:w="120" w:type="dxa"/>
            </w:tcMar>
          </w:tcPr>
          <w:p>
            <w:r>
              <w:rPr>
                <w:b/>
              </w:rPr>
              <w:t>À cocher</w:t>
            </w:r>
          </w:p>
        </w:tc>
        <w:tc>
          <w:tcPr>
            <w:tcW w:type="dxa" w:w="3213"/>
            <w:shd w:val="clear" w:color="auto" w:fill="EEF3F7"/>
            <w:tcMar>
              <w:top w:w="70" w:type="dxa"/>
              <w:start w:w="120" w:type="dxa"/>
              <w:bottom w:w="70" w:type="dxa"/>
              <w:end w:w="120" w:type="dxa"/>
            </w:tcMar>
          </w:tcPr>
          <w:p>
            <w:r>
              <w:rPr>
                <w:b/>
              </w:rPr>
              <w:t>Points</w:t>
            </w:r>
          </w:p>
        </w:tc>
      </w:tr>
      <w:tr>
        <w:trPr>
          <w:trHeight w:val="567" w:hRule="exact"/>
        </w:trPr>
        <w:tc>
          <w:tcPr>
            <w:tcW w:type="dxa" w:w="3213"/>
            <w:tcMar>
              <w:top w:w="70" w:type="dxa"/>
              <w:start w:w="120" w:type="dxa"/>
              <w:bottom w:w="70" w:type="dxa"/>
              <w:end w:w="120" w:type="dxa"/>
            </w:tcMar>
          </w:tcPr>
          <w:p>
            <w:r>
              <w:t>Respect du sujet + consigne</w:t>
            </w:r>
          </w:p>
        </w:tc>
        <w:tc>
          <w:tcPr>
            <w:tcW w:type="dxa" w:w="3213"/>
            <w:tcMar>
              <w:top w:w="70" w:type="dxa"/>
              <w:start w:w="120" w:type="dxa"/>
              <w:bottom w:w="70" w:type="dxa"/>
              <w:end w:w="120" w:type="dxa"/>
            </w:tcMar>
          </w:tcPr>
          <w:p>
            <w:r>
              <w:t>☐ oui  ☐ partiel  ☐ non</w:t>
            </w:r>
          </w:p>
        </w:tc>
        <w:tc>
          <w:tcPr>
            <w:tcW w:type="dxa" w:w="3213"/>
            <w:tcMar>
              <w:top w:w="70" w:type="dxa"/>
              <w:start w:w="120" w:type="dxa"/>
              <w:bottom w:w="70" w:type="dxa"/>
              <w:end w:w="120" w:type="dxa"/>
            </w:tcMar>
          </w:tcPr>
          <w:p>
            <w:r>
              <w:t>____/4</w:t>
            </w:r>
          </w:p>
        </w:tc>
      </w:tr>
      <w:tr>
        <w:trPr>
          <w:trHeight w:val="567" w:hRule="exact"/>
        </w:trPr>
        <w:tc>
          <w:tcPr>
            <w:tcW w:type="dxa" w:w="3213"/>
            <w:tcMar>
              <w:top w:w="70" w:type="dxa"/>
              <w:start w:w="120" w:type="dxa"/>
              <w:bottom w:w="70" w:type="dxa"/>
              <w:end w:w="120" w:type="dxa"/>
            </w:tcMar>
          </w:tcPr>
          <w:p>
            <w:r>
              <w:t>Organisation (intro-dev-conclusion)</w:t>
            </w:r>
          </w:p>
        </w:tc>
        <w:tc>
          <w:tcPr>
            <w:tcW w:type="dxa" w:w="3213"/>
            <w:tcMar>
              <w:top w:w="70" w:type="dxa"/>
              <w:start w:w="120" w:type="dxa"/>
              <w:bottom w:w="70" w:type="dxa"/>
              <w:end w:w="120" w:type="dxa"/>
            </w:tcMar>
          </w:tcPr>
          <w:p>
            <w:r>
              <w:t>☐ oui  ☐ partiel  ☐ non</w:t>
            </w:r>
          </w:p>
        </w:tc>
        <w:tc>
          <w:tcPr>
            <w:tcW w:type="dxa" w:w="3213"/>
            <w:tcMar>
              <w:top w:w="70" w:type="dxa"/>
              <w:start w:w="120" w:type="dxa"/>
              <w:bottom w:w="70" w:type="dxa"/>
              <w:end w:w="120" w:type="dxa"/>
            </w:tcMar>
          </w:tcPr>
          <w:p>
            <w:r>
              <w:t>____/4</w:t>
            </w:r>
          </w:p>
        </w:tc>
      </w:tr>
      <w:tr>
        <w:trPr>
          <w:trHeight w:val="567" w:hRule="exact"/>
        </w:trPr>
        <w:tc>
          <w:tcPr>
            <w:tcW w:type="dxa" w:w="3213"/>
            <w:tcMar>
              <w:top w:w="70" w:type="dxa"/>
              <w:start w:w="120" w:type="dxa"/>
              <w:bottom w:w="70" w:type="dxa"/>
              <w:end w:w="120" w:type="dxa"/>
            </w:tcMar>
          </w:tcPr>
          <w:p>
            <w:r>
              <w:t>Cohérence + enchaînements</w:t>
            </w:r>
          </w:p>
        </w:tc>
        <w:tc>
          <w:tcPr>
            <w:tcW w:type="dxa" w:w="3213"/>
            <w:tcMar>
              <w:top w:w="70" w:type="dxa"/>
              <w:start w:w="120" w:type="dxa"/>
              <w:bottom w:w="70" w:type="dxa"/>
              <w:end w:w="120" w:type="dxa"/>
            </w:tcMar>
          </w:tcPr>
          <w:p>
            <w:r>
              <w:t>☐ oui  ☐ partiel  ☐ non</w:t>
            </w:r>
          </w:p>
        </w:tc>
        <w:tc>
          <w:tcPr>
            <w:tcW w:type="dxa" w:w="3213"/>
            <w:tcMar>
              <w:top w:w="70" w:type="dxa"/>
              <w:start w:w="120" w:type="dxa"/>
              <w:bottom w:w="70" w:type="dxa"/>
              <w:end w:w="120" w:type="dxa"/>
            </w:tcMar>
          </w:tcPr>
          <w:p>
            <w:r>
              <w:t>____/4</w:t>
            </w:r>
          </w:p>
        </w:tc>
      </w:tr>
      <w:tr>
        <w:trPr>
          <w:trHeight w:val="567" w:hRule="exact"/>
        </w:trPr>
        <w:tc>
          <w:tcPr>
            <w:tcW w:type="dxa" w:w="3213"/>
            <w:tcMar>
              <w:top w:w="70" w:type="dxa"/>
              <w:start w:w="120" w:type="dxa"/>
              <w:bottom w:w="70" w:type="dxa"/>
              <w:end w:w="120" w:type="dxa"/>
            </w:tcMar>
          </w:tcPr>
          <w:p>
            <w:r>
              <w:t>Richesse (lexique, détails, exemples)</w:t>
            </w:r>
          </w:p>
        </w:tc>
        <w:tc>
          <w:tcPr>
            <w:tcW w:type="dxa" w:w="3213"/>
            <w:tcMar>
              <w:top w:w="70" w:type="dxa"/>
              <w:start w:w="120" w:type="dxa"/>
              <w:bottom w:w="70" w:type="dxa"/>
              <w:end w:w="120" w:type="dxa"/>
            </w:tcMar>
          </w:tcPr>
          <w:p>
            <w:r>
              <w:t>☐ oui  ☐ partiel  ☐ non</w:t>
            </w:r>
          </w:p>
        </w:tc>
        <w:tc>
          <w:tcPr>
            <w:tcW w:type="dxa" w:w="3213"/>
            <w:tcMar>
              <w:top w:w="70" w:type="dxa"/>
              <w:start w:w="120" w:type="dxa"/>
              <w:bottom w:w="70" w:type="dxa"/>
              <w:end w:w="120" w:type="dxa"/>
            </w:tcMar>
          </w:tcPr>
          <w:p>
            <w:r>
              <w:t>____/4</w:t>
            </w:r>
          </w:p>
        </w:tc>
      </w:tr>
      <w:tr>
        <w:trPr>
          <w:trHeight w:val="567" w:hRule="exact"/>
        </w:trPr>
        <w:tc>
          <w:tcPr>
            <w:tcW w:type="dxa" w:w="3213"/>
            <w:tcMar>
              <w:top w:w="70" w:type="dxa"/>
              <w:start w:w="120" w:type="dxa"/>
              <w:bottom w:w="70" w:type="dxa"/>
              <w:end w:w="120" w:type="dxa"/>
            </w:tcMar>
          </w:tcPr>
          <w:p>
            <w:r>
              <w:t>Langue (orthographe, temps, ponctuation)</w:t>
            </w:r>
          </w:p>
        </w:tc>
        <w:tc>
          <w:tcPr>
            <w:tcW w:type="dxa" w:w="3213"/>
            <w:tcMar>
              <w:top w:w="70" w:type="dxa"/>
              <w:start w:w="120" w:type="dxa"/>
              <w:bottom w:w="70" w:type="dxa"/>
              <w:end w:w="120" w:type="dxa"/>
            </w:tcMar>
          </w:tcPr>
          <w:p>
            <w:r>
              <w:t>☐ oui  ☐ partiel  ☐ non</w:t>
            </w:r>
          </w:p>
        </w:tc>
        <w:tc>
          <w:tcPr>
            <w:tcW w:type="dxa" w:w="3213"/>
            <w:tcMar>
              <w:top w:w="70" w:type="dxa"/>
              <w:start w:w="120" w:type="dxa"/>
              <w:bottom w:w="70" w:type="dxa"/>
              <w:end w:w="120" w:type="dxa"/>
            </w:tcMar>
          </w:tcPr>
          <w:p>
            <w:r>
              <w:t>____/4</w:t>
            </w:r>
          </w:p>
        </w:tc>
      </w:tr>
      <w:tr>
        <w:trPr>
          <w:trHeight w:val="624" w:hRule="exact"/>
        </w:trPr>
        <w:tc>
          <w:tcPr>
            <w:tcW w:type="dxa" w:w="3213"/>
            <w:tcMar>
              <w:top w:w="70" w:type="dxa"/>
              <w:start w:w="120" w:type="dxa"/>
              <w:bottom w:w="70" w:type="dxa"/>
              <w:end w:w="120" w:type="dxa"/>
            </w:tcMar>
          </w:tcPr>
          <w:p>
            <w:r>
              <w:rPr>
                <w:b/>
              </w:rPr>
              <w:t>Total + priorités</w:t>
            </w:r>
          </w:p>
        </w:tc>
        <w:tc>
          <w:tcPr>
            <w:tcW w:type="dxa" w:w="3213"/>
            <w:tcMar>
              <w:top w:w="70" w:type="dxa"/>
              <w:start w:w="120" w:type="dxa"/>
              <w:bottom w:w="70" w:type="dxa"/>
              <w:end w:w="120" w:type="dxa"/>
            </w:tcMar>
          </w:tcPr>
          <w:p>
            <w:r>
              <w:t>Total : ____/20</w:t>
            </w:r>
          </w:p>
        </w:tc>
        <w:tc>
          <w:tcPr>
            <w:tcW w:type="dxa" w:w="3213"/>
            <w:tcMar>
              <w:top w:w="70" w:type="dxa"/>
              <w:start w:w="120" w:type="dxa"/>
              <w:bottom w:w="70" w:type="dxa"/>
              <w:end w:w="120" w:type="dxa"/>
            </w:tcMar>
          </w:tcPr>
          <w:p>
            <w:r>
              <w:t>1) ______  2) ______  3) ______</w:t>
            </w:r>
          </w:p>
        </w:tc>
      </w:tr>
    </w:tbl>
    <w:sectPr w:rsidR="00FC693F" w:rsidRPr="0006063C" w:rsidSect="00034616">
      <w:footerReference w:type="default" r:id="rId9"/>
      <w:pgSz w:w="11906" w:h="16838"/>
      <w:pgMar w:top="907" w:right="1134" w:bottom="907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</w:pPr>
    <w:r>
      <w:rPr>
        <w:color w:val="465A78"/>
        <w:sz w:val="18"/>
      </w:rPr>
      <w:t>lecoursgratuit.com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