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faf3"/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ASSOCIATION</w:t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PARTENAIRE / COLLECTIVITÉ</w:t>
            </w:r>
          </w:p>
        </w:tc>
      </w:tr>
      <w:tr>
        <w:tc>
          <w:tcPr>
            <w:tcW w:type="dxa" w:w="10512"/>
            <w:gridSpan w:val="3"/>
            <w:shd w:val="clear" w:color="auto" w:fill="f4b183"/>
          </w:tcPr>
          <w:p>
            <w:pPr>
              <w:jc w:val="center"/>
            </w:pPr>
            <w:r>
              <w:rPr>
                <w:b/>
                <w:sz w:val="28"/>
              </w:rPr>
              <w:t>FICHE PROJET D'ASSOCIATION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Intitulé du projet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Association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Référent / contact</w:t>
            </w:r>
          </w:p>
        </w:tc>
        <w:tc>
          <w:tcPr>
            <w:tcW w:type="dxa" w:w="2628"/>
            <w:shd w:val="clear" w:color="auto" w:fill="d9d9d9"/>
          </w:tcPr>
          <w:p>
            <w:r>
              <w:rPr>
                <w:b/>
                <w:sz w:val="18"/>
              </w:rPr>
              <w:t>Période / année</w:t>
            </w:r>
          </w:p>
        </w:tc>
      </w:tr>
      <w:tr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628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Intitulé &amp; résumé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Titre court du projet :</w:t>
              <w:br/>
              <w:t>- Sous-titre ou slogan (facultatif) :</w:t>
              <w:br/>
              <w:t>- Résumé en 3 à 4 lignes à destination des partenaires / financeurs :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Contexte &amp; enjeux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Situation de départ (constat, problème, besoin repéré) :</w:t>
              <w:br/>
              <w:t>- Pourquoi ce projet est-il prioritaire pour l’association ?</w:t>
              <w:br/>
              <w:t>- Quels enjeux pour le territoire ou le public visé ?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Publics concernés / territoire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Public(s) cible(s) (âge, situation, nombre estimé de personnes) :</w:t>
              <w:br/>
              <w:t>- Zone géographique / lieu(x) d’intervention :</w:t>
              <w:br/>
              <w:t>- Critères d’accès au projet (inscription, adhésion, sélection…):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Objectifs du projet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Objectif général (finalité globale du projet) :</w:t>
              <w:br/>
              <w:t>- 3 à 5 objectifs spécifiques formulés avec un verbe d’action :</w:t>
              <w:br/>
              <w:t>- Pour chaque objectif, résultat attendu en fin de projet :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Actions principales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Liste des actions / activités prévues (atelier, événement, accompagnement…) :</w:t>
              <w:br/>
              <w:t>- Fréquence et durée des actions principales :</w:t>
              <w:br/>
              <w:t>- Modalités pratiques (présentiel / distanciel, horaires, lieux) :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Moyens &amp; partenariats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Moyens humains mobilisés (bénévoles, salariés, intervenants externes) :</w:t>
              <w:br/>
              <w:t>- Besoins matériels et logistiques (locaux, équipements, déplacements…) :</w:t>
              <w:br/>
              <w:t>- Partenaires pressentis et type d’appui (financier, en nature, mise à disposition…) :</w:t>
              <w:br/>
              <w:br/>
            </w:r>
          </w:p>
        </w:tc>
      </w:tr>
      <w:tr>
        <w:tc>
          <w:tcPr>
            <w:tcW w:type="dxa" w:w="5256"/>
            <w:shd w:val="clear" w:color="auto" w:fill="d9d9d9"/>
          </w:tcPr>
          <w:p>
            <w:pPr>
              <w:jc w:val="left"/>
            </w:pPr>
            <w:r>
              <w:rPr>
                <w:b/>
                <w:sz w:val="20"/>
              </w:rPr>
              <w:t>Évaluation &amp; perspectives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- Indicateurs de réussite (quantitatifs et qualitatifs) :</w:t>
              <w:br/>
              <w:t>- Outils de suivi / évaluation (tableau de bord, questionnaires, bilan collectif…) :</w:t>
              <w:br/>
              <w:t>- Suites possibles : reconduction, élargissement, ajustements envisagés :</w:t>
              <w:br/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val="clear" w:color="auto" w:fill="f8cbad"/>
          </w:tcPr>
          <w:p>
            <w:r>
              <w:rPr>
                <w:b/>
                <w:sz w:val="20"/>
              </w:rPr>
              <w:t>Budget prévisionnel (synthèse)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Poste principal</w:t>
            </w:r>
          </w:p>
        </w:tc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Dépenses estimées (€)</w:t>
            </w:r>
          </w:p>
        </w:tc>
        <w:tc>
          <w:tcPr>
            <w:tcW w:type="dxa" w:w="3504"/>
            <w:shd w:val="clear" w:color="auto" w:fill="d9d9d9"/>
          </w:tcPr>
          <w:p>
            <w:r>
              <w:rPr>
                <w:b/>
                <w:sz w:val="18"/>
              </w:rPr>
              <w:t>Recettes / financements (€)</w:t>
            </w:r>
          </w:p>
        </w:tc>
      </w:tr>
      <w:tr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</w:tr>
      <w:tr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  <w:tc>
          <w:tcPr>
            <w:tcW w:type="dxa" w:w="3504"/>
          </w:tcPr>
          <w:p>
            <w:r>
              <w:rPr>
                <w:sz w:val="18"/>
              </w:rPr>
              <w:t xml:space="preserve"> 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</w:tcPr>
          <w:p>
            <w:r>
              <w:rPr>
                <w:sz w:val="18"/>
              </w:rPr>
              <w:t>Date et lieu :</w:t>
              <w:br/>
              <w:br/>
              <w:br/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Signature du référent du projet / Président(e) :</w:t>
              <w:br/>
              <w:br/>
              <w:br/>
            </w:r>
          </w:p>
        </w:tc>
      </w:tr>
    </w:tbl>
    <w:p/>
    <w:p>
      <w:pPr>
        <w:jc w:val="right"/>
      </w:pPr>
      <w:r>
        <w:rPr>
          <w:i/>
          <w:sz w:val="16"/>
        </w:rPr>
        <w:t>Modèle de fiche projet associatif – lecoursgratuit.com</w:t>
      </w:r>
    </w:p>
    <w:sectPr w:rsidR="00FC693F" w:rsidRPr="0006063C" w:rsidSect="00034616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