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3504"/>
        <w:gridCol w:w="3504"/>
        <w:gridCol w:w="3504"/>
      </w:tblGrid>
      <w:tr>
        <w:tc>
          <w:tcPr>
            <w:tcW w:type="dxa" w:w="3504"/>
          </w:tcPr>
          <w:p>
            <w:pPr>
              <w:jc w:val="center"/>
            </w:pPr>
            <w:r>
              <w:rPr>
                <w:b/>
                <w:sz w:val="16"/>
              </w:rPr>
              <w:t>LOGO</w:t>
              <w:br/>
              <w:t>ASSOCIATION</w:t>
            </w:r>
          </w:p>
        </w:tc>
        <w:tc>
          <w:tcPr>
            <w:tcW w:type="dxa" w:w="3504"/>
          </w:tcPr>
          <w:p>
            <w:pPr>
              <w:jc w:val="center"/>
            </w:pPr>
            <w:r>
              <w:rPr>
                <w:b/>
                <w:sz w:val="16"/>
              </w:rPr>
            </w:r>
          </w:p>
        </w:tc>
        <w:tc>
          <w:tcPr>
            <w:tcW w:type="dxa" w:w="3504"/>
          </w:tcPr>
          <w:p>
            <w:pPr>
              <w:jc w:val="center"/>
            </w:pPr>
            <w:r>
              <w:rPr>
                <w:b/>
                <w:sz w:val="16"/>
              </w:rPr>
              <w:t>LOGO</w:t>
              <w:br/>
              <w:t>PARTENAIRE</w:t>
            </w:r>
          </w:p>
        </w:tc>
      </w:tr>
      <w:tr>
        <w:tc>
          <w:tcPr>
            <w:tcW w:type="dxa" w:w="10512"/>
            <w:gridSpan w:val="3"/>
            <w:shd w:val="clear" w:color="auto" w:fill="d9d9d9"/>
          </w:tcPr>
          <w:p>
            <w:pPr>
              <w:jc w:val="center"/>
            </w:pPr>
            <w:r>
              <w:rPr>
                <w:b/>
                <w:sz w:val="26"/>
              </w:rPr>
              <w:t>SCHÉMA FICHE PROJET ASSOCIATIF</w:t>
            </w:r>
          </w:p>
        </w:tc>
      </w:tr>
    </w:tbl>
    <w:p/>
    <w:p>
      <w:r>
        <w:rPr>
          <w:sz w:val="18"/>
        </w:rPr>
        <w:t>Fiche à remplir : cocher les cases ☑, compléter les zones soulignées et décrire le projet dans les encadrés.</w:t>
      </w:r>
    </w:p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56"/>
        <w:gridCol w:w="5256"/>
      </w:tblGrid>
      <w:tr>
        <w:tc>
          <w:tcPr>
            <w:tcW w:type="dxa" w:w="5256"/>
            <w:shd w:val="clear" w:color="auto" w:fill="e6e6e6"/>
          </w:tcPr>
          <w:p>
            <w:pPr>
              <w:jc w:val="left"/>
            </w:pPr>
            <w:r>
              <w:rPr>
                <w:b/>
                <w:sz w:val="20"/>
              </w:rPr>
              <w:t>1. IDENTITÉ DU PROJET</w:t>
            </w:r>
          </w:p>
        </w:tc>
        <w:tc>
          <w:tcPr>
            <w:tcW w:type="dxa" w:w="5256"/>
          </w:tcPr>
          <w:p>
            <w:r>
              <w:rPr>
                <w:sz w:val="18"/>
              </w:rPr>
              <w:t>Titre du projet : ________________________________</w:t>
              <w:br/>
              <w:t>Thématique : ☐ Culture   ☐ Sport   ☐ Social   ☐ Éducation   ☐ Autre : ____________</w:t>
              <w:br/>
              <w:t>Porteur du projet : ________________________________</w:t>
              <w:br/>
              <w:t>Référent : ______________________   Tél : __________   Mail : __________________</w:t>
            </w:r>
          </w:p>
        </w:tc>
      </w:tr>
      <w:tr>
        <w:tc>
          <w:tcPr>
            <w:tcW w:type="dxa" w:w="5256"/>
            <w:shd w:val="clear" w:color="auto" w:fill="e6e6e6"/>
          </w:tcPr>
          <w:p>
            <w:pPr>
              <w:jc w:val="left"/>
            </w:pPr>
            <w:r>
              <w:rPr>
                <w:b/>
                <w:sz w:val="20"/>
              </w:rPr>
              <w:t>2. CONTEXTE &amp; ORIGINE</w:t>
            </w:r>
          </w:p>
        </w:tc>
        <w:tc>
          <w:tcPr>
            <w:tcW w:type="dxa" w:w="5256"/>
          </w:tcPr>
          <w:p>
            <w:r>
              <w:rPr>
                <w:sz w:val="18"/>
              </w:rPr>
              <w:t>Constat de départ :</w:t>
              <w:br/>
              <w:t>___________________________________________________________</w:t>
              <w:br/>
              <w:t>___________________________________________________________</w:t>
              <w:br/>
              <w:t>Origine de l’idée :</w:t>
              <w:br/>
              <w:t>___________________________________________________________</w:t>
              <w:br/>
              <w:t>Lien avec le projet associatif global :</w:t>
              <w:br/>
              <w:t>___________________________________________________________</w:t>
            </w:r>
          </w:p>
        </w:tc>
      </w:tr>
      <w:tr>
        <w:tc>
          <w:tcPr>
            <w:tcW w:type="dxa" w:w="5256"/>
            <w:shd w:val="clear" w:color="auto" w:fill="e6e6e6"/>
          </w:tcPr>
          <w:p>
            <w:pPr>
              <w:jc w:val="left"/>
            </w:pPr>
            <w:r>
              <w:rPr>
                <w:b/>
                <w:sz w:val="20"/>
              </w:rPr>
              <w:t>3. PUBLICS &amp; BESOINS</w:t>
            </w:r>
          </w:p>
        </w:tc>
        <w:tc>
          <w:tcPr>
            <w:tcW w:type="dxa" w:w="5256"/>
          </w:tcPr>
          <w:p>
            <w:r>
              <w:rPr>
                <w:sz w:val="18"/>
              </w:rPr>
              <w:t>Public(s) visé(s) :</w:t>
              <w:br/>
              <w:t>• Profil / âge : __________________________________________</w:t>
              <w:br/>
              <w:t>• Nombre estimé : ____________ personnes</w:t>
              <w:br/>
              <w:t>• Zone géographique : ____________________________________</w:t>
              <w:br/>
              <w:br/>
              <w:t>Besoins repérés :</w:t>
              <w:br/>
              <w:t>☐ Isolement / lien social</w:t>
              <w:br/>
              <w:t>☐ Difficultés économiques</w:t>
              <w:br/>
              <w:t>☐ Manque d’accès à l’offre culturelle / sportive</w:t>
              <w:br/>
              <w:t>☐ Autre : ____________________________________________</w:t>
            </w:r>
          </w:p>
        </w:tc>
      </w:tr>
      <w:tr>
        <w:tc>
          <w:tcPr>
            <w:tcW w:type="dxa" w:w="5256"/>
            <w:shd w:val="clear" w:color="auto" w:fill="e6e6e6"/>
          </w:tcPr>
          <w:p>
            <w:pPr>
              <w:jc w:val="left"/>
            </w:pPr>
            <w:r>
              <w:rPr>
                <w:b/>
                <w:sz w:val="20"/>
              </w:rPr>
              <w:t>4. OBJECTIFS</w:t>
            </w:r>
          </w:p>
        </w:tc>
        <w:tc>
          <w:tcPr>
            <w:tcW w:type="dxa" w:w="5256"/>
          </w:tcPr>
          <w:p>
            <w:r>
              <w:rPr>
                <w:sz w:val="18"/>
              </w:rPr>
              <w:t>Objectif général (en une phrase) :</w:t>
              <w:br/>
              <w:t>___________________________________________________________</w:t>
              <w:br/>
              <w:br/>
              <w:t>Objectifs spécifiques :</w:t>
              <w:br/>
              <w:t>1) ______________________________________________________</w:t>
              <w:br/>
              <w:t>2) ______________________________________________________</w:t>
              <w:br/>
              <w:t>3) ______________________________________________________</w:t>
              <w:br/>
              <w:t>4) ______________________________________________________</w:t>
            </w:r>
          </w:p>
        </w:tc>
      </w:tr>
      <w:tr>
        <w:tc>
          <w:tcPr>
            <w:tcW w:type="dxa" w:w="5256"/>
            <w:shd w:val="clear" w:color="auto" w:fill="e6e6e6"/>
          </w:tcPr>
          <w:p>
            <w:pPr>
              <w:jc w:val="left"/>
            </w:pPr>
            <w:r>
              <w:rPr>
                <w:b/>
                <w:sz w:val="20"/>
              </w:rPr>
              <w:t>5. ACTIONS</w:t>
            </w:r>
          </w:p>
        </w:tc>
        <w:tc>
          <w:tcPr>
            <w:tcW w:type="dxa" w:w="5256"/>
          </w:tcPr>
          <w:p>
            <w:r>
              <w:rPr>
                <w:sz w:val="18"/>
              </w:rPr>
              <w:t>Actions principales :</w:t>
              <w:br/>
              <w:t>☐ Ateliers réguliers      ☐ Événement ponctuel      ☐ Accompagnement individuel</w:t>
              <w:br/>
              <w:t>☐ Sensibilisation / information   ☐ Autre : _____________________________</w:t>
              <w:br/>
              <w:br/>
              <w:t>Descriptif des actions :</w:t>
              <w:br/>
              <w:t>- Action 1 : ______________________________________________</w:t>
              <w:br/>
              <w:t xml:space="preserve">  Public : __________   Fréquence : __________   Période : __________</w:t>
              <w:br/>
              <w:t>- Action 2 : ______________________________________________</w:t>
              <w:br/>
              <w:t xml:space="preserve">  Public : __________   Fréquence : __________   Période : __________</w:t>
            </w:r>
          </w:p>
        </w:tc>
      </w:tr>
      <w:tr>
        <w:tc>
          <w:tcPr>
            <w:tcW w:type="dxa" w:w="5256"/>
            <w:shd w:val="clear" w:color="auto" w:fill="e6e6e6"/>
          </w:tcPr>
          <w:p>
            <w:pPr>
              <w:jc w:val="left"/>
            </w:pPr>
            <w:r>
              <w:rPr>
                <w:b/>
                <w:sz w:val="20"/>
              </w:rPr>
              <w:t>6. MOYENS &amp; PARTENAIRES</w:t>
            </w:r>
          </w:p>
        </w:tc>
        <w:tc>
          <w:tcPr>
            <w:tcW w:type="dxa" w:w="5256"/>
          </w:tcPr>
          <w:p>
            <w:r>
              <w:rPr>
                <w:sz w:val="18"/>
              </w:rPr>
              <w:t>Moyens humains :</w:t>
              <w:br/>
              <w:t>- Bénévoles : ______ personnes   - Salariés : ______   - Intervenants : ______</w:t>
              <w:br/>
              <w:br/>
              <w:t>Moyens matériels / logistiques :</w:t>
              <w:br/>
              <w:t>___________________________________________________________</w:t>
              <w:br/>
              <w:t>___________________________________________________________</w:t>
              <w:br/>
              <w:br/>
              <w:t>Partenaires pressentis :</w:t>
              <w:br/>
              <w:t>☐ Collectivités locales   ☐ Autres associations   ☐ Établissements scolaires</w:t>
              <w:br/>
              <w:t>☐ Entreprises / mécénat   ☐ Autre : _________________________</w:t>
            </w:r>
          </w:p>
        </w:tc>
      </w:tr>
      <w:tr>
        <w:tc>
          <w:tcPr>
            <w:tcW w:type="dxa" w:w="5256"/>
            <w:shd w:val="clear" w:color="auto" w:fill="e6e6e6"/>
          </w:tcPr>
          <w:p>
            <w:pPr>
              <w:jc w:val="left"/>
            </w:pPr>
            <w:r>
              <w:rPr>
                <w:b/>
                <w:sz w:val="20"/>
              </w:rPr>
              <w:t>7. SUIVI &amp; ÉVALUATION</w:t>
            </w:r>
          </w:p>
        </w:tc>
        <w:tc>
          <w:tcPr>
            <w:tcW w:type="dxa" w:w="5256"/>
          </w:tcPr>
          <w:p>
            <w:r>
              <w:rPr>
                <w:sz w:val="18"/>
              </w:rPr>
              <w:t>Indicateurs de réussite :</w:t>
              <w:br/>
              <w:t>- Nombre de participants : cible = ________</w:t>
              <w:br/>
              <w:t>- Taux de participation / assiduité : cible = ________ %</w:t>
              <w:br/>
              <w:t>- Autres indicateurs : ____________________________________</w:t>
              <w:br/>
              <w:br/>
              <w:t>Outils de suivi :</w:t>
              <w:br/>
              <w:t>☐ Feuille de présence   ☐ Questionnaire   ☐ Temps d’échange collectif</w:t>
              <w:br/>
              <w:t>☐ Bilan écrit   ☐ Autre : _____________________________</w:t>
              <w:br/>
              <w:br/>
              <w:t>Perspectives :</w:t>
              <w:br/>
              <w:t>___________________________________________________________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5256"/>
        <w:gridCol w:w="5256"/>
      </w:tblGrid>
      <w:tr>
        <w:tc>
          <w:tcPr>
            <w:tcW w:type="dxa" w:w="5256"/>
          </w:tcPr>
          <w:p>
            <w:r>
              <w:rPr>
                <w:sz w:val="18"/>
              </w:rPr>
              <w:t>Date : ____ / ____ / ______</w:t>
              <w:br/>
              <w:br/>
              <w:t>Signature du référent du projet :</w:t>
              <w:br/>
              <w:br/>
              <w:t>_____________________________</w:t>
            </w:r>
          </w:p>
        </w:tc>
        <w:tc>
          <w:tcPr>
            <w:tcW w:type="dxa" w:w="5256"/>
          </w:tcPr>
          <w:p>
            <w:r>
              <w:rPr>
                <w:sz w:val="18"/>
              </w:rPr>
              <w:t>Visa du Bureau / CA :</w:t>
              <w:br/>
              <w:br/>
              <w:t>☐ Avis favorable   ☐ Avis réservé   ☐ Avis défavorable</w:t>
              <w:br/>
              <w:br/>
              <w:t>Observations :</w:t>
              <w:br/>
              <w:t>_____________________________</w:t>
              <w:br/>
              <w:t>_____________________________</w:t>
            </w:r>
          </w:p>
        </w:tc>
      </w:tr>
    </w:tbl>
    <w:p>
      <w:pPr>
        <w:jc w:val="right"/>
      </w:pPr>
      <w:r>
        <w:rPr>
          <w:i/>
          <w:sz w:val="16"/>
        </w:rPr>
        <w:t>Schéma de fiche projet associatif – lecoursgratuit.com</w:t>
      </w:r>
    </w:p>
    <w:sectPr w:rsidR="00FC693F" w:rsidRPr="0006063C" w:rsidSect="00034616">
      <w:pgSz w:w="12240" w:h="15840"/>
      <w:pgMar w:top="864" w:right="864" w:bottom="864" w:left="864" w:header="720" w:footer="720" w:gutter="0"/>
      <w:cols w:space="720"/>
      <w:docGrid w:linePitch="360"/>
      <w:pgBorders w:offsetFrom="page">
        <w:top w:val="single" w:sz="6" w:space="6" w:color="bfbfbf"/>
        <w:left w:val="single" w:sz="6" w:space="6" w:color="bfbfbf"/>
        <w:bottom w:val="single" w:sz="6" w:space="6" w:color="bfbfbf"/>
        <w:right w:val="single" w:sz="6" w:space="6" w:color="bfbfbf"/>
      </w:pgBorder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