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120" w:type="dxa"/>
          <w:start w:w="120" w:type="dxa"/>
          <w:bottom w:w="120" w:type="dxa"/>
          <w:end w:w="120" w:type="dxa"/>
        </w:tblCellMar>
      </w:tblPr>
      <w:tblGrid>
        <w:gridCol w:w="510"/>
        <w:gridCol w:w="7257"/>
        <w:gridCol w:w="2041"/>
      </w:tblGrid>
      <w:tr>
        <w:trPr>
          <w:trHeight w:val="907" w:hRule="exact"/>
        </w:trPr>
        <w:tc>
          <w:tcPr>
            <w:tcW w:type="dxa" w:w="3551"/>
            <w:shd w:val="clear" w:color="auto" w:fill="2B2B2B"/>
            <w:tcBorders>
              <w:left w:sz="6" w:val="single" w:color="2B2B2B" w:space="0"/>
              <w:top w:sz="6" w:val="single" w:color="2B2B2B" w:space="0"/>
              <w:right w:sz="6" w:val="single" w:color="2B2B2B" w:space="0"/>
              <w:bottom w:sz="6" w:val="single" w:color="2B2B2B" w:space="0"/>
            </w:tcBorders>
            <w:vAlign w:val="center"/>
          </w:tcPr>
          <w:p/>
        </w:tc>
        <w:tc>
          <w:tcPr>
            <w:tcW w:type="dxa" w:w="3551"/>
            <w:shd w:val="clear" w:color="auto" w:fill="F3F3F3"/>
            <w:tcBorders>
              <w:left w:sz="6" w:val="single" w:color="2B2B2B" w:space="0"/>
              <w:top w:sz="6" w:val="single" w:color="2B2B2B" w:space="0"/>
              <w:right w:sz="6" w:val="single" w:color="2B2B2B" w:space="0"/>
              <w:bottom w:sz="6" w:val="single" w:color="2B2B2B" w:space="0"/>
            </w:tcBorders>
            <w:vAlign w:val="center"/>
          </w:tcPr>
          <w:p>
            <w:pPr>
              <w:jc w:val="left"/>
            </w:pPr>
            <w:r>
              <w:rPr>
                <w:rFonts w:ascii="Calibri" w:hAnsi="Calibri" w:eastAsia="Calibri"/>
                <w:b/>
                <w:color w:val="2B2B2B"/>
                <w:sz w:val="32"/>
              </w:rPr>
              <w:t>FICHE D’INTERVENTION — Modèle officiel</w:t>
            </w:r>
          </w:p>
          <w:p>
            <w:pPr>
              <w:spacing w:before="40" w:after="0"/>
            </w:pPr>
            <w:r>
              <w:rPr>
                <w:rFonts w:ascii="Calibri" w:hAnsi="Calibri" w:eastAsia="Calibri"/>
                <w:b w:val="0"/>
                <w:color w:val="2B2B2B"/>
                <w:sz w:val="18"/>
              </w:rPr>
              <w:t>Fiche papier (terrain) + base de saisie pour la fiche d’intervention Excel gratuite.</w:t>
            </w:r>
          </w:p>
        </w:tc>
        <w:tc>
          <w:tcPr>
            <w:tcW w:type="dxa" w:w="3551"/>
            <w:shd w:val="clear" w:color="auto" w:fill="F3F3F3"/>
            <w:tcBorders>
              <w:left w:sz="6" w:val="single" w:color="2B2B2B" w:space="0"/>
              <w:top w:sz="6" w:val="single" w:color="2B2B2B" w:space="0"/>
              <w:right w:sz="6" w:val="single" w:color="2B2B2B" w:space="0"/>
              <w:bottom w:sz="6" w:val="single" w:color="2B2B2B" w:space="0"/>
            </w:tcBorders>
            <w:vAlign w:val="center"/>
          </w:tcPr>
          <w:p>
            <w:pPr>
              <w:jc w:val="right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Réf. fiche : ________</w:t>
              <w:br/>
              <w:t>Date : ___ / ___ / 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Structure / Client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Nom : ________________________________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Site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Service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Téléphone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Email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Responsable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N° OT / Ticket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Priorité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☐ Basse   ☐ Moyenne   ☐ Haute   ☐ Urgence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Date &amp; heure début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 / ___ / ____   ____:____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Date &amp; heure fin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 / ___ / ____   ____:____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Équipement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Code / N° série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Localisation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Arrêt machine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☐ Oui   ☐ Non</w:t>
            </w:r>
          </w:p>
        </w:tc>
      </w:tr>
    </w:tbl>
    <w:p/>
    <w:p>
      <w:pPr>
        <w:spacing w:after="80" w:before="40"/>
      </w:pPr>
      <w:r/>
      <w:r>
        <w:rPr>
          <w:rFonts w:ascii="Calibri" w:hAnsi="Calibri" w:eastAsia="Calibri"/>
          <w:b/>
          <w:color w:val="2B2B2B"/>
          <w:sz w:val="24"/>
        </w:rPr>
        <w:t>TYPE D’INTERVENTION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80" w:type="dxa"/>
          <w:bottom w:w="90" w:type="dxa"/>
          <w:end w:w="180" w:type="dxa"/>
        </w:tblCellMar>
      </w:tblPr>
      <w:tblGrid>
        <w:gridCol w:w="10772"/>
      </w:tblGrid>
      <w:tr>
        <w:tc>
          <w:tcPr>
            <w:tcW w:type="dxa" w:w="1065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☐ Préventive   ☐ Corrective   ☐ Curative   ☐ Inspection   ☐ Mise en service   ☐ Autre : 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835"/>
        <w:gridCol w:w="7937"/>
      </w:tblGrid>
      <w:tr>
        <w:tc>
          <w:tcPr>
            <w:tcW w:type="dxa" w:w="5326"/>
            <w:shd w:val="clear" w:color="auto" w:fill="FAFA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Demande / Symptômes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  <w:tr>
        <w:tc>
          <w:tcPr>
            <w:tcW w:type="dxa" w:w="5326"/>
            <w:shd w:val="clear" w:color="auto" w:fill="FAFA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Diagnostic / Causes probables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  <w:tr>
        <w:tc>
          <w:tcPr>
            <w:tcW w:type="dxa" w:w="5326"/>
            <w:shd w:val="clear" w:color="auto" w:fill="FAFAFA"/>
            <w:vAlign w:val="top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Travaux réalisés / Commentaires</w:t>
            </w:r>
          </w:p>
        </w:tc>
        <w:tc>
          <w:tcPr>
            <w:tcW w:type="dxa" w:w="5326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____________________________________________________________</w:t>
              <w:br/>
            </w:r>
          </w:p>
        </w:tc>
      </w:tr>
    </w:tbl>
    <w:p>
      <w:r>
        <w:br w:type="page"/>
      </w:r>
    </w:p>
    <w:p>
      <w:pPr>
        <w:spacing w:after="80" w:before="40"/>
      </w:pPr>
      <w:r/>
      <w:r>
        <w:rPr>
          <w:rFonts w:ascii="Calibri" w:hAnsi="Calibri" w:eastAsia="Calibri"/>
          <w:b/>
          <w:color w:val="2B2B2B"/>
          <w:sz w:val="24"/>
        </w:rPr>
        <w:t>DÉTAIL DES ACTIONS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start w:w="90" w:type="dxa"/>
          <w:bottom w:w="80" w:type="dxa"/>
          <w:end w:w="90" w:type="dxa"/>
        </w:tblCellMar>
      </w:tblPr>
      <w:tblGrid>
        <w:gridCol w:w="680"/>
        <w:gridCol w:w="5102"/>
        <w:gridCol w:w="1474"/>
        <w:gridCol w:w="1474"/>
        <w:gridCol w:w="2041"/>
      </w:tblGrid>
      <w:tr>
        <w:tc>
          <w:tcPr>
            <w:tcW w:type="dxa" w:w="2130"/>
            <w:shd w:val="clear" w:color="auto" w:fill="2B2B2B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#</w:t>
            </w:r>
          </w:p>
        </w:tc>
        <w:tc>
          <w:tcPr>
            <w:tcW w:type="dxa" w:w="2130"/>
            <w:shd w:val="clear" w:color="auto" w:fill="2B2B2B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Action / Opération</w:t>
            </w:r>
          </w:p>
        </w:tc>
        <w:tc>
          <w:tcPr>
            <w:tcW w:type="dxa" w:w="2130"/>
            <w:shd w:val="clear" w:color="auto" w:fill="2B2B2B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Début</w:t>
            </w:r>
          </w:p>
        </w:tc>
        <w:tc>
          <w:tcPr>
            <w:tcW w:type="dxa" w:w="2130"/>
            <w:shd w:val="clear" w:color="auto" w:fill="2B2B2B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Fin</w:t>
            </w:r>
          </w:p>
        </w:tc>
        <w:tc>
          <w:tcPr>
            <w:tcW w:type="dxa" w:w="2130"/>
            <w:shd w:val="clear" w:color="auto" w:fill="2B2B2B"/>
            <w:vAlign w:val="center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Technicien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1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2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3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4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5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  <w:tr>
        <w:tc>
          <w:tcPr>
            <w:tcW w:type="dxa" w:w="2130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B2B2B"/>
                <w:sz w:val="18"/>
              </w:rPr>
              <w:t>6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  <w:tc>
          <w:tcPr>
            <w:tcW w:type="dxa" w:w="2130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90" w:type="dxa"/>
          <w:start w:w="120" w:type="dxa"/>
          <w:bottom w:w="90" w:type="dxa"/>
          <w:end w:w="120" w:type="dxa"/>
        </w:tblCellMar>
      </w:tblPr>
      <w:tblGrid>
        <w:gridCol w:w="2268"/>
        <w:gridCol w:w="3628"/>
        <w:gridCol w:w="1814"/>
        <w:gridCol w:w="3402"/>
      </w:tblGrid>
      <w:tr>
        <w:tc>
          <w:tcPr>
            <w:tcW w:type="dxa" w:w="5326"/>
            <w:gridSpan w:val="2"/>
            <w:shd w:val="clear" w:color="auto" w:fill="B08D57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PIÈCES / CONSOMMABLES UTILISÉS</w:t>
            </w:r>
          </w:p>
        </w:tc>
        <w:tc>
          <w:tcPr>
            <w:tcW w:type="dxa" w:w="5326"/>
            <w:gridSpan w:val="2"/>
            <w:shd w:val="clear" w:color="auto" w:fill="B08D57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SÉCURITÉ &amp; AUTORISATIONS</w:t>
            </w:r>
          </w:p>
        </w:tc>
      </w:tr>
      <w:tr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Référence | Désignation | Qté</w:t>
              <w:br/>
            </w:r>
            <w:r>
              <w:rPr>
                <w:rFonts w:ascii="Calibri" w:hAnsi="Calibri" w:eastAsia="Calibri"/>
                <w:b w:val="0"/>
                <w:color w:val="777777"/>
                <w:sz w:val="18"/>
              </w:rPr>
              <w:t>____________________________</w:t>
              <w:br/>
              <w:t>____________________________</w:t>
              <w:br/>
              <w:t>____________________________</w:t>
            </w:r>
          </w:p>
        </w:tc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☐ Consignation (LOTO)   ☐ Permis de travail   ☐ EPI vérifiés   ☐ Zone sécurisée</w:t>
            </w:r>
          </w:p>
          <w:p>
            <w:r>
              <w:rPr>
                <w:rFonts w:ascii="Calibri" w:hAnsi="Calibri" w:eastAsia="Calibri"/>
                <w:b w:val="0"/>
                <w:color w:val="2B2B2B"/>
                <w:sz w:val="18"/>
              </w:rPr>
              <w:t>Observations : ________________________________</w:t>
            </w:r>
          </w:p>
        </w:tc>
      </w:tr>
      <w:tr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Remise en service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☐ Oui   ☐ Non   ☐ Sous réserve</w:t>
            </w:r>
          </w:p>
        </w:tc>
        <w:tc>
          <w:tcPr>
            <w:tcW w:type="dxa" w:w="2663"/>
            <w:shd w:val="clear" w:color="auto" w:fill="FAFAFA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/>
                <w:color w:val="2B2B2B"/>
                <w:sz w:val="18"/>
              </w:rPr>
              <w:t>Recommandations</w:t>
            </w:r>
          </w:p>
        </w:tc>
        <w:tc>
          <w:tcPr>
            <w:tcW w:type="dxa" w:w="2663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pPr>
              <w:spacing w:after="0"/>
            </w:pPr>
            <w:r/>
            <w:r>
              <w:rPr>
                <w:rFonts w:ascii="Calibri" w:hAnsi="Calibri" w:eastAsia="Calibri"/>
                <w:b w:val="0"/>
                <w:color w:val="2B2B2B"/>
                <w:sz w:val="18"/>
              </w:rPr>
              <w:t>_______________________________</w:t>
            </w:r>
          </w:p>
        </w:tc>
      </w:tr>
      <w:tr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r>
              <w:rPr>
                <w:rFonts w:ascii="Calibri" w:hAnsi="Calibri" w:eastAsia="Calibri"/>
                <w:b w:val="0"/>
                <w:color w:val="2B2B2B"/>
                <w:sz w:val="18"/>
              </w:rPr>
              <w:t>Signature technicien : ______________________    Nom : ______________________</w:t>
            </w:r>
          </w:p>
        </w:tc>
        <w:tc>
          <w:tcPr>
            <w:tcW w:type="dxa" w:w="5326"/>
            <w:gridSpan w:val="2"/>
            <w:tcBorders>
              <w:left w:sz="6" w:val="single" w:color="DDDDDD" w:space="0"/>
              <w:top w:sz="6" w:val="single" w:color="DDDDDD" w:space="0"/>
              <w:right w:sz="6" w:val="single" w:color="DDDDDD" w:space="0"/>
              <w:bottom w:sz="6" w:val="single" w:color="DDDDDD" w:space="0"/>
            </w:tcBorders>
            <w:vAlign w:val="center"/>
          </w:tcPr>
          <w:p>
            <w:r>
              <w:rPr>
                <w:rFonts w:ascii="Calibri" w:hAnsi="Calibri" w:eastAsia="Calibri"/>
                <w:b w:val="0"/>
                <w:color w:val="2B2B2B"/>
                <w:sz w:val="18"/>
              </w:rPr>
              <w:t>Validation responsable : ____________________    Date : ___ / ___ / ____</w:t>
            </w:r>
          </w:p>
        </w:tc>
      </w:tr>
    </w:tbl>
    <w:p/>
    <w:p>
      <w:pPr>
        <w:spacing w:before="40" w:after="0"/>
      </w:pPr>
      <w:r>
        <w:rPr>
          <w:color w:val="787878"/>
          <w:sz w:val="16"/>
        </w:rPr>
        <w:t>Téléchargement : fiche d’intervention Excel gratuite (version éditable) sur lecoursgratuit.com.</w:t>
      </w:r>
    </w:p>
    <w:sectPr w:rsidR="00FC693F" w:rsidRPr="0006063C" w:rsidSect="00034616">
      <w:footerReference w:type="default" r:id="rId9"/>
      <w:pgSz w:w="12240" w:h="15840"/>
      <w:pgMar w:top="794" w:right="794" w:bottom="794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color w:val="666666"/>
        <w:sz w:val="16"/>
      </w:rPr>
      <w:t>lecoursgratuit.com • Modèles gratuits &amp; premium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