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  <w:tblCellMar>
          <w:top w:w="120" w:type="dxa"/>
          <w:start w:w="120" w:type="dxa"/>
          <w:bottom w:w="120" w:type="dxa"/>
          <w:end w:w="120" w:type="dxa"/>
        </w:tblCellMar>
      </w:tblPr>
      <w:tblGrid>
        <w:gridCol w:w="510"/>
        <w:gridCol w:w="7257"/>
        <w:gridCol w:w="2041"/>
      </w:tblGrid>
      <w:tr>
        <w:trPr>
          <w:trHeight w:val="907" w:hRule="exact"/>
        </w:trPr>
        <w:tc>
          <w:tcPr>
            <w:tcW w:type="dxa" w:w="3551"/>
            <w:shd w:val="clear" w:color="auto" w:fill="0B1F3A"/>
            <w:tcBorders>
              <w:left w:sz="6" w:val="single" w:color="0B1F3A" w:space="0"/>
              <w:top w:sz="6" w:val="single" w:color="0B1F3A" w:space="0"/>
              <w:right w:sz="6" w:val="single" w:color="0B1F3A" w:space="0"/>
              <w:bottom w:sz="6" w:val="single" w:color="0B1F3A" w:space="0"/>
            </w:tcBorders>
            <w:vAlign w:val="center"/>
          </w:tcPr>
          <w:p/>
        </w:tc>
        <w:tc>
          <w:tcPr>
            <w:tcW w:type="dxa" w:w="3551"/>
            <w:shd w:val="clear" w:color="auto" w:fill="DDE8F5"/>
            <w:tcBorders>
              <w:left w:sz="6" w:val="single" w:color="0B1F3A" w:space="0"/>
              <w:top w:sz="6" w:val="single" w:color="0B1F3A" w:space="0"/>
              <w:right w:sz="6" w:val="single" w:color="0B1F3A" w:space="0"/>
              <w:bottom w:sz="6" w:val="single" w:color="0B1F3A" w:space="0"/>
            </w:tcBorders>
            <w:vAlign w:val="center"/>
          </w:tcPr>
          <w:p>
            <w:pPr>
              <w:jc w:val="left"/>
            </w:pPr>
            <w:r>
              <w:rPr>
                <w:rFonts w:ascii="Calibri" w:hAnsi="Calibri" w:eastAsia="Calibri"/>
                <w:b/>
                <w:color w:val="0B1F3A"/>
                <w:sz w:val="32"/>
              </w:rPr>
              <w:t>FICHE D’INTERVENTION — Modèle officiel</w:t>
            </w:r>
          </w:p>
          <w:p>
            <w:pPr>
              <w:spacing w:before="40" w:after="0"/>
            </w:pPr>
            <w:r>
              <w:rPr>
                <w:rFonts w:ascii="Calibri" w:hAnsi="Calibri" w:eastAsia="Calibri"/>
                <w:b w:val="0"/>
                <w:color w:val="0B1F3A"/>
                <w:sz w:val="18"/>
              </w:rPr>
              <w:t>Fiche papier (terrain) + base de saisie pour la fiche d’intervention Excel gratuite.</w:t>
            </w:r>
          </w:p>
        </w:tc>
        <w:tc>
          <w:tcPr>
            <w:tcW w:type="dxa" w:w="3551"/>
            <w:shd w:val="clear" w:color="auto" w:fill="DDE8F5"/>
            <w:tcBorders>
              <w:left w:sz="6" w:val="single" w:color="0B1F3A" w:space="0"/>
              <w:top w:sz="6" w:val="single" w:color="0B1F3A" w:space="0"/>
              <w:right w:sz="6" w:val="single" w:color="0B1F3A" w:space="0"/>
              <w:bottom w:sz="6" w:val="single" w:color="0B1F3A" w:space="0"/>
            </w:tcBorders>
            <w:vAlign w:val="center"/>
          </w:tcPr>
          <w:p>
            <w:pPr>
              <w:jc w:val="right"/>
            </w:pPr>
            <w:r>
              <w:rPr>
                <w:rFonts w:ascii="Calibri" w:hAnsi="Calibri" w:eastAsia="Calibri"/>
                <w:b/>
                <w:color w:val="0B1F3A"/>
                <w:sz w:val="18"/>
              </w:rPr>
              <w:t>Réf. fiche : ________</w:t>
              <w:br/>
              <w:t>Date : ___ / ___ / ____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  <w:tblCellMar>
          <w:top w:w="90" w:type="dxa"/>
          <w:start w:w="120" w:type="dxa"/>
          <w:bottom w:w="90" w:type="dxa"/>
          <w:end w:w="120" w:type="dxa"/>
        </w:tblCellMar>
      </w:tblPr>
      <w:tblGrid>
        <w:gridCol w:w="2268"/>
        <w:gridCol w:w="3628"/>
        <w:gridCol w:w="1814"/>
        <w:gridCol w:w="3402"/>
      </w:tblGrid>
      <w:tr>
        <w:tc>
          <w:tcPr>
            <w:tcW w:type="dxa" w:w="2663"/>
            <w:shd w:val="clear" w:color="auto" w:fill="F2F6FA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/>
                <w:color w:val="0B1F3A"/>
                <w:sz w:val="18"/>
              </w:rPr>
              <w:t>Structure / Client</w:t>
            </w:r>
          </w:p>
        </w:tc>
        <w:tc>
          <w:tcPr>
            <w:tcW w:type="dxa" w:w="2663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0B1F3A"/>
                <w:sz w:val="18"/>
              </w:rPr>
              <w:t>Nom : ________________________________</w:t>
            </w:r>
          </w:p>
        </w:tc>
        <w:tc>
          <w:tcPr>
            <w:tcW w:type="dxa" w:w="2663"/>
            <w:shd w:val="clear" w:color="auto" w:fill="F2F6FA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/>
                <w:color w:val="0B1F3A"/>
                <w:sz w:val="18"/>
              </w:rPr>
              <w:t>Site</w:t>
            </w:r>
          </w:p>
        </w:tc>
        <w:tc>
          <w:tcPr>
            <w:tcW w:type="dxa" w:w="2663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0B1F3A"/>
                <w:sz w:val="18"/>
              </w:rPr>
              <w:t>_______________________________</w:t>
            </w:r>
          </w:p>
        </w:tc>
      </w:tr>
      <w:tr>
        <w:tc>
          <w:tcPr>
            <w:tcW w:type="dxa" w:w="2663"/>
            <w:shd w:val="clear" w:color="auto" w:fill="F2F6FA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/>
                <w:color w:val="0B1F3A"/>
                <w:sz w:val="18"/>
              </w:rPr>
              <w:t>Service</w:t>
            </w:r>
          </w:p>
        </w:tc>
        <w:tc>
          <w:tcPr>
            <w:tcW w:type="dxa" w:w="2663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0B1F3A"/>
                <w:sz w:val="18"/>
              </w:rPr>
              <w:t>_______________________________</w:t>
            </w:r>
          </w:p>
        </w:tc>
        <w:tc>
          <w:tcPr>
            <w:tcW w:type="dxa" w:w="2663"/>
            <w:shd w:val="clear" w:color="auto" w:fill="F2F6FA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/>
                <w:color w:val="0B1F3A"/>
                <w:sz w:val="18"/>
              </w:rPr>
              <w:t>Téléphone</w:t>
            </w:r>
          </w:p>
        </w:tc>
        <w:tc>
          <w:tcPr>
            <w:tcW w:type="dxa" w:w="2663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0B1F3A"/>
                <w:sz w:val="18"/>
              </w:rPr>
              <w:t>_______________________________</w:t>
            </w:r>
          </w:p>
        </w:tc>
      </w:tr>
      <w:tr>
        <w:tc>
          <w:tcPr>
            <w:tcW w:type="dxa" w:w="2663"/>
            <w:shd w:val="clear" w:color="auto" w:fill="F2F6FA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/>
                <w:color w:val="0B1F3A"/>
                <w:sz w:val="18"/>
              </w:rPr>
              <w:t>Email</w:t>
            </w:r>
          </w:p>
        </w:tc>
        <w:tc>
          <w:tcPr>
            <w:tcW w:type="dxa" w:w="2663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0B1F3A"/>
                <w:sz w:val="18"/>
              </w:rPr>
              <w:t>_______________________________</w:t>
            </w:r>
          </w:p>
        </w:tc>
        <w:tc>
          <w:tcPr>
            <w:tcW w:type="dxa" w:w="2663"/>
            <w:shd w:val="clear" w:color="auto" w:fill="F2F6FA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/>
                <w:color w:val="0B1F3A"/>
                <w:sz w:val="18"/>
              </w:rPr>
              <w:t>Responsable</w:t>
            </w:r>
          </w:p>
        </w:tc>
        <w:tc>
          <w:tcPr>
            <w:tcW w:type="dxa" w:w="2663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0B1F3A"/>
                <w:sz w:val="18"/>
              </w:rPr>
              <w:t>_______________________________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  <w:tblCellMar>
          <w:top w:w="90" w:type="dxa"/>
          <w:start w:w="120" w:type="dxa"/>
          <w:bottom w:w="90" w:type="dxa"/>
          <w:end w:w="120" w:type="dxa"/>
        </w:tblCellMar>
      </w:tblPr>
      <w:tblGrid>
        <w:gridCol w:w="2268"/>
        <w:gridCol w:w="3628"/>
        <w:gridCol w:w="1814"/>
        <w:gridCol w:w="3402"/>
      </w:tblGrid>
      <w:tr>
        <w:tc>
          <w:tcPr>
            <w:tcW w:type="dxa" w:w="2663"/>
            <w:shd w:val="clear" w:color="auto" w:fill="F2F6FA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/>
                <w:color w:val="0B1F3A"/>
                <w:sz w:val="18"/>
              </w:rPr>
              <w:t>N° OT / Ticket</w:t>
            </w:r>
          </w:p>
        </w:tc>
        <w:tc>
          <w:tcPr>
            <w:tcW w:type="dxa" w:w="2663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0B1F3A"/>
                <w:sz w:val="18"/>
              </w:rPr>
              <w:t>_______________________________</w:t>
            </w:r>
          </w:p>
        </w:tc>
        <w:tc>
          <w:tcPr>
            <w:tcW w:type="dxa" w:w="2663"/>
            <w:shd w:val="clear" w:color="auto" w:fill="F2F6FA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/>
                <w:color w:val="0B1F3A"/>
                <w:sz w:val="18"/>
              </w:rPr>
              <w:t>Priorité</w:t>
            </w:r>
          </w:p>
        </w:tc>
        <w:tc>
          <w:tcPr>
            <w:tcW w:type="dxa" w:w="2663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0B1F3A"/>
                <w:sz w:val="18"/>
              </w:rPr>
              <w:t>☐ Basse   ☐ Moyenne   ☐ Haute   ☐ Urgence</w:t>
            </w:r>
          </w:p>
        </w:tc>
      </w:tr>
      <w:tr>
        <w:tc>
          <w:tcPr>
            <w:tcW w:type="dxa" w:w="2663"/>
            <w:shd w:val="clear" w:color="auto" w:fill="F2F6FA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/>
                <w:color w:val="0B1F3A"/>
                <w:sz w:val="18"/>
              </w:rPr>
              <w:t>Date &amp; heure début</w:t>
            </w:r>
          </w:p>
        </w:tc>
        <w:tc>
          <w:tcPr>
            <w:tcW w:type="dxa" w:w="2663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0B1F3A"/>
                <w:sz w:val="18"/>
              </w:rPr>
              <w:t>___ / ___ / ____   ____:____</w:t>
            </w:r>
          </w:p>
        </w:tc>
        <w:tc>
          <w:tcPr>
            <w:tcW w:type="dxa" w:w="2663"/>
            <w:shd w:val="clear" w:color="auto" w:fill="F2F6FA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/>
                <w:color w:val="0B1F3A"/>
                <w:sz w:val="18"/>
              </w:rPr>
              <w:t>Date &amp; heure fin</w:t>
            </w:r>
          </w:p>
        </w:tc>
        <w:tc>
          <w:tcPr>
            <w:tcW w:type="dxa" w:w="2663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0B1F3A"/>
                <w:sz w:val="18"/>
              </w:rPr>
              <w:t>___ / ___ / ____   ____:____</w:t>
            </w:r>
          </w:p>
        </w:tc>
      </w:tr>
      <w:tr>
        <w:tc>
          <w:tcPr>
            <w:tcW w:type="dxa" w:w="2663"/>
            <w:shd w:val="clear" w:color="auto" w:fill="F2F6FA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/>
                <w:color w:val="0B1F3A"/>
                <w:sz w:val="18"/>
              </w:rPr>
              <w:t>Équipement</w:t>
            </w:r>
          </w:p>
        </w:tc>
        <w:tc>
          <w:tcPr>
            <w:tcW w:type="dxa" w:w="2663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0B1F3A"/>
                <w:sz w:val="18"/>
              </w:rPr>
              <w:t>_______________________________</w:t>
            </w:r>
          </w:p>
        </w:tc>
        <w:tc>
          <w:tcPr>
            <w:tcW w:type="dxa" w:w="2663"/>
            <w:shd w:val="clear" w:color="auto" w:fill="F2F6FA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/>
                <w:color w:val="0B1F3A"/>
                <w:sz w:val="18"/>
              </w:rPr>
              <w:t>Code / N° série</w:t>
            </w:r>
          </w:p>
        </w:tc>
        <w:tc>
          <w:tcPr>
            <w:tcW w:type="dxa" w:w="2663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0B1F3A"/>
                <w:sz w:val="18"/>
              </w:rPr>
              <w:t>_______________________________</w:t>
            </w:r>
          </w:p>
        </w:tc>
      </w:tr>
      <w:tr>
        <w:tc>
          <w:tcPr>
            <w:tcW w:type="dxa" w:w="2663"/>
            <w:shd w:val="clear" w:color="auto" w:fill="F2F6FA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/>
                <w:color w:val="0B1F3A"/>
                <w:sz w:val="18"/>
              </w:rPr>
              <w:t>Localisation</w:t>
            </w:r>
          </w:p>
        </w:tc>
        <w:tc>
          <w:tcPr>
            <w:tcW w:type="dxa" w:w="2663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0B1F3A"/>
                <w:sz w:val="18"/>
              </w:rPr>
              <w:t>_______________________________</w:t>
            </w:r>
          </w:p>
        </w:tc>
        <w:tc>
          <w:tcPr>
            <w:tcW w:type="dxa" w:w="2663"/>
            <w:shd w:val="clear" w:color="auto" w:fill="F2F6FA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/>
                <w:color w:val="0B1F3A"/>
                <w:sz w:val="18"/>
              </w:rPr>
              <w:t>Arrêt machine</w:t>
            </w:r>
          </w:p>
        </w:tc>
        <w:tc>
          <w:tcPr>
            <w:tcW w:type="dxa" w:w="2663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0B1F3A"/>
                <w:sz w:val="18"/>
              </w:rPr>
              <w:t>☐ Oui   ☐ Non</w:t>
            </w:r>
          </w:p>
        </w:tc>
      </w:tr>
    </w:tbl>
    <w:p/>
    <w:p>
      <w:pPr>
        <w:spacing w:after="80" w:before="40"/>
      </w:pPr>
      <w:r/>
      <w:r>
        <w:rPr>
          <w:rFonts w:ascii="Calibri" w:hAnsi="Calibri" w:eastAsia="Calibri"/>
          <w:b/>
          <w:color w:val="0B1F3A"/>
          <w:sz w:val="24"/>
        </w:rPr>
        <w:t>TYPE D’INTERVENTION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CellMar>
          <w:top w:w="90" w:type="dxa"/>
          <w:start w:w="180" w:type="dxa"/>
          <w:bottom w:w="90" w:type="dxa"/>
          <w:end w:w="180" w:type="dxa"/>
        </w:tblCellMar>
      </w:tblPr>
      <w:tblGrid>
        <w:gridCol w:w="10772"/>
      </w:tblGrid>
      <w:tr>
        <w:tc>
          <w:tcPr>
            <w:tcW w:type="dxa" w:w="10652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0B1F3A"/>
                <w:sz w:val="18"/>
              </w:rPr>
              <w:t>☐ Préventive   ☐ Corrective   ☐ Curative   ☐ Inspection   ☐ Mise en service   ☐ Autre : ____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  <w:tblCellMar>
          <w:top w:w="90" w:type="dxa"/>
          <w:start w:w="120" w:type="dxa"/>
          <w:bottom w:w="90" w:type="dxa"/>
          <w:end w:w="120" w:type="dxa"/>
        </w:tblCellMar>
      </w:tblPr>
      <w:tblGrid>
        <w:gridCol w:w="2835"/>
        <w:gridCol w:w="7937"/>
      </w:tblGrid>
      <w:tr>
        <w:tc>
          <w:tcPr>
            <w:tcW w:type="dxa" w:w="5326"/>
            <w:shd w:val="clear" w:color="auto" w:fill="F2F6FA"/>
            <w:vAlign w:val="top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r/>
            <w:r>
              <w:rPr>
                <w:rFonts w:ascii="Calibri" w:hAnsi="Calibri" w:eastAsia="Calibri"/>
                <w:b/>
                <w:color w:val="0B1F3A"/>
                <w:sz w:val="18"/>
              </w:rPr>
              <w:t>Demande / Symptômes</w:t>
            </w:r>
          </w:p>
        </w:tc>
        <w:tc>
          <w:tcPr>
            <w:tcW w:type="dxa" w:w="5326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br/>
            </w:r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____________________________________________________________</w:t>
              <w:br/>
            </w:r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____________________________________________________________</w:t>
              <w:br/>
            </w:r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____________________________________________________________</w:t>
              <w:br/>
            </w:r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____________________________________________________________</w:t>
              <w:br/>
            </w:r>
          </w:p>
        </w:tc>
      </w:tr>
      <w:tr>
        <w:tc>
          <w:tcPr>
            <w:tcW w:type="dxa" w:w="5326"/>
            <w:shd w:val="clear" w:color="auto" w:fill="F2F6FA"/>
            <w:vAlign w:val="top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r/>
            <w:r>
              <w:rPr>
                <w:rFonts w:ascii="Calibri" w:hAnsi="Calibri" w:eastAsia="Calibri"/>
                <w:b/>
                <w:color w:val="0B1F3A"/>
                <w:sz w:val="18"/>
              </w:rPr>
              <w:t>Diagnostic / Causes probables</w:t>
            </w:r>
          </w:p>
        </w:tc>
        <w:tc>
          <w:tcPr>
            <w:tcW w:type="dxa" w:w="5326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br/>
            </w:r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____________________________________________________________</w:t>
              <w:br/>
            </w:r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____________________________________________________________</w:t>
              <w:br/>
            </w:r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____________________________________________________________</w:t>
              <w:br/>
            </w:r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____________________________________________________________</w:t>
              <w:br/>
            </w:r>
          </w:p>
        </w:tc>
      </w:tr>
      <w:tr>
        <w:tc>
          <w:tcPr>
            <w:tcW w:type="dxa" w:w="5326"/>
            <w:shd w:val="clear" w:color="auto" w:fill="F2F6FA"/>
            <w:vAlign w:val="top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r/>
            <w:r>
              <w:rPr>
                <w:rFonts w:ascii="Calibri" w:hAnsi="Calibri" w:eastAsia="Calibri"/>
                <w:b/>
                <w:color w:val="0B1F3A"/>
                <w:sz w:val="18"/>
              </w:rPr>
              <w:t>Travaux réalisés / Commentaires</w:t>
            </w:r>
          </w:p>
        </w:tc>
        <w:tc>
          <w:tcPr>
            <w:tcW w:type="dxa" w:w="5326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br/>
            </w:r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____________________________________________________________</w:t>
              <w:br/>
            </w:r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____________________________________________________________</w:t>
              <w:br/>
            </w:r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____________________________________________________________</w:t>
              <w:br/>
            </w:r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____________________________________________________________</w:t>
              <w:br/>
            </w:r>
          </w:p>
        </w:tc>
      </w:tr>
    </w:tbl>
    <w:p>
      <w:r>
        <w:br w:type="page"/>
      </w:r>
    </w:p>
    <w:p>
      <w:pPr>
        <w:spacing w:after="80" w:before="40"/>
      </w:pPr>
      <w:r/>
      <w:r>
        <w:rPr>
          <w:rFonts w:ascii="Calibri" w:hAnsi="Calibri" w:eastAsia="Calibri"/>
          <w:b/>
          <w:color w:val="0B1F3A"/>
          <w:sz w:val="24"/>
        </w:rPr>
        <w:t>DÉTAIL DES ACTIONS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CellMar>
          <w:top w:w="80" w:type="dxa"/>
          <w:start w:w="90" w:type="dxa"/>
          <w:bottom w:w="80" w:type="dxa"/>
          <w:end w:w="90" w:type="dxa"/>
        </w:tblCellMar>
      </w:tblPr>
      <w:tblGrid>
        <w:gridCol w:w="680"/>
        <w:gridCol w:w="5102"/>
        <w:gridCol w:w="1474"/>
        <w:gridCol w:w="1474"/>
        <w:gridCol w:w="2041"/>
      </w:tblGrid>
      <w:tr>
        <w:tc>
          <w:tcPr>
            <w:tcW w:type="dxa" w:w="2130"/>
            <w:shd w:val="clear" w:color="auto" w:fill="0B1F3A"/>
            <w:vAlign w:val="center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FFFFFF"/>
                <w:sz w:val="18"/>
              </w:rPr>
              <w:t>#</w:t>
            </w:r>
          </w:p>
        </w:tc>
        <w:tc>
          <w:tcPr>
            <w:tcW w:type="dxa" w:w="2130"/>
            <w:shd w:val="clear" w:color="auto" w:fill="0B1F3A"/>
            <w:vAlign w:val="center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FFFFFF"/>
                <w:sz w:val="18"/>
              </w:rPr>
              <w:t>Action / Opération</w:t>
            </w:r>
          </w:p>
        </w:tc>
        <w:tc>
          <w:tcPr>
            <w:tcW w:type="dxa" w:w="2130"/>
            <w:shd w:val="clear" w:color="auto" w:fill="0B1F3A"/>
            <w:vAlign w:val="center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FFFFFF"/>
                <w:sz w:val="18"/>
              </w:rPr>
              <w:t>Début</w:t>
            </w:r>
          </w:p>
        </w:tc>
        <w:tc>
          <w:tcPr>
            <w:tcW w:type="dxa" w:w="2130"/>
            <w:shd w:val="clear" w:color="auto" w:fill="0B1F3A"/>
            <w:vAlign w:val="center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FFFFFF"/>
                <w:sz w:val="18"/>
              </w:rPr>
              <w:t>Fin</w:t>
            </w:r>
          </w:p>
        </w:tc>
        <w:tc>
          <w:tcPr>
            <w:tcW w:type="dxa" w:w="2130"/>
            <w:shd w:val="clear" w:color="auto" w:fill="0B1F3A"/>
            <w:vAlign w:val="center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FFFFFF"/>
                <w:sz w:val="18"/>
              </w:rPr>
              <w:t>Technicien</w:t>
            </w:r>
          </w:p>
        </w:tc>
      </w:tr>
      <w:tr>
        <w:tc>
          <w:tcPr>
            <w:tcW w:type="dxa" w:w="2130"/>
            <w:shd w:val="clear" w:color="auto" w:fill="F2F6FA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0B1F3A"/>
                <w:sz w:val="18"/>
              </w:rPr>
              <w:t>1</w:t>
            </w:r>
          </w:p>
        </w:tc>
        <w:tc>
          <w:tcPr>
            <w:tcW w:type="dxa" w:w="2130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</w:t>
            </w:r>
          </w:p>
        </w:tc>
        <w:tc>
          <w:tcPr>
            <w:tcW w:type="dxa" w:w="2130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</w:t>
            </w:r>
          </w:p>
        </w:tc>
        <w:tc>
          <w:tcPr>
            <w:tcW w:type="dxa" w:w="2130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</w:t>
            </w:r>
          </w:p>
        </w:tc>
        <w:tc>
          <w:tcPr>
            <w:tcW w:type="dxa" w:w="2130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</w:t>
            </w:r>
          </w:p>
        </w:tc>
      </w:tr>
      <w:tr>
        <w:tc>
          <w:tcPr>
            <w:tcW w:type="dxa" w:w="2130"/>
            <w:shd w:val="clear" w:color="auto" w:fill="F2F6FA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0B1F3A"/>
                <w:sz w:val="18"/>
              </w:rPr>
              <w:t>2</w:t>
            </w:r>
          </w:p>
        </w:tc>
        <w:tc>
          <w:tcPr>
            <w:tcW w:type="dxa" w:w="2130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</w:t>
            </w:r>
          </w:p>
        </w:tc>
        <w:tc>
          <w:tcPr>
            <w:tcW w:type="dxa" w:w="2130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</w:t>
            </w:r>
          </w:p>
        </w:tc>
        <w:tc>
          <w:tcPr>
            <w:tcW w:type="dxa" w:w="2130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</w:t>
            </w:r>
          </w:p>
        </w:tc>
        <w:tc>
          <w:tcPr>
            <w:tcW w:type="dxa" w:w="2130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</w:t>
            </w:r>
          </w:p>
        </w:tc>
      </w:tr>
      <w:tr>
        <w:tc>
          <w:tcPr>
            <w:tcW w:type="dxa" w:w="2130"/>
            <w:shd w:val="clear" w:color="auto" w:fill="F2F6FA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0B1F3A"/>
                <w:sz w:val="18"/>
              </w:rPr>
              <w:t>3</w:t>
            </w:r>
          </w:p>
        </w:tc>
        <w:tc>
          <w:tcPr>
            <w:tcW w:type="dxa" w:w="2130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</w:t>
            </w:r>
          </w:p>
        </w:tc>
        <w:tc>
          <w:tcPr>
            <w:tcW w:type="dxa" w:w="2130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</w:t>
            </w:r>
          </w:p>
        </w:tc>
        <w:tc>
          <w:tcPr>
            <w:tcW w:type="dxa" w:w="2130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</w:t>
            </w:r>
          </w:p>
        </w:tc>
        <w:tc>
          <w:tcPr>
            <w:tcW w:type="dxa" w:w="2130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</w:t>
            </w:r>
          </w:p>
        </w:tc>
      </w:tr>
      <w:tr>
        <w:tc>
          <w:tcPr>
            <w:tcW w:type="dxa" w:w="2130"/>
            <w:shd w:val="clear" w:color="auto" w:fill="F2F6FA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0B1F3A"/>
                <w:sz w:val="18"/>
              </w:rPr>
              <w:t>4</w:t>
            </w:r>
          </w:p>
        </w:tc>
        <w:tc>
          <w:tcPr>
            <w:tcW w:type="dxa" w:w="2130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</w:t>
            </w:r>
          </w:p>
        </w:tc>
        <w:tc>
          <w:tcPr>
            <w:tcW w:type="dxa" w:w="2130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</w:t>
            </w:r>
          </w:p>
        </w:tc>
        <w:tc>
          <w:tcPr>
            <w:tcW w:type="dxa" w:w="2130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</w:t>
            </w:r>
          </w:p>
        </w:tc>
        <w:tc>
          <w:tcPr>
            <w:tcW w:type="dxa" w:w="2130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</w:t>
            </w:r>
          </w:p>
        </w:tc>
      </w:tr>
      <w:tr>
        <w:tc>
          <w:tcPr>
            <w:tcW w:type="dxa" w:w="2130"/>
            <w:shd w:val="clear" w:color="auto" w:fill="F2F6FA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0B1F3A"/>
                <w:sz w:val="18"/>
              </w:rPr>
              <w:t>5</w:t>
            </w:r>
          </w:p>
        </w:tc>
        <w:tc>
          <w:tcPr>
            <w:tcW w:type="dxa" w:w="2130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</w:t>
            </w:r>
          </w:p>
        </w:tc>
        <w:tc>
          <w:tcPr>
            <w:tcW w:type="dxa" w:w="2130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</w:t>
            </w:r>
          </w:p>
        </w:tc>
        <w:tc>
          <w:tcPr>
            <w:tcW w:type="dxa" w:w="2130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</w:t>
            </w:r>
          </w:p>
        </w:tc>
        <w:tc>
          <w:tcPr>
            <w:tcW w:type="dxa" w:w="2130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</w:t>
            </w:r>
          </w:p>
        </w:tc>
      </w:tr>
      <w:tr>
        <w:tc>
          <w:tcPr>
            <w:tcW w:type="dxa" w:w="2130"/>
            <w:shd w:val="clear" w:color="auto" w:fill="F2F6FA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0B1F3A"/>
                <w:sz w:val="18"/>
              </w:rPr>
              <w:t>6</w:t>
            </w:r>
          </w:p>
        </w:tc>
        <w:tc>
          <w:tcPr>
            <w:tcW w:type="dxa" w:w="2130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</w:t>
            </w:r>
          </w:p>
        </w:tc>
        <w:tc>
          <w:tcPr>
            <w:tcW w:type="dxa" w:w="2130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</w:t>
            </w:r>
          </w:p>
        </w:tc>
        <w:tc>
          <w:tcPr>
            <w:tcW w:type="dxa" w:w="2130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</w:t>
            </w:r>
          </w:p>
        </w:tc>
        <w:tc>
          <w:tcPr>
            <w:tcW w:type="dxa" w:w="2130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  <w:tblCellMar>
          <w:top w:w="90" w:type="dxa"/>
          <w:start w:w="120" w:type="dxa"/>
          <w:bottom w:w="90" w:type="dxa"/>
          <w:end w:w="120" w:type="dxa"/>
        </w:tblCellMar>
      </w:tblPr>
      <w:tblGrid>
        <w:gridCol w:w="2268"/>
        <w:gridCol w:w="3628"/>
        <w:gridCol w:w="1814"/>
        <w:gridCol w:w="3402"/>
      </w:tblGrid>
      <w:tr>
        <w:tc>
          <w:tcPr>
            <w:tcW w:type="dxa" w:w="5326"/>
            <w:gridSpan w:val="2"/>
            <w:shd w:val="clear" w:color="auto" w:fill="254E70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FFFFFF"/>
                <w:sz w:val="18"/>
              </w:rPr>
              <w:t>PIÈCES / CONSOMMABLES UTILISÉS</w:t>
            </w:r>
          </w:p>
        </w:tc>
        <w:tc>
          <w:tcPr>
            <w:tcW w:type="dxa" w:w="5326"/>
            <w:gridSpan w:val="2"/>
            <w:shd w:val="clear" w:color="auto" w:fill="254E70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FFFFFF"/>
                <w:sz w:val="18"/>
              </w:rPr>
              <w:t>SÉCURITÉ &amp; AUTORISATIONS</w:t>
            </w:r>
          </w:p>
        </w:tc>
      </w:tr>
      <w:tr>
        <w:tc>
          <w:tcPr>
            <w:tcW w:type="dxa" w:w="5326"/>
            <w:gridSpan w:val="2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/>
                <w:color w:val="0B1F3A"/>
                <w:sz w:val="18"/>
              </w:rPr>
              <w:t>Référence | Désignation | Qté</w:t>
              <w:br/>
            </w:r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____________________________</w:t>
              <w:br/>
              <w:t>____________________________</w:t>
              <w:br/>
              <w:t>____________________________</w:t>
            </w:r>
          </w:p>
        </w:tc>
        <w:tc>
          <w:tcPr>
            <w:tcW w:type="dxa" w:w="5326"/>
            <w:gridSpan w:val="2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0B1F3A"/>
                <w:sz w:val="18"/>
              </w:rPr>
              <w:t>☐ Consignation (LOTO)   ☐ Permis de travail   ☐ EPI vérifiés   ☐ Zone sécurisée</w:t>
            </w:r>
          </w:p>
          <w:p>
            <w:r>
              <w:rPr>
                <w:rFonts w:ascii="Calibri" w:hAnsi="Calibri" w:eastAsia="Calibri"/>
                <w:b w:val="0"/>
                <w:color w:val="0B1F3A"/>
                <w:sz w:val="18"/>
              </w:rPr>
              <w:t>Observations : ________________________________</w:t>
            </w:r>
          </w:p>
        </w:tc>
      </w:tr>
      <w:tr>
        <w:tc>
          <w:tcPr>
            <w:tcW w:type="dxa" w:w="2663"/>
            <w:shd w:val="clear" w:color="auto" w:fill="F2F6FA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/>
                <w:color w:val="0B1F3A"/>
                <w:sz w:val="18"/>
              </w:rPr>
              <w:t>Remise en service</w:t>
            </w:r>
          </w:p>
        </w:tc>
        <w:tc>
          <w:tcPr>
            <w:tcW w:type="dxa" w:w="2663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0B1F3A"/>
                <w:sz w:val="18"/>
              </w:rPr>
              <w:t>☐ Oui   ☐ Non   ☐ Sous réserve</w:t>
            </w:r>
          </w:p>
        </w:tc>
        <w:tc>
          <w:tcPr>
            <w:tcW w:type="dxa" w:w="2663"/>
            <w:shd w:val="clear" w:color="auto" w:fill="F2F6FA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/>
                <w:color w:val="0B1F3A"/>
                <w:sz w:val="18"/>
              </w:rPr>
              <w:t>Recommandations</w:t>
            </w:r>
          </w:p>
        </w:tc>
        <w:tc>
          <w:tcPr>
            <w:tcW w:type="dxa" w:w="2663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0B1F3A"/>
                <w:sz w:val="18"/>
              </w:rPr>
              <w:t>_______________________________</w:t>
            </w:r>
          </w:p>
        </w:tc>
      </w:tr>
      <w:tr>
        <w:tc>
          <w:tcPr>
            <w:tcW w:type="dxa" w:w="5326"/>
            <w:gridSpan w:val="2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r>
              <w:rPr>
                <w:rFonts w:ascii="Calibri" w:hAnsi="Calibri" w:eastAsia="Calibri"/>
                <w:b w:val="0"/>
                <w:color w:val="0B1F3A"/>
                <w:sz w:val="18"/>
              </w:rPr>
              <w:t>Signature technicien : ______________________    Nom : ______________________</w:t>
            </w:r>
          </w:p>
        </w:tc>
        <w:tc>
          <w:tcPr>
            <w:tcW w:type="dxa" w:w="5326"/>
            <w:gridSpan w:val="2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r>
              <w:rPr>
                <w:rFonts w:ascii="Calibri" w:hAnsi="Calibri" w:eastAsia="Calibri"/>
                <w:b w:val="0"/>
                <w:color w:val="0B1F3A"/>
                <w:sz w:val="18"/>
              </w:rPr>
              <w:t>Validation responsable : ____________________    Date : ___ / ___ / ____</w:t>
            </w:r>
          </w:p>
        </w:tc>
      </w:tr>
    </w:tbl>
    <w:p/>
    <w:p>
      <w:pPr>
        <w:spacing w:before="40" w:after="0"/>
      </w:pPr>
      <w:r>
        <w:rPr>
          <w:color w:val="787878"/>
          <w:sz w:val="16"/>
        </w:rPr>
        <w:t>Téléchargement : fiche d’intervention Excel gratuite (version éditable) sur lecoursgratuit.com.</w:t>
      </w:r>
    </w:p>
    <w:sectPr w:rsidR="00FC693F" w:rsidRPr="0006063C" w:rsidSect="00034616">
      <w:footerReference w:type="default" r:id="rId9"/>
      <w:pgSz w:w="12240" w:h="15840"/>
      <w:pgMar w:top="794" w:right="794" w:bottom="794" w:left="79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Calibri" w:hAnsi="Calibri" w:eastAsia="Calibri"/>
        <w:b w:val="0"/>
        <w:color w:val="666666"/>
        <w:sz w:val="16"/>
      </w:rPr>
      <w:t>lecoursgratuit.com • Modèles gratuits &amp; premium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