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6"/>
        </w:rPr>
        <w:t>Adverbes – Fiche d’exercices gamifiée (CE2)</w:t>
      </w:r>
    </w:p>
    <w:p>
      <w:pPr>
        <w:jc w:val="center"/>
      </w:pPr>
      <w:r>
        <w:rPr>
          <w:i/>
          <w:sz w:val="22"/>
        </w:rPr>
        <w:t>Objectif : repérer et utiliser les adverbes en s’amusant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6F2FF"/>
          </w:tcPr>
          <w:p>
            <w:r>
              <w:rPr>
                <w:b/>
                <w:sz w:val="24"/>
              </w:rPr>
              <w:t>Jeu 1 – Chasse aux adverbes</w:t>
              <w:br/>
            </w:r>
            <w:r>
              <w:rPr>
                <w:sz w:val="22"/>
              </w:rPr>
              <w:t>Consigne : Dans chaque phrase, entoure les adverbes en couleur.</w:t>
              <w:br/>
              <w:br/>
              <w:t>1. Ce matin, Lila se lève très tôt.</w:t>
              <w:br/>
              <w:t>2. Tom court vite pour attraper le bus.</w:t>
              <w:br/>
              <w:t>3. Il parle trop fort dans la cour.</w:t>
              <w:br/>
              <w:t>4. Nous irons bientôt au parc.</w:t>
              <w:br/>
              <w:t>5. Mon chat dort souvent sur le canapé.</w:t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FF2CC"/>
          </w:tcPr>
          <w:p>
            <w:r>
              <w:rPr>
                <w:b/>
                <w:sz w:val="24"/>
              </w:rPr>
              <w:t>Jeu 2 – Relie le bon adverbe</w:t>
              <w:br/>
            </w:r>
            <w:r>
              <w:rPr>
                <w:sz w:val="22"/>
              </w:rPr>
              <w:t>Consigne : Relie chaque phrase à l’adverbe qui lui correspond le mieux.</w:t>
              <w:br/>
              <w:br/>
              <w:t>Phrases :</w:t>
              <w:br/>
              <w:t>A. Je range ma chambre.        B. Nous visitons nos cousins.        C. Il lit des histoires.</w:t>
              <w:br/>
              <w:t>D. Tu arrives en retard.       E. Elle chante sous la douche.</w:t>
              <w:br/>
              <w:br/>
              <w:t>Adverbes :</w:t>
              <w:br/>
              <w:t>1. rarement     2. souvent     3. toujours     4. parfois     5. jamais</w:t>
              <w:br/>
              <w:br/>
              <w:t>Tu peux tracer les traits sur la feuille imprimée.</w:t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2F0D9"/>
          </w:tcPr>
          <w:p>
            <w:r>
              <w:rPr>
                <w:b/>
                <w:sz w:val="24"/>
              </w:rPr>
              <w:t>Jeu 3 – Devine l’adverbe (phrases à compléter)</w:t>
              <w:br/>
            </w:r>
            <w:r>
              <w:rPr>
                <w:sz w:val="22"/>
              </w:rPr>
              <w:t>Consigne : Choisis un adverbe dans la boîte et complète les phrases.</w:t>
              <w:br/>
              <w:t>Boîte à adverbes : toujours – parfois – rarement – vite – bien – hier</w:t>
              <w:br/>
              <w:br/>
              <w:t>1. Mamie cuisine ________ de délicieux gâteaux.</w:t>
              <w:br/>
              <w:t>2. Je fais ________ mes devoirs après l’école.</w:t>
              <w:br/>
              <w:t>3. Le lapin court très ________ dans le jardin.</w:t>
              <w:br/>
              <w:t>4. Nous allons ________ au cinéma le dimanche.</w:t>
              <w:br/>
              <w:t>5. ________, nous avons joué au foot dans la cour.</w:t>
              <w:br/>
              <w:t>6. Mon petit frère est ________ en avance à l’école.</w:t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DE9D9"/>
          </w:tcPr>
          <w:p>
            <w:r>
              <w:rPr>
                <w:b/>
                <w:sz w:val="24"/>
              </w:rPr>
              <w:t>Jeu 4 – Code secret des adverbes</w:t>
              <w:br/>
            </w:r>
            <w:r>
              <w:rPr>
                <w:sz w:val="22"/>
              </w:rPr>
              <w:t>Consigne : Colorie les cases contenant un adverbe. Un mot secret apparaît en lisant les lettres colorées.</w:t>
              <w:br/>
              <w:t>(L’enseignant ou le parent peut recopier ces mots dans un tableau à cases.)</w:t>
              <w:br/>
              <w:br/>
              <w:t>Mots à trier :</w:t>
              <w:br/>
              <w:t>hier – table – souvent – courir – jamais – cahier – parfois – lumière – rarement – chien – bien – vite</w:t>
              <w:br/>
              <w:br/>
              <w:t>Les adverbes forment le code secret : ______ ______ ______ ______ ______ ______</w:t>
              <w:br/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D9E1F2"/>
          </w:tcPr>
          <w:p>
            <w:r>
              <w:rPr>
                <w:b/>
                <w:sz w:val="20"/>
              </w:rPr>
              <w:t>Corrigés (à plier ou découper avant de donner la fiche)</w:t>
            </w:r>
            <w:r>
              <w:br/>
              <w:t>Jeu 1 :</w:t>
              <w:br/>
              <w:t>1. très, tôt  |  2. vite  |  3. trop, fort  |  4. bientôt  |  5. souvent</w:t>
              <w:br/>
              <w:t>Jeu 2 : (exemples possibles)</w:t>
              <w:br/>
              <w:t>A–1 (rarement)   B–4 (parfois)   C–2 (souvent)   D–5 (jamais)   E–3 (toujours)</w:t>
              <w:br/>
              <w:t>Jeu 3 : réponses possibles</w:t>
              <w:br/>
              <w:t>1. toujours / souvent / parfois  2. parfois / souvent  3. vite  4. parfois / rarement  5. hier  6. toujours / souvent</w:t>
              <w:br/>
              <w:t>Jeu 4 : adverbes = hier, souvent, jamais, parfois, rarement, bien, vite.</w:t>
              <w:br/>
            </w:r>
          </w:p>
        </w:tc>
      </w:tr>
    </w:tbl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