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5669"/>
        <w:gridCol w:w="2835"/>
      </w:tblGrid>
      <w:tr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60000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adybug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D72638"/>
                <w:sz w:val="32"/>
              </w:rPr>
              <w:t>Maths CP – Les Coccinelles</w:t>
            </w:r>
          </w:p>
          <w:p>
            <w:pPr>
              <w:jc w:val="center"/>
            </w:pPr>
            <w:r>
              <w:rPr>
                <w:color w:val="555555"/>
                <w:sz w:val="20"/>
              </w:rPr>
              <w:t>Période 1 (sept. → oct.) • Fiches d’exercices (Cycle 2)</w:t>
            </w:r>
            <w:r>
              <w:rPr>
                <w:rFonts w:ascii="Calibri" w:hAnsi="Calibri"/>
                <w:b w:val="0"/>
                <w:color w:val="555555"/>
                <w:sz w:val="20"/>
              </w:rPr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left"/>
            </w:pPr>
            <w:r>
              <w:rPr>
                <w:rFonts w:ascii="Calibri" w:hAnsi="Calibri"/>
                <w:b w:val="0"/>
                <w:color w:val="333333"/>
                <w:sz w:val="20"/>
              </w:rPr>
              <w:t>Nom : __________________</w:t>
              <w:br/>
              <w:t>Date : ____ / ____ / ______</w:t>
            </w:r>
          </w:p>
        </w:tc>
      </w:tr>
    </w:tbl>
    <w:p/>
    <w:p>
      <w:r>
        <w:rPr>
          <w:b/>
          <w:color w:val="D72638"/>
        </w:rPr>
        <w:t>Objectifs de la séquence</w:t>
      </w:r>
    </w:p>
    <w:p>
      <w:pPr>
        <w:spacing w:after="0"/>
      </w:pPr>
      <w:r>
        <w:t>🐞 Compter, lire et écrire les nombres de 0 à 10.</w:t>
      </w:r>
    </w:p>
    <w:p>
      <w:pPr>
        <w:spacing w:after="0"/>
      </w:pPr>
      <w:r>
        <w:t>🐞 Comparer des quantités et des nombres (&gt;, &lt;, =).</w:t>
      </w:r>
    </w:p>
    <w:p>
      <w:pPr>
        <w:spacing w:after="0"/>
      </w:pPr>
      <w:r>
        <w:t>🐞 Décomposer un nombre et automatiser quelques compléments (jusqu’à 10).</w:t>
      </w:r>
    </w:p>
    <w:p>
      <w:pPr>
        <w:spacing w:after="0"/>
      </w:pPr>
      <w:r>
        <w:t>🐞 Résoudre de petits problèmes en contexte.</w:t>
      </w:r>
    </w:p>
    <w:p>
      <w:pPr>
        <w:spacing w:after="0"/>
      </w:pPr>
      <w:r>
        <w:t>🐞 Reconnaître des formes simples et repérer des motifs.</w:t>
      </w:r>
    </w:p>
    <w:p>
      <w:r>
        <w:t>Conseil : imprimer en recto, laisser l’élève écrire au crayon, puis corriger ensemble.</w:t>
      </w:r>
    </w:p>
    <w:p/>
    <w:p>
      <w:pPr>
        <w:pStyle w:val="Heading2"/>
      </w:pPr>
      <w:r>
        <w:rPr>
          <w:b/>
          <w:color w:val="D72638"/>
          <w:sz w:val="28"/>
        </w:rPr>
        <w:t>Fiche 1 – Je compte jusqu’à 10</w:t>
      </w:r>
    </w:p>
    <w:p>
      <w:r>
        <w:rPr>
          <w:color w:val="555555"/>
          <w:sz w:val="20"/>
        </w:rPr>
        <w:t>Nombres et calculs • Compter, dénombrer, représenter.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535"/>
        <w:gridCol w:w="4535"/>
      </w:tblGrid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compte</w:t>
            </w:r>
          </w:p>
          <w:p>
            <w:pPr>
              <w:spacing w:after="0"/>
            </w:pPr>
            <w:r>
              <w:rPr>
                <w:sz w:val="21"/>
              </w:rPr>
              <w:t>Dessine 6 coccinelles.</w:t>
              <w:br/>
              <w:t>Puis écris : 6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Suite</w:t>
            </w:r>
          </w:p>
          <w:p>
            <w:pPr>
              <w:spacing w:after="0"/>
            </w:pPr>
            <w:r>
              <w:rPr>
                <w:sz w:val="21"/>
              </w:rPr>
              <w:t>Complète : 0 – 1 – 2 – __ – 4 – __ – 6 – __ – 8 – __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J’associe</w:t>
            </w:r>
          </w:p>
          <w:p>
            <w:pPr>
              <w:spacing w:after="0"/>
            </w:pPr>
            <w:r>
              <w:rPr>
                <w:sz w:val="21"/>
              </w:rPr>
              <w:t>Relie : 3 ↔ ●●●   5 ↔ ●●●●●   8 ↔ ●●●●●●●●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colorie</w:t>
            </w:r>
          </w:p>
          <w:p>
            <w:pPr>
              <w:spacing w:after="0"/>
            </w:pPr>
            <w:r>
              <w:rPr>
                <w:sz w:val="21"/>
              </w:rPr>
              <w:t>Colorie autant de points que le nombre.</w:t>
              <w:br/>
              <w:t>7 : ● ● ● ● ● ● ● □ □ □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compare des collections</w:t>
            </w:r>
          </w:p>
          <w:p>
            <w:pPr>
              <w:spacing w:after="0"/>
            </w:pPr>
            <w:r>
              <w:rPr>
                <w:sz w:val="21"/>
              </w:rPr>
              <w:t>Entoure la collection la plus grande.</w:t>
              <w:br/>
              <w:t>A : ●●●●   B : ●●●●●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range</w:t>
            </w:r>
          </w:p>
          <w:p>
            <w:pPr>
              <w:spacing w:after="0"/>
            </w:pPr>
            <w:r>
              <w:rPr>
                <w:sz w:val="21"/>
              </w:rPr>
              <w:t>Écris du plus petit au plus grand : 2 – 9 – 4 – 1 → __ __ __ 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5669"/>
        <w:gridCol w:w="2835"/>
      </w:tblGrid>
      <w:tr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60000" cy="3600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adybug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D72638"/>
                <w:sz w:val="32"/>
              </w:rPr>
              <w:t>Maths CP – Les Coccinelles</w:t>
            </w:r>
          </w:p>
          <w:p>
            <w:pPr>
              <w:jc w:val="center"/>
            </w:pPr>
            <w:r>
              <w:rPr>
                <w:color w:val="555555"/>
                <w:sz w:val="20"/>
              </w:rPr>
              <w:t>Période 1 • Fiche 2</w:t>
            </w:r>
            <w:r>
              <w:rPr>
                <w:rFonts w:ascii="Calibri" w:hAnsi="Calibri"/>
                <w:b w:val="0"/>
                <w:color w:val="555555"/>
                <w:sz w:val="20"/>
              </w:rPr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left"/>
            </w:pPr>
            <w:r>
              <w:rPr>
                <w:rFonts w:ascii="Calibri" w:hAnsi="Calibri"/>
                <w:b w:val="0"/>
                <w:color w:val="333333"/>
                <w:sz w:val="20"/>
              </w:rPr>
              <w:t>Nom : __________________</w:t>
              <w:br/>
              <w:t>Date : ____ / ____ / ______</w:t>
            </w:r>
          </w:p>
        </w:tc>
      </w:tr>
    </w:tbl>
    <w:p/>
    <w:p>
      <w:pPr>
        <w:pStyle w:val="Heading2"/>
      </w:pPr>
      <w:r>
        <w:rPr>
          <w:b/>
          <w:color w:val="D72638"/>
          <w:sz w:val="28"/>
        </w:rPr>
        <w:t>Fiche 2 – J’écris les nombres (0 à 10)</w:t>
      </w:r>
    </w:p>
    <w:p>
      <w:r>
        <w:rPr>
          <w:color w:val="555555"/>
          <w:sz w:val="20"/>
        </w:rPr>
        <w:t>Nombres et calculs • Lire/écrire, associer chiffre et quantité.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535"/>
        <w:gridCol w:w="4535"/>
      </w:tblGrid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Écris le nombre</w:t>
            </w:r>
          </w:p>
          <w:p>
            <w:pPr>
              <w:spacing w:after="0"/>
            </w:pPr>
            <w:r>
              <w:rPr>
                <w:sz w:val="21"/>
              </w:rPr>
              <w:t>●●●●● → ____</w:t>
              <w:br/>
              <w:t>●● → ____</w:t>
              <w:br/>
              <w:t>●●●●●●●●● → ____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Écris la quantité</w:t>
            </w:r>
          </w:p>
          <w:p>
            <w:pPr>
              <w:spacing w:after="0"/>
            </w:pPr>
            <w:r>
              <w:rPr>
                <w:sz w:val="21"/>
              </w:rPr>
              <w:t>4 : ● ● ● ● □ □ □ □ □ □</w:t>
              <w:br/>
              <w:t>9 : ● ● ● ● ● ● ● ● ● □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Complète</w:t>
            </w:r>
          </w:p>
          <w:p>
            <w:pPr>
              <w:spacing w:after="0"/>
            </w:pPr>
            <w:r>
              <w:rPr>
                <w:sz w:val="21"/>
              </w:rPr>
              <w:t>__ = 5</w:t>
              <w:br/>
              <w:t>__ = 0</w:t>
              <w:br/>
              <w:t>__ = 10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choisis</w:t>
            </w:r>
          </w:p>
          <w:p>
            <w:pPr>
              <w:spacing w:after="0"/>
            </w:pPr>
            <w:r>
              <w:rPr>
                <w:sz w:val="21"/>
              </w:rPr>
              <w:t>Entoure le bon nombre :</w:t>
              <w:br/>
              <w:t>●●●●●●  5  6  7</w:t>
              <w:br/>
              <w:t>●●●      2  3  4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trace</w:t>
            </w:r>
          </w:p>
          <w:p>
            <w:pPr>
              <w:spacing w:after="0"/>
            </w:pPr>
            <w:r>
              <w:rPr>
                <w:sz w:val="21"/>
              </w:rPr>
              <w:t>Réécris proprement : 1  4  7  9</w:t>
              <w:br/>
              <w:t>(une ligne par nombre)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vérifie</w:t>
            </w:r>
          </w:p>
          <w:p>
            <w:pPr>
              <w:spacing w:after="0"/>
            </w:pPr>
            <w:r>
              <w:rPr>
                <w:sz w:val="21"/>
              </w:rPr>
              <w:t>Coche si c’est juste :</w:t>
              <w:br/>
              <w:t>□ 8 = ●●●●●●●●</w:t>
              <w:br/>
              <w:t>□ 3 = ●●●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5669"/>
        <w:gridCol w:w="2835"/>
      </w:tblGrid>
      <w:tr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60000" cy="36000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adybug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D72638"/>
                <w:sz w:val="32"/>
              </w:rPr>
              <w:t>Maths CP – Les Coccinelles</w:t>
            </w:r>
          </w:p>
          <w:p>
            <w:pPr>
              <w:jc w:val="center"/>
            </w:pPr>
            <w:r>
              <w:rPr>
                <w:color w:val="555555"/>
                <w:sz w:val="20"/>
              </w:rPr>
              <w:t>Période 1 • Fiche 3</w:t>
            </w:r>
            <w:r>
              <w:rPr>
                <w:rFonts w:ascii="Calibri" w:hAnsi="Calibri"/>
                <w:b w:val="0"/>
                <w:color w:val="555555"/>
                <w:sz w:val="20"/>
              </w:rPr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left"/>
            </w:pPr>
            <w:r>
              <w:rPr>
                <w:rFonts w:ascii="Calibri" w:hAnsi="Calibri"/>
                <w:b w:val="0"/>
                <w:color w:val="333333"/>
                <w:sz w:val="20"/>
              </w:rPr>
              <w:t>Nom : __________________</w:t>
              <w:br/>
              <w:t>Date : ____ / ____ / ______</w:t>
            </w:r>
          </w:p>
        </w:tc>
      </w:tr>
    </w:tbl>
    <w:p/>
    <w:p>
      <w:pPr>
        <w:pStyle w:val="Heading2"/>
      </w:pPr>
      <w:r>
        <w:rPr>
          <w:b/>
          <w:color w:val="D72638"/>
          <w:sz w:val="28"/>
        </w:rPr>
        <w:t>Fiche 3 – Je compare (&gt;, &lt;, =)</w:t>
      </w:r>
    </w:p>
    <w:p>
      <w:r>
        <w:rPr>
          <w:color w:val="555555"/>
          <w:sz w:val="20"/>
        </w:rPr>
        <w:t>Nombres et calculs • Comparer, ordonner.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535"/>
        <w:gridCol w:w="4535"/>
      </w:tblGrid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Écris le signe</w:t>
            </w:r>
          </w:p>
          <w:p>
            <w:pPr>
              <w:spacing w:after="0"/>
            </w:pPr>
            <w:r>
              <w:rPr>
                <w:sz w:val="21"/>
              </w:rPr>
              <w:t>3 __ 7</w:t>
              <w:br/>
              <w:t>9 __ 4</w:t>
              <w:br/>
              <w:t>6 __ 6</w:t>
              <w:br/>
              <w:t>1 __ 0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Choisis</w:t>
            </w:r>
          </w:p>
          <w:p>
            <w:pPr>
              <w:spacing w:after="0"/>
            </w:pPr>
            <w:r>
              <w:rPr>
                <w:sz w:val="21"/>
              </w:rPr>
              <w:t>Entoure :</w:t>
              <w:br/>
              <w:t>Le plus grand : 5 ou 8</w:t>
              <w:br/>
              <w:t>Le plus petit : 2 ou 9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range</w:t>
            </w:r>
          </w:p>
          <w:p>
            <w:pPr>
              <w:spacing w:after="0"/>
            </w:pPr>
            <w:r>
              <w:rPr>
                <w:sz w:val="21"/>
              </w:rPr>
              <w:t>Du plus petit au plus grand : 7 – 1 – 5 → __ __ 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complète</w:t>
            </w:r>
          </w:p>
          <w:p>
            <w:pPr>
              <w:spacing w:after="0"/>
            </w:pPr>
            <w:r>
              <w:rPr>
                <w:sz w:val="21"/>
              </w:rPr>
              <w:t>__ &lt; 4 (écris un nombre)</w:t>
              <w:br/>
              <w:t>__ &gt; 6 (écris un nombre)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Vrai ou faux</w:t>
            </w:r>
          </w:p>
          <w:p>
            <w:pPr>
              <w:spacing w:after="0"/>
            </w:pPr>
            <w:r>
              <w:rPr>
                <w:sz w:val="21"/>
              </w:rPr>
              <w:t>□ 10 &gt; 9</w:t>
              <w:br/>
              <w:t>□ 2 &gt; 5</w:t>
              <w:br/>
              <w:t>□ 0 &lt; 1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compare des séries</w:t>
            </w:r>
          </w:p>
          <w:p>
            <w:pPr>
              <w:spacing w:after="0"/>
            </w:pPr>
            <w:r>
              <w:rPr>
                <w:sz w:val="21"/>
              </w:rPr>
              <w:t>Entoure le plus grand : 4 – 6 – 3</w:t>
              <w:br/>
              <w:t>Entoure le plus petit : 8 – 1 – 7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5669"/>
        <w:gridCol w:w="2835"/>
      </w:tblGrid>
      <w:tr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60000" cy="360000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adybug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D72638"/>
                <w:sz w:val="32"/>
              </w:rPr>
              <w:t>Maths CP – Les Coccinelles</w:t>
            </w:r>
          </w:p>
          <w:p>
            <w:pPr>
              <w:jc w:val="center"/>
            </w:pPr>
            <w:r>
              <w:rPr>
                <w:color w:val="555555"/>
                <w:sz w:val="20"/>
              </w:rPr>
              <w:t>Période 1 • Fiche 4</w:t>
            </w:r>
            <w:r>
              <w:rPr>
                <w:rFonts w:ascii="Calibri" w:hAnsi="Calibri"/>
                <w:b w:val="0"/>
                <w:color w:val="555555"/>
                <w:sz w:val="20"/>
              </w:rPr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left"/>
            </w:pPr>
            <w:r>
              <w:rPr>
                <w:rFonts w:ascii="Calibri" w:hAnsi="Calibri"/>
                <w:b w:val="0"/>
                <w:color w:val="333333"/>
                <w:sz w:val="20"/>
              </w:rPr>
              <w:t>Nom : __________________</w:t>
              <w:br/>
              <w:t>Date : ____ / ____ / ______</w:t>
            </w:r>
          </w:p>
        </w:tc>
      </w:tr>
    </w:tbl>
    <w:p/>
    <w:p>
      <w:pPr>
        <w:pStyle w:val="Heading2"/>
      </w:pPr>
      <w:r>
        <w:rPr>
          <w:b/>
          <w:color w:val="D72638"/>
          <w:sz w:val="28"/>
        </w:rPr>
        <w:t>Fiche 4 – Je décompose un nombre</w:t>
      </w:r>
    </w:p>
    <w:p>
      <w:r>
        <w:rPr>
          <w:color w:val="555555"/>
          <w:sz w:val="20"/>
        </w:rPr>
        <w:t>Nombres et calculs • Décomposer (additions).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535"/>
        <w:gridCol w:w="4535"/>
      </w:tblGrid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Complète</w:t>
            </w:r>
          </w:p>
          <w:p>
            <w:pPr>
              <w:spacing w:after="0"/>
            </w:pPr>
            <w:r>
              <w:rPr>
                <w:sz w:val="21"/>
              </w:rPr>
              <w:t>7 = __ + __</w:t>
              <w:br/>
              <w:t>5 = __ + __</w:t>
              <w:br/>
              <w:t>9 = __ + 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Décompose autrement</w:t>
            </w:r>
          </w:p>
          <w:p>
            <w:pPr>
              <w:spacing w:after="0"/>
            </w:pPr>
            <w:r>
              <w:rPr>
                <w:sz w:val="21"/>
              </w:rPr>
              <w:t>6 = 5 + __</w:t>
              <w:br/>
              <w:t>8 = 4 + __</w:t>
              <w:br/>
              <w:t>10 = 7 + __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fais 10</w:t>
            </w:r>
          </w:p>
          <w:p>
            <w:pPr>
              <w:spacing w:after="0"/>
            </w:pPr>
            <w:r>
              <w:rPr>
                <w:sz w:val="21"/>
              </w:rPr>
              <w:t>Complète :</w:t>
              <w:br/>
              <w:t>__ + 3 = 10</w:t>
              <w:br/>
              <w:t>__ + 6 = 10</w:t>
              <w:br/>
              <w:t>__ + 1 = 10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représente</w:t>
            </w:r>
          </w:p>
          <w:p>
            <w:pPr>
              <w:spacing w:after="0"/>
            </w:pPr>
            <w:r>
              <w:rPr>
                <w:sz w:val="21"/>
              </w:rPr>
              <w:t>Dessine 8 points.</w:t>
              <w:br/>
              <w:t>Sépare en 2 groupes : __ et __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complète</w:t>
            </w:r>
          </w:p>
          <w:p>
            <w:pPr>
              <w:spacing w:after="0"/>
            </w:pPr>
            <w:r>
              <w:rPr>
                <w:sz w:val="21"/>
              </w:rPr>
              <w:t>4 + __ = 7</w:t>
              <w:br/>
              <w:t>2 + __ = 9</w:t>
              <w:br/>
              <w:t>__ + 5 = 9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calcule</w:t>
            </w:r>
          </w:p>
          <w:p>
            <w:pPr>
              <w:spacing w:after="0"/>
            </w:pPr>
            <w:r>
              <w:rPr>
                <w:sz w:val="21"/>
              </w:rPr>
              <w:t>3 + 2 = __</w:t>
              <w:br/>
              <w:t>4 + 4 = __</w:t>
              <w:br/>
              <w:t>5 + 1 = 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5669"/>
        <w:gridCol w:w="2835"/>
      </w:tblGrid>
      <w:tr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60000" cy="360000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adybug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D72638"/>
                <w:sz w:val="32"/>
              </w:rPr>
              <w:t>Maths CP – Les Coccinelles</w:t>
            </w:r>
          </w:p>
          <w:p>
            <w:pPr>
              <w:jc w:val="center"/>
            </w:pPr>
            <w:r>
              <w:rPr>
                <w:color w:val="555555"/>
                <w:sz w:val="20"/>
              </w:rPr>
              <w:t>Période 1 • Fiche 5</w:t>
            </w:r>
            <w:r>
              <w:rPr>
                <w:rFonts w:ascii="Calibri" w:hAnsi="Calibri"/>
                <w:b w:val="0"/>
                <w:color w:val="555555"/>
                <w:sz w:val="20"/>
              </w:rPr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left"/>
            </w:pPr>
            <w:r>
              <w:rPr>
                <w:rFonts w:ascii="Calibri" w:hAnsi="Calibri"/>
                <w:b w:val="0"/>
                <w:color w:val="333333"/>
                <w:sz w:val="20"/>
              </w:rPr>
              <w:t>Nom : __________________</w:t>
              <w:br/>
              <w:t>Date : ____ / ____ / ______</w:t>
            </w:r>
          </w:p>
        </w:tc>
      </w:tr>
    </w:tbl>
    <w:p/>
    <w:p>
      <w:pPr>
        <w:pStyle w:val="Heading2"/>
      </w:pPr>
      <w:r>
        <w:rPr>
          <w:b/>
          <w:color w:val="D72638"/>
          <w:sz w:val="28"/>
        </w:rPr>
        <w:t>Fiche 5 – Compléments à 10</w:t>
      </w:r>
    </w:p>
    <w:p>
      <w:r>
        <w:rPr>
          <w:color w:val="555555"/>
          <w:sz w:val="20"/>
        </w:rPr>
        <w:t>Nombres et calculs • Automatiser des compléments.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535"/>
        <w:gridCol w:w="4535"/>
      </w:tblGrid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Complète pour faire 10</w:t>
            </w:r>
          </w:p>
          <w:p>
            <w:pPr>
              <w:spacing w:after="0"/>
            </w:pPr>
            <w:r>
              <w:rPr>
                <w:sz w:val="21"/>
              </w:rPr>
              <w:t>1 + __ = 10</w:t>
              <w:br/>
              <w:t>2 + __ = 10</w:t>
              <w:br/>
              <w:t>3 + __ = 10</w:t>
              <w:br/>
              <w:t>4 + __ = 10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Complète pour faire 10</w:t>
            </w:r>
          </w:p>
          <w:p>
            <w:pPr>
              <w:spacing w:after="0"/>
            </w:pPr>
            <w:r>
              <w:rPr>
                <w:sz w:val="21"/>
              </w:rPr>
              <w:t>5 + __ = 10</w:t>
              <w:br/>
              <w:t>6 + __ = 10</w:t>
              <w:br/>
              <w:t>7 + __ = 10</w:t>
              <w:br/>
              <w:t>8 + __ = 10</w:t>
              <w:br/>
              <w:t>9 + __ = 10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trouve le manquant</w:t>
            </w:r>
          </w:p>
          <w:p>
            <w:pPr>
              <w:spacing w:after="0"/>
            </w:pPr>
            <w:r>
              <w:rPr>
                <w:sz w:val="21"/>
              </w:rPr>
              <w:t>10 = __ + 6</w:t>
              <w:br/>
              <w:t>10 = __ + 2</w:t>
              <w:br/>
              <w:t>10 = __ + 9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joue</w:t>
            </w:r>
          </w:p>
          <w:p>
            <w:pPr>
              <w:spacing w:after="0"/>
            </w:pPr>
            <w:r>
              <w:rPr>
                <w:sz w:val="21"/>
              </w:rPr>
              <w:t>Écris 3 façons de faire 10 :</w:t>
              <w:br/>
              <w:t>10 = __ + __</w:t>
              <w:br/>
              <w:t>10 = __ + __</w:t>
              <w:br/>
              <w:t>10 = __ + __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calcule</w:t>
            </w:r>
          </w:p>
          <w:p>
            <w:pPr>
              <w:spacing w:after="0"/>
            </w:pPr>
            <w:r>
              <w:rPr>
                <w:sz w:val="21"/>
              </w:rPr>
              <w:t>10 – 1 = __</w:t>
              <w:br/>
              <w:t>10 – 3 = __</w:t>
              <w:br/>
              <w:t>10 – 7 = 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Mini-problèmes</w:t>
            </w:r>
          </w:p>
          <w:p>
            <w:pPr>
              <w:spacing w:after="0"/>
            </w:pPr>
            <w:r>
              <w:rPr>
                <w:sz w:val="21"/>
              </w:rPr>
              <w:t>J’ai 10 billes. J’en donne 4.</w:t>
              <w:br/>
              <w:t>Il m’en reste __.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5669"/>
        <w:gridCol w:w="2835"/>
      </w:tblGrid>
      <w:tr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60000" cy="360000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adybug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D72638"/>
                <w:sz w:val="32"/>
              </w:rPr>
              <w:t>Maths CP – Les Coccinelles</w:t>
            </w:r>
          </w:p>
          <w:p>
            <w:pPr>
              <w:jc w:val="center"/>
            </w:pPr>
            <w:r>
              <w:rPr>
                <w:color w:val="555555"/>
                <w:sz w:val="20"/>
              </w:rPr>
              <w:t>Période 1 • Fiche 6</w:t>
            </w:r>
            <w:r>
              <w:rPr>
                <w:rFonts w:ascii="Calibri" w:hAnsi="Calibri"/>
                <w:b w:val="0"/>
                <w:color w:val="555555"/>
                <w:sz w:val="20"/>
              </w:rPr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left"/>
            </w:pPr>
            <w:r>
              <w:rPr>
                <w:rFonts w:ascii="Calibri" w:hAnsi="Calibri"/>
                <w:b w:val="0"/>
                <w:color w:val="333333"/>
                <w:sz w:val="20"/>
              </w:rPr>
              <w:t>Nom : __________________</w:t>
              <w:br/>
              <w:t>Date : ____ / ____ / ______</w:t>
            </w:r>
          </w:p>
        </w:tc>
      </w:tr>
    </w:tbl>
    <w:p/>
    <w:p>
      <w:pPr>
        <w:pStyle w:val="Heading2"/>
      </w:pPr>
      <w:r>
        <w:rPr>
          <w:b/>
          <w:color w:val="D72638"/>
          <w:sz w:val="28"/>
        </w:rPr>
        <w:t>Fiche 6 – Additions dans 10</w:t>
      </w:r>
    </w:p>
    <w:p>
      <w:r>
        <w:rPr>
          <w:color w:val="555555"/>
          <w:sz w:val="20"/>
        </w:rPr>
        <w:t>Nombres et calculs • Calculer.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535"/>
        <w:gridCol w:w="4535"/>
      </w:tblGrid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Calcule</w:t>
            </w:r>
          </w:p>
          <w:p>
            <w:pPr>
              <w:spacing w:after="0"/>
            </w:pPr>
            <w:r>
              <w:rPr>
                <w:sz w:val="21"/>
              </w:rPr>
              <w:t>2 + 5 = __</w:t>
              <w:br/>
              <w:t>6 + 1 = __</w:t>
              <w:br/>
              <w:t>3 + 3 = __</w:t>
              <w:br/>
              <w:t>4 + 2 = 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Complète</w:t>
            </w:r>
          </w:p>
          <w:p>
            <w:pPr>
              <w:spacing w:after="0"/>
            </w:pPr>
            <w:r>
              <w:rPr>
                <w:sz w:val="21"/>
              </w:rPr>
              <w:t>__ + 2 = 6</w:t>
              <w:br/>
              <w:t>__ + 4 = 9</w:t>
              <w:br/>
              <w:t>5 + __ = 10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J’utilise la droite</w:t>
            </w:r>
          </w:p>
          <w:p>
            <w:pPr>
              <w:spacing w:after="0"/>
            </w:pPr>
            <w:r>
              <w:rPr>
                <w:sz w:val="21"/>
              </w:rPr>
              <w:t>Écris le résultat :</w:t>
              <w:br/>
              <w:t>0 → +3 = __</w:t>
              <w:br/>
              <w:t>2 → +5 = __</w:t>
              <w:br/>
              <w:t>4 → +2 = 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coche</w:t>
            </w:r>
          </w:p>
          <w:p>
            <w:pPr>
              <w:spacing w:after="0"/>
            </w:pPr>
            <w:r>
              <w:rPr>
                <w:sz w:val="21"/>
              </w:rPr>
              <w:t>□ 1 + 8 = 9</w:t>
              <w:br/>
              <w:t>□ 5 + 5 = 9</w:t>
              <w:br/>
              <w:t>□ 7 + 2 = 9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relie</w:t>
            </w:r>
          </w:p>
          <w:p>
            <w:pPr>
              <w:spacing w:after="0"/>
            </w:pPr>
            <w:r>
              <w:rPr>
                <w:sz w:val="21"/>
              </w:rPr>
              <w:t>Relie :</w:t>
              <w:br/>
              <w:t>4 + 3 → 7</w:t>
              <w:br/>
              <w:t>2 + 6 → 8</w:t>
              <w:br/>
              <w:t>5 + 1 → 6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complète</w:t>
            </w:r>
          </w:p>
          <w:p>
            <w:pPr>
              <w:spacing w:after="0"/>
            </w:pPr>
            <w:r>
              <w:rPr>
                <w:sz w:val="21"/>
              </w:rPr>
              <w:t>8 = 6 + __</w:t>
              <w:br/>
              <w:t>9 = 3 + __</w:t>
              <w:br/>
              <w:t>10 = 8 + 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5669"/>
        <w:gridCol w:w="2835"/>
      </w:tblGrid>
      <w:tr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60000" cy="360000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adybug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D72638"/>
                <w:sz w:val="32"/>
              </w:rPr>
              <w:t>Maths CP – Les Coccinelles</w:t>
            </w:r>
          </w:p>
          <w:p>
            <w:pPr>
              <w:jc w:val="center"/>
            </w:pPr>
            <w:r>
              <w:rPr>
                <w:color w:val="555555"/>
                <w:sz w:val="20"/>
              </w:rPr>
              <w:t>Période 1 • Fiche 7</w:t>
            </w:r>
            <w:r>
              <w:rPr>
                <w:rFonts w:ascii="Calibri" w:hAnsi="Calibri"/>
                <w:b w:val="0"/>
                <w:color w:val="555555"/>
                <w:sz w:val="20"/>
              </w:rPr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left"/>
            </w:pPr>
            <w:r>
              <w:rPr>
                <w:rFonts w:ascii="Calibri" w:hAnsi="Calibri"/>
                <w:b w:val="0"/>
                <w:color w:val="333333"/>
                <w:sz w:val="20"/>
              </w:rPr>
              <w:t>Nom : __________________</w:t>
              <w:br/>
              <w:t>Date : ____ / ____ / ______</w:t>
            </w:r>
          </w:p>
        </w:tc>
      </w:tr>
    </w:tbl>
    <w:p/>
    <w:p>
      <w:pPr>
        <w:pStyle w:val="Heading2"/>
      </w:pPr>
      <w:r>
        <w:rPr>
          <w:b/>
          <w:color w:val="D72638"/>
          <w:sz w:val="28"/>
        </w:rPr>
        <w:t>Fiche 7 – Formes et motifs</w:t>
      </w:r>
    </w:p>
    <w:p>
      <w:r>
        <w:rPr>
          <w:color w:val="555555"/>
          <w:sz w:val="20"/>
        </w:rPr>
        <w:t>Espace et géométrie • Reconnaître des formes, poursuivre un motif.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535"/>
        <w:gridCol w:w="4535"/>
      </w:tblGrid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Formes</w:t>
            </w:r>
          </w:p>
          <w:p>
            <w:pPr>
              <w:spacing w:after="0"/>
            </w:pPr>
            <w:r>
              <w:rPr>
                <w:sz w:val="21"/>
              </w:rPr>
              <w:t>Entoure les carrés : ■  ▲  ■  ●  ■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Formes</w:t>
            </w:r>
          </w:p>
          <w:p>
            <w:pPr>
              <w:spacing w:after="0"/>
            </w:pPr>
            <w:r>
              <w:rPr>
                <w:sz w:val="21"/>
              </w:rPr>
              <w:t>Entoure les triangles : ▲  ■  ▲  ●  ■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Motif</w:t>
            </w:r>
          </w:p>
          <w:p>
            <w:pPr>
              <w:spacing w:after="0"/>
            </w:pPr>
            <w:r>
              <w:rPr>
                <w:sz w:val="21"/>
              </w:rPr>
              <w:t>Poursuis : ● ■ ● ■ ● __ __ 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Motif</w:t>
            </w:r>
          </w:p>
          <w:p>
            <w:pPr>
              <w:spacing w:after="0"/>
            </w:pPr>
            <w:r>
              <w:rPr>
                <w:sz w:val="21"/>
              </w:rPr>
              <w:t>Poursuis : ▲ ▲ ● ▲ ▲ ● __ __ __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Repérage</w:t>
            </w:r>
          </w:p>
          <w:p>
            <w:pPr>
              <w:spacing w:after="0"/>
            </w:pPr>
            <w:r>
              <w:rPr>
                <w:sz w:val="21"/>
              </w:rPr>
              <w:t>Sur un quadrillage, colorie :</w:t>
              <w:br/>
              <w:t>1 case en haut à gauche, 1 case au centre, 1 case en bas à droite.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Je décris</w:t>
            </w:r>
          </w:p>
          <w:p>
            <w:pPr>
              <w:spacing w:after="0"/>
            </w:pPr>
            <w:r>
              <w:rPr>
                <w:sz w:val="21"/>
              </w:rPr>
              <w:t>Écris :</w:t>
              <w:br/>
              <w:t>Un carré a ___ côtés.</w:t>
              <w:br/>
              <w:t>Un triangle a ___ côtés.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5669"/>
        <w:gridCol w:w="2835"/>
      </w:tblGrid>
      <w:tr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60000" cy="360000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adybug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D72638"/>
                <w:sz w:val="32"/>
              </w:rPr>
              <w:t>Maths CP – Les Coccinelles</w:t>
            </w:r>
          </w:p>
          <w:p>
            <w:pPr>
              <w:jc w:val="center"/>
            </w:pPr>
            <w:r>
              <w:rPr>
                <w:color w:val="555555"/>
                <w:sz w:val="20"/>
              </w:rPr>
              <w:t>Période 1 • Fiche 8</w:t>
            </w:r>
            <w:r>
              <w:rPr>
                <w:rFonts w:ascii="Calibri" w:hAnsi="Calibri"/>
                <w:b w:val="0"/>
                <w:color w:val="555555"/>
                <w:sz w:val="20"/>
              </w:rPr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left"/>
            </w:pPr>
            <w:r>
              <w:rPr>
                <w:rFonts w:ascii="Calibri" w:hAnsi="Calibri"/>
                <w:b w:val="0"/>
                <w:color w:val="333333"/>
                <w:sz w:val="20"/>
              </w:rPr>
              <w:t>Nom : __________________</w:t>
              <w:br/>
              <w:t>Date : ____ / ____ / ______</w:t>
            </w:r>
          </w:p>
        </w:tc>
      </w:tr>
    </w:tbl>
    <w:p/>
    <w:p>
      <w:pPr>
        <w:pStyle w:val="Heading2"/>
      </w:pPr>
      <w:r>
        <w:rPr>
          <w:b/>
          <w:color w:val="D72638"/>
          <w:sz w:val="28"/>
        </w:rPr>
        <w:t>Fiche 8 – Petits problèmes</w:t>
      </w:r>
    </w:p>
    <w:p>
      <w:r>
        <w:rPr>
          <w:color w:val="555555"/>
          <w:sz w:val="20"/>
        </w:rPr>
        <w:t>Résolution de problèmes • Choisir l’opération et écrire la phrase-réponse.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535"/>
        <w:gridCol w:w="4535"/>
      </w:tblGrid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Problème 1</w:t>
            </w:r>
          </w:p>
          <w:p>
            <w:pPr>
              <w:spacing w:after="0"/>
            </w:pPr>
            <w:r>
              <w:rPr>
                <w:sz w:val="21"/>
              </w:rPr>
              <w:t>Lina a 3 billes. Elle en gagne 2.</w:t>
              <w:br/>
              <w:t>Combien a-t-elle de billes ?</w:t>
              <w:br/>
              <w:t>Calcul : ___ + ___ = ___</w:t>
              <w:br/>
              <w:t>Réponse : __________________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Problème 2</w:t>
            </w:r>
          </w:p>
          <w:p>
            <w:pPr>
              <w:spacing w:after="0"/>
            </w:pPr>
            <w:r>
              <w:rPr>
                <w:sz w:val="21"/>
              </w:rPr>
              <w:t>Noé a 8 bonbons. Il en mange 3.</w:t>
              <w:br/>
              <w:t>Combien lui reste-t-il ?</w:t>
              <w:br/>
              <w:t>Calcul : ___ – ___ = ___</w:t>
              <w:br/>
              <w:t>Réponse : __________________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Problème 3</w:t>
            </w:r>
          </w:p>
          <w:p>
            <w:pPr>
              <w:spacing w:after="0"/>
            </w:pPr>
            <w:r>
              <w:rPr>
                <w:sz w:val="21"/>
              </w:rPr>
              <w:t>Il y a 4 oiseaux sur une branche.</w:t>
              <w:br/>
              <w:t>2 autres arrivent.</w:t>
              <w:br/>
              <w:t>Combien d’oiseaux au total ?</w:t>
              <w:br/>
              <w:t>Calcul : ___ + ___ = ___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Problème 4</w:t>
            </w:r>
          </w:p>
          <w:p>
            <w:pPr>
              <w:spacing w:after="0"/>
            </w:pPr>
            <w:r>
              <w:rPr>
                <w:sz w:val="21"/>
              </w:rPr>
              <w:t>J’ai 10 crayons. J’en prête 5.</w:t>
              <w:br/>
              <w:t>Il m’en reste __.</w:t>
              <w:br/>
              <w:t>Calcul : ___ – ___ = ___</w:t>
            </w:r>
          </w:p>
        </w:tc>
      </w:tr>
      <w:tr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Problème 5</w:t>
            </w:r>
          </w:p>
          <w:p>
            <w:pPr>
              <w:spacing w:after="0"/>
            </w:pPr>
            <w:r>
              <w:rPr>
                <w:sz w:val="21"/>
              </w:rPr>
              <w:t>Dans une boîte, il y a 6 cartes.</w:t>
              <w:br/>
              <w:t>On ajoute 1 carte.</w:t>
              <w:br/>
              <w:t>Combien de cartes ? __</w:t>
            </w:r>
          </w:p>
        </w:tc>
        <w:tc>
          <w:tcPr>
            <w:tcW w:type="dxa" w:w="5270"/>
            <w:vAlign w:val="top"/>
            <w:tcBorders>
              <w:top w:sz="10" w:val="single" w:color="444444"/>
              <w:left w:sz="10" w:val="single" w:color="444444"/>
              <w:bottom w:sz="10" w:val="single" w:color="444444"/>
              <w:right w:sz="10" w:val="single" w:color="444444"/>
            </w:tcBorders>
          </w:tcPr>
          <w:p>
            <w:r/>
          </w:p>
          <w:p>
            <w:pPr>
              <w:spacing w:after="40"/>
            </w:pPr>
            <w:r>
              <w:rPr>
                <w:b/>
                <w:color w:val="D72638"/>
                <w:sz w:val="22"/>
              </w:rPr>
              <w:t>🐞 Problème 6</w:t>
            </w:r>
          </w:p>
          <w:p>
            <w:pPr>
              <w:spacing w:after="0"/>
            </w:pPr>
            <w:r>
              <w:rPr>
                <w:sz w:val="21"/>
              </w:rPr>
              <w:t>Une coccinelle a 7 points.</w:t>
              <w:br/>
              <w:t>On ajoute 2 points.</w:t>
              <w:br/>
              <w:t>Combien de points ? 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5669"/>
        <w:gridCol w:w="2835"/>
      </w:tblGrid>
      <w:tr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60000" cy="360000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adybug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D72638"/>
                <w:sz w:val="32"/>
              </w:rPr>
              <w:t>Maths CP – Les Coccinelles</w:t>
            </w:r>
          </w:p>
          <w:p>
            <w:pPr>
              <w:jc w:val="center"/>
            </w:pPr>
            <w:r>
              <w:rPr>
                <w:color w:val="555555"/>
                <w:sz w:val="20"/>
              </w:rPr>
              <w:t>Période 1 • Corrigés (enseignant)</w:t>
            </w:r>
            <w:r>
              <w:rPr>
                <w:rFonts w:ascii="Calibri" w:hAnsi="Calibri"/>
                <w:b w:val="0"/>
                <w:color w:val="555555"/>
                <w:sz w:val="20"/>
              </w:rPr>
            </w:r>
          </w:p>
        </w:tc>
        <w:tc>
          <w:tcPr>
            <w:tcW w:type="dxa" w:w="3513"/>
            <w:shd w:fill="FDE3E6"/>
            <w:vAlign w:val="center"/>
            <w:tcBorders>
              <w:top w:sz="10" w:val="single" w:color="D72638"/>
              <w:left w:sz="10" w:val="single" w:color="D72638"/>
              <w:bottom w:sz="10" w:val="single" w:color="D72638"/>
              <w:right w:sz="10" w:val="single" w:color="D72638"/>
            </w:tcBorders>
          </w:tcPr>
          <w:p>
            <w:pPr>
              <w:jc w:val="left"/>
            </w:pPr>
            <w:r>
              <w:rPr>
                <w:rFonts w:ascii="Calibri" w:hAnsi="Calibri"/>
                <w:b w:val="0"/>
                <w:color w:val="333333"/>
                <w:sz w:val="20"/>
              </w:rPr>
              <w:t>Nom : __________________</w:t>
              <w:br/>
              <w:t>Date : ____ / ____ / ______</w:t>
            </w:r>
          </w:p>
        </w:tc>
      </w:tr>
    </w:tbl>
    <w:p/>
    <w:p>
      <w:r>
        <w:rPr>
          <w:b/>
          <w:color w:val="D72638"/>
          <w:sz w:val="28"/>
        </w:rPr>
        <w:t>Corrigés – repères rapides</w:t>
      </w:r>
    </w:p>
    <w:p>
      <w:r>
        <w:rPr>
          <w:sz w:val="21"/>
        </w:rPr>
        <w:t>• Fiche 3 (&gt;, &lt;, =) : 3&lt;7 ; 9&gt;4 ; 6=6 ; 1&gt;0.</w:t>
      </w:r>
    </w:p>
    <w:p>
      <w:r>
        <w:rPr>
          <w:sz w:val="21"/>
        </w:rPr>
        <w:t>• Fiche 4 (exemples) : 7=3+4 ; 5=2+3 ; 9=4+5 ; 6=5+1 ; 8=4+4 ; 10=7+3.</w:t>
      </w:r>
    </w:p>
    <w:p>
      <w:r>
        <w:rPr>
          <w:sz w:val="21"/>
        </w:rPr>
        <w:t>• Fiche 5 (compléments) : 1+9, 2+8, 3+7, 4+6, 5+5, 6+4, 7+3, 8+2, 9+1.</w:t>
      </w:r>
    </w:p>
    <w:p>
      <w:r>
        <w:rPr>
          <w:sz w:val="21"/>
        </w:rPr>
        <w:t>• Problèmes : P1=5 ; P2=5 ; P3=6 ; P4=5 ; P5=7 ; P6=9 (selon choix de calcul).</w:t>
      </w:r>
    </w:p>
    <w:sectPr w:rsidR="00FC693F" w:rsidRPr="0006063C" w:rsidSect="00034616">
      <w:footerReference w:type="default" r:id="rId9"/>
      <w:pgSz w:w="12240" w:h="15840"/>
      <w:pgMar w:top="737" w:right="850" w:bottom="73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77777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