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stylesWithEffects.xml" ContentType="application/vnd.ms-word.stylesWithEffects+xml"/>
  <Override PartName="/word/theme/theme1.xml" ContentType="application/vnd.openxmlformats-officedocument.theme+xml"/>
  <Override PartName="/word/webSettings.xml" ContentType="application/vnd.openxmlformats-officedocument.wordprocessingml.webSettings+xml"/>
</Types>
</file>

<file path=_rels/.rels><?xml version='1.0' encoding='UTF-8' standalone='yes'?>
<Relationships xmlns="http://schemas.openxmlformats.org/package/2006/relationships"><Relationship Id="rId3" Type="http://schemas.openxmlformats.org/package/2006/relationships/metadata/core-properties" Target="docProps/core.xml"/><Relationship Id="rId4" Type="http://schemas.openxmlformats.org/officeDocument/2006/relationships/extended-properties" Target="docProps/app.xml"/><Relationship Id="rId1" Type="http://schemas.openxmlformats.org/officeDocument/2006/relationships/officeDocument" Target="word/document.xml"/><Relationship Id="rId2" Type="http://schemas.openxmlformats.org/package/2006/relationships/metadata/thumbnail" Target="docProps/thumbnail.jpeg"/></Relationships>
</file>

<file path=word/document.xml><?xml version="1.0" encoding="utf-8"?>
<w:document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tbl>
      <w:tblPr>
        <w:tblW w:type="auto" w:w="0"/>
        <w:jc w:val="center"/>
        <w:tblLayout w:type="autofit"/>
        <w:tblLook w:firstColumn="1" w:firstRow="1" w:lastColumn="0" w:lastRow="0" w:noHBand="0" w:noVBand="1" w:val="04A0"/>
      </w:tblPr>
      <w:tblGrid>
        <w:gridCol w:w="3513"/>
        <w:gridCol w:w="3513"/>
        <w:gridCol w:w="3513"/>
      </w:tblGrid>
      <w:tr>
        <w:tc>
          <w:tcPr>
            <w:tcW w:type="dxa" w:w="3513"/>
            <w:shd w:val="clear" w:color="auto" w:fill="FDE0E0"/>
            <w:vAlign w:val="center"/>
            <w:tcBorders>
              <w:left w:sz="6" w:val="single" w:color="D32F2F"/>
              <w:top w:sz="6" w:val="single" w:color="D32F2F"/>
              <w:right w:sz="6" w:val="single" w:color="D32F2F"/>
              <w:bottom w:sz="6" w:val="single" w:color="D32F2F"/>
            </w:tcBorders>
          </w:tcPr>
          <w:p>
            <w:pPr>
              <w:jc w:val="center"/>
            </w:pPr>
            <w:r>
              <w:rPr>
                <w:sz w:val="48"/>
              </w:rPr>
              <w:t>🐞</w:t>
            </w:r>
          </w:p>
        </w:tc>
        <w:tc>
          <w:tcPr>
            <w:tcW w:type="dxa" w:w="3513"/>
            <w:shd w:val="clear" w:color="auto" w:fill="FDE0E0"/>
            <w:vAlign w:val="center"/>
            <w:tcBorders>
              <w:left w:sz="6" w:val="single" w:color="D32F2F"/>
              <w:top w:sz="6" w:val="single" w:color="D32F2F"/>
              <w:right w:sz="6" w:val="single" w:color="D32F2F"/>
              <w:bottom w:sz="6" w:val="single" w:color="D32F2F"/>
            </w:tcBorders>
          </w:tcPr>
          <w:p>
            <w:pPr>
              <w:jc w:val="center"/>
            </w:pPr>
            <w:r>
              <w:rPr>
                <w:b/>
                <w:color w:val="D32F2F"/>
                <w:sz w:val="36"/>
              </w:rPr>
              <w:t>Maths CP – Les Coccinelles</w:t>
            </w:r>
            <w:r>
              <w:br/>
            </w:r>
            <w:r>
              <w:rPr>
                <w:color w:val="505050"/>
                <w:sz w:val="22"/>
              </w:rPr>
              <w:t>Fiches d’exercices (à imprimer)</w:t>
            </w:r>
          </w:p>
        </w:tc>
        <w:tc>
          <w:tcPr>
            <w:tcW w:type="dxa" w:w="3513"/>
            <w:shd w:val="clear" w:color="auto" w:fill="FDE0E0"/>
            <w:vAlign w:val="center"/>
            <w:tcBorders>
              <w:left w:sz="6" w:val="single" w:color="D32F2F"/>
              <w:top w:sz="6" w:val="single" w:color="D32F2F"/>
              <w:right w:sz="6" w:val="single" w:color="D32F2F"/>
              <w:bottom w:sz="6" w:val="single" w:color="D32F2F"/>
            </w:tcBorders>
          </w:tcPr>
          <w:p>
            <w:pPr>
              <w:jc w:val="left"/>
            </w:pPr>
            <w:r>
              <w:rPr>
                <w:color w:val="3C3C3C"/>
                <w:sz w:val="20"/>
              </w:rPr>
              <w:t>Nom : ____________________</w:t>
              <w:br/>
              <w:t>Date : ____ / ____ / ______</w:t>
            </w:r>
          </w:p>
        </w:tc>
      </w:tr>
    </w:tbl>
    <w:p/>
    <w:p>
      <w:r>
        <w:rPr>
          <w:b/>
          <w:color w:val="D32F2F"/>
          <w:sz w:val="28"/>
        </w:rPr>
        <w:t>Objectifs du pack</w:t>
      </w:r>
    </w:p>
    <w:p>
      <w:pPr>
        <w:pStyle w:val="ListBullet"/>
      </w:pPr>
      <w:r>
        <w:rPr>
          <w:sz w:val="22"/>
        </w:rPr>
        <w:t>Compter, lire et écrire les nombres (0 à 20).</w:t>
      </w:r>
    </w:p>
    <w:p>
      <w:pPr>
        <w:pStyle w:val="ListBullet"/>
      </w:pPr>
      <w:r>
        <w:rPr>
          <w:sz w:val="22"/>
        </w:rPr>
        <w:t>Comparer deux quantités : plus petit / plus grand / égal.</w:t>
      </w:r>
    </w:p>
    <w:p>
      <w:pPr>
        <w:pStyle w:val="ListBullet"/>
      </w:pPr>
      <w:r>
        <w:rPr>
          <w:sz w:val="22"/>
        </w:rPr>
        <w:t>Automatiser les additions et soustractions simples.</w:t>
      </w:r>
    </w:p>
    <w:p>
      <w:pPr>
        <w:pStyle w:val="ListBullet"/>
      </w:pPr>
      <w:r>
        <w:rPr>
          <w:sz w:val="22"/>
        </w:rPr>
        <w:t>Résoudre de petits problèmes en contexte.</w:t>
      </w:r>
    </w:p>
    <w:p/>
    <w:p>
      <w:r>
        <w:rPr>
          <w:color w:val="505050"/>
          <w:sz w:val="21"/>
        </w:rPr>
        <w:t>Conseil d’utilisation : imprimez en recto, laissez l’élève écrire au crayon, et gardez la dernière page « corrigés » pour vous.</w:t>
      </w:r>
    </w:p>
    <w:p>
      <w:r>
        <w:br w:type="page"/>
      </w:r>
    </w:p>
    <w:tbl>
      <w:tblPr>
        <w:tblW w:type="auto" w:w="0"/>
        <w:jc w:val="center"/>
        <w:tblLayout w:type="autofit"/>
        <w:tblLook w:firstColumn="1" w:firstRow="1" w:lastColumn="0" w:lastRow="0" w:noHBand="0" w:noVBand="1" w:val="04A0"/>
      </w:tblPr>
      <w:tblGrid>
        <w:gridCol w:w="3513"/>
        <w:gridCol w:w="3513"/>
        <w:gridCol w:w="3513"/>
      </w:tblGrid>
      <w:tr>
        <w:tc>
          <w:tcPr>
            <w:tcW w:type="dxa" w:w="3513"/>
            <w:shd w:val="clear" w:color="auto" w:fill="FDE0E0"/>
            <w:vAlign w:val="center"/>
            <w:tcBorders>
              <w:left w:sz="6" w:val="single" w:color="D32F2F"/>
              <w:top w:sz="6" w:val="single" w:color="D32F2F"/>
              <w:right w:sz="6" w:val="single" w:color="D32F2F"/>
              <w:bottom w:sz="6" w:val="single" w:color="D32F2F"/>
            </w:tcBorders>
          </w:tcPr>
          <w:p>
            <w:pPr>
              <w:jc w:val="center"/>
            </w:pPr>
            <w:r>
              <w:rPr>
                <w:sz w:val="48"/>
              </w:rPr>
              <w:t>🐞</w:t>
            </w:r>
          </w:p>
        </w:tc>
        <w:tc>
          <w:tcPr>
            <w:tcW w:type="dxa" w:w="3513"/>
            <w:shd w:val="clear" w:color="auto" w:fill="FDE0E0"/>
            <w:vAlign w:val="center"/>
            <w:tcBorders>
              <w:left w:sz="6" w:val="single" w:color="D32F2F"/>
              <w:top w:sz="6" w:val="single" w:color="D32F2F"/>
              <w:right w:sz="6" w:val="single" w:color="D32F2F"/>
              <w:bottom w:sz="6" w:val="single" w:color="D32F2F"/>
            </w:tcBorders>
          </w:tcPr>
          <w:p>
            <w:pPr>
              <w:jc w:val="center"/>
            </w:pPr>
            <w:r>
              <w:rPr>
                <w:b/>
                <w:color w:val="D32F2F"/>
                <w:sz w:val="36"/>
              </w:rPr>
              <w:t>Fiche 1</w:t>
            </w:r>
            <w:r>
              <w:br/>
            </w:r>
            <w:r>
              <w:rPr>
                <w:color w:val="505050"/>
                <w:sz w:val="22"/>
              </w:rPr>
              <w:t>Je compte les coccinelles (0 à 10)</w:t>
            </w:r>
          </w:p>
        </w:tc>
        <w:tc>
          <w:tcPr>
            <w:tcW w:type="dxa" w:w="3513"/>
            <w:shd w:val="clear" w:color="auto" w:fill="FDE0E0"/>
            <w:vAlign w:val="center"/>
            <w:tcBorders>
              <w:left w:sz="6" w:val="single" w:color="D32F2F"/>
              <w:top w:sz="6" w:val="single" w:color="D32F2F"/>
              <w:right w:sz="6" w:val="single" w:color="D32F2F"/>
              <w:bottom w:sz="6" w:val="single" w:color="D32F2F"/>
            </w:tcBorders>
          </w:tcPr>
          <w:p>
            <w:pPr>
              <w:jc w:val="left"/>
            </w:pPr>
            <w:r>
              <w:rPr>
                <w:color w:val="3C3C3C"/>
                <w:sz w:val="20"/>
              </w:rPr>
              <w:t>Nom : ____________________</w:t>
              <w:br/>
              <w:t>Date : ____ / ____ / ______</w:t>
            </w:r>
          </w:p>
        </w:tc>
      </w:tr>
    </w:tbl>
    <w:p/>
    <w:tbl>
      <w:tblPr>
        <w:tblW w:type="auto" w:w="0"/>
        <w:jc w:val="left"/>
        <w:tblLook w:firstColumn="1" w:firstRow="1" w:lastColumn="0" w:lastRow="0" w:noHBand="0" w:noVBand="1" w:val="04A0"/>
      </w:tblPr>
      <w:tblGrid>
        <w:gridCol w:w="10540"/>
      </w:tblGrid>
      <w:tr>
        <w:tc>
          <w:tcPr>
            <w:tcW w:type="dxa" w:w="10540"/>
            <w:shd w:val="clear" w:color="auto" w:fill="212121"/>
            <w:tcBorders>
              <w:left w:sz="10" w:val="single" w:color="212121"/>
              <w:top w:sz="10" w:val="single" w:color="212121"/>
              <w:right w:sz="10" w:val="single" w:color="212121"/>
              <w:bottom w:sz="10" w:val="single" w:color="212121"/>
            </w:tcBorders>
          </w:tcPr>
          <w:p>
            <w:pPr>
              <w:jc w:val="left"/>
            </w:pPr>
            <w:r>
              <w:rPr>
                <w:b/>
                <w:color w:val="FFFFFF"/>
                <w:sz w:val="26"/>
              </w:rPr>
              <w:t xml:space="preserve">  🐞  Exercice A – Je compte et j’écris le nombre</w:t>
            </w:r>
          </w:p>
        </w:tc>
      </w:tr>
    </w:tbl>
    <w:p/>
    <w:p>
      <w:pPr>
        <w:spacing w:after="120"/>
      </w:pPr>
      <w:r>
        <w:rPr>
          <w:sz w:val="22"/>
        </w:rPr>
        <w:t>Écris le nombre de coccinelles dans la case.</w:t>
      </w:r>
    </w:p>
    <w:tbl>
      <w:tblPr>
        <w:tblW w:type="auto" w:w="0"/>
        <w:jc w:val="center"/>
        <w:tblLook w:firstColumn="1" w:firstRow="1" w:lastColumn="0" w:lastRow="0" w:noHBand="0" w:noVBand="1" w:val="04A0"/>
      </w:tblPr>
      <w:tblGrid>
        <w:gridCol w:w="3513"/>
        <w:gridCol w:w="3513"/>
        <w:gridCol w:w="3513"/>
      </w:tblGrid>
      <w:tr>
        <w:tc>
          <w:tcPr>
            <w:tcW w:type="dxa" w:w="3513"/>
            <w:vAlign w:val="center"/>
            <w:tcBorders>
              <w:left w:sz="6" w:val="single" w:color="BDBDBD"/>
              <w:top w:sz="6" w:val="single" w:color="BDBDBD"/>
              <w:right w:sz="6" w:val="single" w:color="BDBDBD"/>
              <w:bottom w:sz="6" w:val="single" w:color="BDBDBD"/>
            </w:tcBorders>
          </w:tcPr>
          <w:p>
            <w:pPr>
              <w:jc w:val="center"/>
            </w:pPr>
            <w:r>
              <w:rPr>
                <w:sz w:val="22"/>
              </w:rPr>
              <w:t>🐞 🐞 🐞 🐞 🐞 🐞 🐞</w:t>
              <w:br/>
              <w:t>Réponse : ______</w:t>
            </w:r>
          </w:p>
        </w:tc>
        <w:tc>
          <w:tcPr>
            <w:tcW w:type="dxa" w:w="3513"/>
            <w:vAlign w:val="center"/>
            <w:tcBorders>
              <w:left w:sz="6" w:val="single" w:color="BDBDBD"/>
              <w:top w:sz="6" w:val="single" w:color="BDBDBD"/>
              <w:right w:sz="6" w:val="single" w:color="BDBDBD"/>
              <w:bottom w:sz="6" w:val="single" w:color="BDBDBD"/>
            </w:tcBorders>
          </w:tcPr>
          <w:p>
            <w:pPr>
              <w:jc w:val="center"/>
            </w:pPr>
            <w:r>
              <w:rPr>
                <w:sz w:val="22"/>
              </w:rPr>
              <w:t>🐞 🐞 🐞</w:t>
              <w:br/>
              <w:t>Réponse : ______</w:t>
            </w:r>
          </w:p>
        </w:tc>
        <w:tc>
          <w:tcPr>
            <w:tcW w:type="dxa" w:w="3513"/>
            <w:vAlign w:val="center"/>
            <w:tcBorders>
              <w:left w:sz="6" w:val="single" w:color="BDBDBD"/>
              <w:top w:sz="6" w:val="single" w:color="BDBDBD"/>
              <w:right w:sz="6" w:val="single" w:color="BDBDBD"/>
              <w:bottom w:sz="6" w:val="single" w:color="BDBDBD"/>
            </w:tcBorders>
          </w:tcPr>
          <w:p>
            <w:pPr>
              <w:jc w:val="center"/>
            </w:pPr>
            <w:r>
              <w:rPr>
                <w:sz w:val="22"/>
              </w:rPr>
              <w:t>—</w:t>
              <w:br/>
              <w:t>Réponse : ______</w:t>
            </w:r>
          </w:p>
        </w:tc>
      </w:tr>
      <w:tr>
        <w:tc>
          <w:tcPr>
            <w:tcW w:type="dxa" w:w="3513"/>
            <w:vAlign w:val="center"/>
            <w:tcBorders>
              <w:left w:sz="6" w:val="single" w:color="BDBDBD"/>
              <w:top w:sz="6" w:val="single" w:color="BDBDBD"/>
              <w:right w:sz="6" w:val="single" w:color="BDBDBD"/>
              <w:bottom w:sz="6" w:val="single" w:color="BDBDBD"/>
            </w:tcBorders>
          </w:tcPr>
          <w:p>
            <w:pPr>
              <w:jc w:val="center"/>
            </w:pPr>
            <w:r>
              <w:rPr>
                <w:sz w:val="22"/>
              </w:rPr>
              <w:t>🐞 🐞 🐞 🐞 🐞 🐞 🐞 🐞</w:t>
              <w:br/>
              <w:t>Réponse : ______</w:t>
            </w:r>
          </w:p>
        </w:tc>
        <w:tc>
          <w:tcPr>
            <w:tcW w:type="dxa" w:w="3513"/>
            <w:vAlign w:val="center"/>
            <w:tcBorders>
              <w:left w:sz="6" w:val="single" w:color="BDBDBD"/>
              <w:top w:sz="6" w:val="single" w:color="BDBDBD"/>
              <w:right w:sz="6" w:val="single" w:color="BDBDBD"/>
              <w:bottom w:sz="6" w:val="single" w:color="BDBDBD"/>
            </w:tcBorders>
          </w:tcPr>
          <w:p>
            <w:pPr>
              <w:jc w:val="center"/>
            </w:pPr>
            <w:r>
              <w:rPr>
                <w:sz w:val="22"/>
              </w:rPr>
              <w:t>🐞 🐞 🐞 🐞 🐞 🐞 🐞 🐞 🐞 🐞</w:t>
              <w:br/>
              <w:t>Réponse : ______</w:t>
            </w:r>
          </w:p>
        </w:tc>
        <w:tc>
          <w:tcPr>
            <w:tcW w:type="dxa" w:w="3513"/>
            <w:vAlign w:val="center"/>
            <w:tcBorders>
              <w:left w:sz="6" w:val="single" w:color="BDBDBD"/>
              <w:top w:sz="6" w:val="single" w:color="BDBDBD"/>
              <w:right w:sz="6" w:val="single" w:color="BDBDBD"/>
              <w:bottom w:sz="6" w:val="single" w:color="BDBDBD"/>
            </w:tcBorders>
          </w:tcPr>
          <w:p>
            <w:pPr>
              <w:jc w:val="center"/>
            </w:pPr>
            <w:r>
              <w:rPr>
                <w:sz w:val="22"/>
              </w:rPr>
              <w:t>🐞 🐞</w:t>
              <w:br/>
              <w:t>Réponse : ______</w:t>
            </w:r>
          </w:p>
        </w:tc>
      </w:tr>
      <w:tr>
        <w:tc>
          <w:tcPr>
            <w:tcW w:type="dxa" w:w="3513"/>
            <w:vAlign w:val="center"/>
            <w:tcBorders>
              <w:left w:sz="6" w:val="single" w:color="BDBDBD"/>
              <w:top w:sz="6" w:val="single" w:color="BDBDBD"/>
              <w:right w:sz="6" w:val="single" w:color="BDBDBD"/>
              <w:bottom w:sz="6" w:val="single" w:color="BDBDBD"/>
            </w:tcBorders>
          </w:tcPr>
          <w:p>
            <w:pPr>
              <w:jc w:val="center"/>
            </w:pPr>
            <w:r>
              <w:rPr>
                <w:sz w:val="22"/>
              </w:rPr>
              <w:t>🐞 🐞 🐞 🐞 🐞</w:t>
              <w:br/>
              <w:t>Réponse : ______</w:t>
            </w:r>
          </w:p>
        </w:tc>
        <w:tc>
          <w:tcPr>
            <w:tcW w:type="dxa" w:w="3513"/>
            <w:vAlign w:val="center"/>
            <w:tcBorders>
              <w:left w:sz="6" w:val="single" w:color="BDBDBD"/>
              <w:top w:sz="6" w:val="single" w:color="BDBDBD"/>
              <w:right w:sz="6" w:val="single" w:color="BDBDBD"/>
              <w:bottom w:sz="6" w:val="single" w:color="BDBDBD"/>
            </w:tcBorders>
          </w:tcPr>
          <w:p>
            <w:pPr>
              <w:jc w:val="center"/>
            </w:pPr>
            <w:r>
              <w:rPr>
                <w:sz w:val="22"/>
              </w:rPr>
              <w:t>🐞 🐞 🐞 🐞</w:t>
              <w:br/>
              <w:t>Réponse : ______</w:t>
            </w:r>
          </w:p>
        </w:tc>
        <w:tc>
          <w:tcPr>
            <w:tcW w:type="dxa" w:w="3513"/>
            <w:vAlign w:val="center"/>
            <w:tcBorders>
              <w:left w:sz="6" w:val="single" w:color="BDBDBD"/>
              <w:top w:sz="6" w:val="single" w:color="BDBDBD"/>
              <w:right w:sz="6" w:val="single" w:color="BDBDBD"/>
              <w:bottom w:sz="6" w:val="single" w:color="BDBDBD"/>
            </w:tcBorders>
          </w:tcPr>
          <w:p>
            <w:pPr>
              <w:jc w:val="center"/>
            </w:pPr>
            <w:r>
              <w:rPr>
                <w:sz w:val="22"/>
              </w:rPr>
              <w:t>🐞 🐞</w:t>
              <w:br/>
              <w:t>Réponse : ______</w:t>
            </w:r>
          </w:p>
        </w:tc>
      </w:tr>
      <w:tr>
        <w:tc>
          <w:tcPr>
            <w:tcW w:type="dxa" w:w="3513"/>
            <w:vAlign w:val="center"/>
            <w:tcBorders>
              <w:left w:sz="6" w:val="single" w:color="BDBDBD"/>
              <w:top w:sz="6" w:val="single" w:color="BDBDBD"/>
              <w:right w:sz="6" w:val="single" w:color="BDBDBD"/>
              <w:bottom w:sz="6" w:val="single" w:color="BDBDBD"/>
            </w:tcBorders>
          </w:tcPr>
          <w:p>
            <w:pPr>
              <w:jc w:val="center"/>
            </w:pPr>
            <w:r>
              <w:rPr>
                <w:sz w:val="22"/>
              </w:rPr>
              <w:t>🐞 🐞 🐞 🐞 🐞 🐞 🐞 🐞</w:t>
              <w:br/>
              <w:t>Réponse : ______</w:t>
            </w:r>
          </w:p>
        </w:tc>
        <w:tc>
          <w:tcPr>
            <w:tcW w:type="dxa" w:w="3513"/>
            <w:vAlign w:val="center"/>
            <w:tcBorders>
              <w:left w:sz="6" w:val="single" w:color="BDBDBD"/>
              <w:top w:sz="6" w:val="single" w:color="BDBDBD"/>
              <w:right w:sz="6" w:val="single" w:color="BDBDBD"/>
              <w:bottom w:sz="6" w:val="single" w:color="BDBDBD"/>
            </w:tcBorders>
          </w:tcPr>
          <w:p>
            <w:pPr>
              <w:jc w:val="center"/>
            </w:pPr>
            <w:r>
              <w:rPr>
                <w:sz w:val="22"/>
              </w:rPr>
              <w:t>🐞 🐞 🐞 🐞 🐞 🐞</w:t>
              <w:br/>
              <w:t>Réponse : ______</w:t>
            </w:r>
          </w:p>
        </w:tc>
        <w:tc>
          <w:tcPr>
            <w:tcW w:type="dxa" w:w="3513"/>
            <w:vAlign w:val="center"/>
            <w:tcBorders>
              <w:left w:sz="6" w:val="single" w:color="BDBDBD"/>
              <w:top w:sz="6" w:val="single" w:color="BDBDBD"/>
              <w:right w:sz="6" w:val="single" w:color="BDBDBD"/>
              <w:bottom w:sz="6" w:val="single" w:color="BDBDBD"/>
            </w:tcBorders>
          </w:tcPr>
          <w:p>
            <w:pPr>
              <w:jc w:val="center"/>
            </w:pPr>
            <w:r>
              <w:rPr>
                <w:sz w:val="22"/>
              </w:rPr>
              <w:t>🐞 🐞 🐞 🐞 🐞 🐞 🐞 🐞 🐞</w:t>
              <w:br/>
              <w:t>Réponse : ______</w:t>
            </w:r>
          </w:p>
        </w:tc>
      </w:tr>
      <w:tr>
        <w:tc>
          <w:tcPr>
            <w:tcW w:type="dxa" w:w="3513"/>
            <w:vAlign w:val="center"/>
            <w:tcBorders>
              <w:left w:sz="6" w:val="single" w:color="BDBDBD"/>
              <w:top w:sz="6" w:val="single" w:color="BDBDBD"/>
              <w:right w:sz="6" w:val="single" w:color="BDBDBD"/>
              <w:bottom w:sz="6" w:val="single" w:color="BDBDBD"/>
            </w:tcBorders>
          </w:tcPr>
          <w:p>
            <w:pPr>
              <w:jc w:val="center"/>
            </w:pPr>
            <w:r>
              <w:rPr>
                <w:sz w:val="22"/>
              </w:rPr>
              <w:t>🐞 🐞 🐞 🐞 🐞 🐞 🐞</w:t>
              <w:br/>
              <w:t>Réponse : ______</w:t>
            </w:r>
          </w:p>
        </w:tc>
        <w:tc>
          <w:tcPr>
            <w:tcW w:type="dxa" w:w="3513"/>
            <w:vAlign w:val="center"/>
            <w:tcBorders>
              <w:left w:sz="6" w:val="single" w:color="BDBDBD"/>
              <w:top w:sz="6" w:val="single" w:color="BDBDBD"/>
              <w:right w:sz="6" w:val="single" w:color="BDBDBD"/>
              <w:bottom w:sz="6" w:val="single" w:color="BDBDBD"/>
            </w:tcBorders>
          </w:tcPr>
          <w:p>
            <w:pPr>
              <w:jc w:val="center"/>
            </w:pPr>
            <w:r>
              <w:rPr>
                <w:sz w:val="22"/>
              </w:rPr>
              <w:t>🐞</w:t>
              <w:br/>
              <w:t>Réponse : ______</w:t>
            </w:r>
          </w:p>
        </w:tc>
        <w:tc>
          <w:tcPr>
            <w:tcW w:type="dxa" w:w="3513"/>
            <w:vAlign w:val="center"/>
            <w:tcBorders>
              <w:left w:sz="6" w:val="single" w:color="BDBDBD"/>
              <w:top w:sz="6" w:val="single" w:color="BDBDBD"/>
              <w:right w:sz="6" w:val="single" w:color="BDBDBD"/>
              <w:bottom w:sz="6" w:val="single" w:color="BDBDBD"/>
            </w:tcBorders>
          </w:tcPr>
          <w:p>
            <w:pPr>
              <w:jc w:val="center"/>
            </w:pPr>
            <w:r>
              <w:rPr>
                <w:sz w:val="22"/>
              </w:rPr>
              <w:t>🐞 🐞 🐞 🐞 🐞 🐞</w:t>
              <w:br/>
              <w:t>Réponse : ______</w:t>
            </w:r>
          </w:p>
        </w:tc>
      </w:tr>
      <w:tr>
        <w:tc>
          <w:tcPr>
            <w:tcW w:type="dxa" w:w="3513"/>
            <w:vAlign w:val="center"/>
            <w:tcBorders>
              <w:left w:sz="6" w:val="single" w:color="BDBDBD"/>
              <w:top w:sz="6" w:val="single" w:color="BDBDBD"/>
              <w:right w:sz="6" w:val="single" w:color="BDBDBD"/>
              <w:bottom w:sz="6" w:val="single" w:color="BDBDBD"/>
            </w:tcBorders>
          </w:tcPr>
          <w:p>
            <w:pPr>
              <w:jc w:val="center"/>
            </w:pPr>
            <w:r>
              <w:rPr>
                <w:sz w:val="22"/>
              </w:rPr>
              <w:t>🐞 🐞 🐞 🐞 🐞 🐞 🐞 🐞 🐞</w:t>
              <w:br/>
              <w:t>Réponse : ______</w:t>
            </w:r>
          </w:p>
        </w:tc>
        <w:tc>
          <w:tcPr>
            <w:tcW w:type="dxa" w:w="3513"/>
            <w:vAlign w:val="center"/>
            <w:tcBorders>
              <w:left w:sz="6" w:val="single" w:color="BDBDBD"/>
              <w:top w:sz="6" w:val="single" w:color="BDBDBD"/>
              <w:right w:sz="6" w:val="single" w:color="BDBDBD"/>
              <w:bottom w:sz="6" w:val="single" w:color="BDBDBD"/>
            </w:tcBorders>
          </w:tcPr>
          <w:p>
            <w:pPr>
              <w:jc w:val="center"/>
            </w:pPr>
            <w:r>
              <w:rPr>
                <w:sz w:val="22"/>
              </w:rPr>
              <w:t>🐞 🐞 🐞</w:t>
              <w:br/>
              <w:t>Réponse : ______</w:t>
            </w:r>
          </w:p>
        </w:tc>
        <w:tc>
          <w:tcPr>
            <w:tcW w:type="dxa" w:w="3513"/>
            <w:vAlign w:val="center"/>
            <w:tcBorders>
              <w:left w:sz="6" w:val="single" w:color="BDBDBD"/>
              <w:top w:sz="6" w:val="single" w:color="BDBDBD"/>
              <w:right w:sz="6" w:val="single" w:color="BDBDBD"/>
              <w:bottom w:sz="6" w:val="single" w:color="BDBDBD"/>
            </w:tcBorders>
          </w:tcPr>
          <w:p>
            <w:pPr>
              <w:jc w:val="center"/>
            </w:pPr>
            <w:r>
              <w:rPr>
                <w:sz w:val="22"/>
              </w:rPr>
              <w:t>🐞 🐞 🐞 🐞 🐞</w:t>
              <w:br/>
              <w:t>Réponse : ______</w:t>
            </w:r>
          </w:p>
        </w:tc>
      </w:tr>
    </w:tbl>
    <w:p/>
    <w:p>
      <w:r>
        <w:br w:type="page"/>
      </w:r>
    </w:p>
    <w:tbl>
      <w:tblPr>
        <w:tblW w:type="auto" w:w="0"/>
        <w:jc w:val="center"/>
        <w:tblLayout w:type="autofit"/>
        <w:tblLook w:firstColumn="1" w:firstRow="1" w:lastColumn="0" w:lastRow="0" w:noHBand="0" w:noVBand="1" w:val="04A0"/>
      </w:tblPr>
      <w:tblGrid>
        <w:gridCol w:w="3513"/>
        <w:gridCol w:w="3513"/>
        <w:gridCol w:w="3513"/>
      </w:tblGrid>
      <w:tr>
        <w:tc>
          <w:tcPr>
            <w:tcW w:type="dxa" w:w="3513"/>
            <w:shd w:val="clear" w:color="auto" w:fill="FDE0E0"/>
            <w:vAlign w:val="center"/>
            <w:tcBorders>
              <w:left w:sz="6" w:val="single" w:color="D32F2F"/>
              <w:top w:sz="6" w:val="single" w:color="D32F2F"/>
              <w:right w:sz="6" w:val="single" w:color="D32F2F"/>
              <w:bottom w:sz="6" w:val="single" w:color="D32F2F"/>
            </w:tcBorders>
          </w:tcPr>
          <w:p>
            <w:pPr>
              <w:jc w:val="center"/>
            </w:pPr>
            <w:r>
              <w:rPr>
                <w:sz w:val="48"/>
              </w:rPr>
              <w:t>🐞</w:t>
            </w:r>
          </w:p>
        </w:tc>
        <w:tc>
          <w:tcPr>
            <w:tcW w:type="dxa" w:w="3513"/>
            <w:shd w:val="clear" w:color="auto" w:fill="FDE0E0"/>
            <w:vAlign w:val="center"/>
            <w:tcBorders>
              <w:left w:sz="6" w:val="single" w:color="D32F2F"/>
              <w:top w:sz="6" w:val="single" w:color="D32F2F"/>
              <w:right w:sz="6" w:val="single" w:color="D32F2F"/>
              <w:bottom w:sz="6" w:val="single" w:color="D32F2F"/>
            </w:tcBorders>
          </w:tcPr>
          <w:p>
            <w:pPr>
              <w:jc w:val="center"/>
            </w:pPr>
            <w:r>
              <w:rPr>
                <w:b/>
                <w:color w:val="D32F2F"/>
                <w:sz w:val="36"/>
              </w:rPr>
              <w:t>Fiche 1 (suite)</w:t>
            </w:r>
            <w:r>
              <w:br/>
            </w:r>
            <w:r>
              <w:rPr>
                <w:color w:val="505050"/>
                <w:sz w:val="22"/>
              </w:rPr>
              <w:t>Lire, écrire et choisir le bon nombre</w:t>
            </w:r>
          </w:p>
        </w:tc>
        <w:tc>
          <w:tcPr>
            <w:tcW w:type="dxa" w:w="3513"/>
            <w:shd w:val="clear" w:color="auto" w:fill="FDE0E0"/>
            <w:vAlign w:val="center"/>
            <w:tcBorders>
              <w:left w:sz="6" w:val="single" w:color="D32F2F"/>
              <w:top w:sz="6" w:val="single" w:color="D32F2F"/>
              <w:right w:sz="6" w:val="single" w:color="D32F2F"/>
              <w:bottom w:sz="6" w:val="single" w:color="D32F2F"/>
            </w:tcBorders>
          </w:tcPr>
          <w:p>
            <w:pPr>
              <w:jc w:val="left"/>
            </w:pPr>
            <w:r>
              <w:rPr>
                <w:color w:val="3C3C3C"/>
                <w:sz w:val="20"/>
              </w:rPr>
              <w:t>Nom : ____________________</w:t>
              <w:br/>
              <w:t>Date : ____ / ____ / ______</w:t>
            </w:r>
          </w:p>
        </w:tc>
      </w:tr>
    </w:tbl>
    <w:p/>
    <w:tbl>
      <w:tblPr>
        <w:tblW w:type="auto" w:w="0"/>
        <w:jc w:val="left"/>
        <w:tblLook w:firstColumn="1" w:firstRow="1" w:lastColumn="0" w:lastRow="0" w:noHBand="0" w:noVBand="1" w:val="04A0"/>
      </w:tblPr>
      <w:tblGrid>
        <w:gridCol w:w="10540"/>
      </w:tblGrid>
      <w:tr>
        <w:tc>
          <w:tcPr>
            <w:tcW w:type="dxa" w:w="10540"/>
            <w:shd w:val="clear" w:color="auto" w:fill="212121"/>
            <w:tcBorders>
              <w:left w:sz="10" w:val="single" w:color="212121"/>
              <w:top w:sz="10" w:val="single" w:color="212121"/>
              <w:right w:sz="10" w:val="single" w:color="212121"/>
              <w:bottom w:sz="10" w:val="single" w:color="212121"/>
            </w:tcBorders>
          </w:tcPr>
          <w:p>
            <w:pPr>
              <w:jc w:val="left"/>
            </w:pPr>
            <w:r>
              <w:rPr>
                <w:b/>
                <w:color w:val="FFFFFF"/>
                <w:sz w:val="26"/>
              </w:rPr>
              <w:t xml:space="preserve">  🐞  Exercice B – J’écris les nombres</w:t>
            </w:r>
          </w:p>
        </w:tc>
      </w:tr>
    </w:tbl>
    <w:p/>
    <w:p>
      <w:pPr>
        <w:spacing w:after="120"/>
      </w:pPr>
      <w:r>
        <w:rPr>
          <w:sz w:val="22"/>
        </w:rPr>
        <w:t>Complète la suite des nombres.</w:t>
      </w:r>
    </w:p>
    <w:p>
      <w:r>
        <w:rPr>
          <w:b/>
          <w:sz w:val="24"/>
        </w:rPr>
        <w:t>0  1  2  3  4  5  6  7  8  9  10</w:t>
      </w:r>
    </w:p>
    <w:p>
      <w:r>
        <w:rPr>
          <w:sz w:val="24"/>
        </w:rPr>
        <w:t>0  1  __  3  __  5  __  7  __  9  __</w:t>
      </w:r>
    </w:p>
    <w:p>
      <w:r>
        <w:t>____________________________________________________________</w:t>
      </w:r>
    </w:p>
    <w:p>
      <w:r>
        <w:rPr>
          <w:sz w:val="24"/>
        </w:rPr>
        <w:t>__  1  2  __  4  __  6  __  8  __  10</w:t>
      </w:r>
    </w:p>
    <w:p>
      <w:r>
        <w:t>____________________________________________________________</w:t>
      </w:r>
    </w:p>
    <w:p>
      <w:r>
        <w:rPr>
          <w:sz w:val="24"/>
        </w:rPr>
        <w:t>10  9  __  7  __  5  __  3  __  1  __</w:t>
      </w:r>
    </w:p>
    <w:p>
      <w:r>
        <w:t>____________________________________________________________</w:t>
      </w:r>
    </w:p>
    <w:p/>
    <w:tbl>
      <w:tblPr>
        <w:tblW w:type="auto" w:w="0"/>
        <w:jc w:val="left"/>
        <w:tblLook w:firstColumn="1" w:firstRow="1" w:lastColumn="0" w:lastRow="0" w:noHBand="0" w:noVBand="1" w:val="04A0"/>
      </w:tblPr>
      <w:tblGrid>
        <w:gridCol w:w="10540"/>
      </w:tblGrid>
      <w:tr>
        <w:tc>
          <w:tcPr>
            <w:tcW w:type="dxa" w:w="10540"/>
            <w:shd w:val="clear" w:color="auto" w:fill="212121"/>
            <w:tcBorders>
              <w:left w:sz="10" w:val="single" w:color="212121"/>
              <w:top w:sz="10" w:val="single" w:color="212121"/>
              <w:right w:sz="10" w:val="single" w:color="212121"/>
              <w:bottom w:sz="10" w:val="single" w:color="212121"/>
            </w:tcBorders>
          </w:tcPr>
          <w:p>
            <w:pPr>
              <w:jc w:val="left"/>
            </w:pPr>
            <w:r>
              <w:rPr>
                <w:b/>
                <w:color w:val="FFFFFF"/>
                <w:sz w:val="26"/>
              </w:rPr>
              <w:t xml:space="preserve">  🐞  Exercice C – J’entoure la bonne réponse</w:t>
            </w:r>
          </w:p>
        </w:tc>
      </w:tr>
    </w:tbl>
    <w:p/>
    <w:p>
      <w:pPr>
        <w:spacing w:after="120"/>
      </w:pPr>
      <w:r>
        <w:rPr>
          <w:sz w:val="22"/>
        </w:rPr>
        <w:t>Compte les coccinelles, puis entoure le bon nombre.</w:t>
      </w:r>
    </w:p>
    <w:tbl>
      <w:tblPr>
        <w:tblW w:type="auto" w:w="0"/>
        <w:jc w:val="center"/>
        <w:tblLook w:firstColumn="1" w:firstRow="1" w:lastColumn="0" w:lastRow="0" w:noHBand="0" w:noVBand="1" w:val="04A0"/>
      </w:tblPr>
      <w:tblGrid>
        <w:gridCol w:w="5270"/>
        <w:gridCol w:w="5270"/>
      </w:tblGrid>
      <w:tr>
        <w:tc>
          <w:tcPr>
            <w:tcW w:type="dxa" w:w="5270"/>
            <w:vAlign w:val="center"/>
            <w:tcBorders>
              <w:left w:sz="6" w:val="single" w:color="BDBDBD"/>
              <w:top w:sz="6" w:val="single" w:color="BDBDBD"/>
              <w:right w:sz="6" w:val="single" w:color="BDBDBD"/>
              <w:bottom w:sz="6" w:val="single" w:color="BDBDBD"/>
            </w:tcBorders>
          </w:tcPr>
          <w:p>
            <w:pPr>
              <w:jc w:val="center"/>
            </w:pPr>
            <w:r>
              <w:rPr>
                <w:sz w:val="24"/>
              </w:rPr>
              <w:t>🐞 🐞</w:t>
            </w:r>
          </w:p>
        </w:tc>
        <w:tc>
          <w:tcPr>
            <w:tcW w:type="dxa" w:w="5270"/>
            <w:vAlign w:val="center"/>
            <w:tcBorders>
              <w:left w:sz="6" w:val="single" w:color="BDBDBD"/>
              <w:top w:sz="6" w:val="single" w:color="BDBDBD"/>
              <w:right w:sz="6" w:val="single" w:color="BDBDBD"/>
              <w:bottom w:sz="6" w:val="single" w:color="BDBDBD"/>
            </w:tcBorders>
          </w:tcPr>
          <w:p>
            <w:pPr>
              <w:jc w:val="center"/>
            </w:pPr>
            <w:r>
              <w:rPr>
                <w:sz w:val="24"/>
              </w:rPr>
              <w:t>(1)   (2)   (3)   ☐</w:t>
            </w:r>
          </w:p>
        </w:tc>
      </w:tr>
      <w:tr>
        <w:tc>
          <w:tcPr>
            <w:tcW w:type="dxa" w:w="5270"/>
            <w:vAlign w:val="center"/>
            <w:tcBorders>
              <w:left w:sz="6" w:val="single" w:color="BDBDBD"/>
              <w:top w:sz="6" w:val="single" w:color="BDBDBD"/>
              <w:right w:sz="6" w:val="single" w:color="BDBDBD"/>
              <w:bottom w:sz="6" w:val="single" w:color="BDBDBD"/>
            </w:tcBorders>
          </w:tcPr>
          <w:p>
            <w:pPr>
              <w:jc w:val="center"/>
            </w:pPr>
            <w:r>
              <w:rPr>
                <w:sz w:val="24"/>
              </w:rPr>
              <w:t>🐞 🐞 🐞 🐞 🐞</w:t>
            </w:r>
          </w:p>
        </w:tc>
        <w:tc>
          <w:tcPr>
            <w:tcW w:type="dxa" w:w="5270"/>
            <w:vAlign w:val="center"/>
            <w:tcBorders>
              <w:left w:sz="6" w:val="single" w:color="BDBDBD"/>
              <w:top w:sz="6" w:val="single" w:color="BDBDBD"/>
              <w:right w:sz="6" w:val="single" w:color="BDBDBD"/>
              <w:bottom w:sz="6" w:val="single" w:color="BDBDBD"/>
            </w:tcBorders>
          </w:tcPr>
          <w:p>
            <w:pPr>
              <w:jc w:val="center"/>
            </w:pPr>
            <w:r>
              <w:rPr>
                <w:sz w:val="24"/>
              </w:rPr>
              <w:t>(4)   (5)   (6)   ☐</w:t>
            </w:r>
          </w:p>
        </w:tc>
      </w:tr>
      <w:tr>
        <w:tc>
          <w:tcPr>
            <w:tcW w:type="dxa" w:w="5270"/>
            <w:vAlign w:val="center"/>
            <w:tcBorders>
              <w:left w:sz="6" w:val="single" w:color="BDBDBD"/>
              <w:top w:sz="6" w:val="single" w:color="BDBDBD"/>
              <w:right w:sz="6" w:val="single" w:color="BDBDBD"/>
              <w:bottom w:sz="6" w:val="single" w:color="BDBDBD"/>
            </w:tcBorders>
          </w:tcPr>
          <w:p>
            <w:pPr>
              <w:jc w:val="center"/>
            </w:pPr>
            <w:r>
              <w:rPr>
                <w:sz w:val="24"/>
              </w:rPr>
              <w:t>🐞 🐞 🐞 🐞 🐞 🐞 🐞</w:t>
            </w:r>
          </w:p>
        </w:tc>
        <w:tc>
          <w:tcPr>
            <w:tcW w:type="dxa" w:w="5270"/>
            <w:vAlign w:val="center"/>
            <w:tcBorders>
              <w:left w:sz="6" w:val="single" w:color="BDBDBD"/>
              <w:top w:sz="6" w:val="single" w:color="BDBDBD"/>
              <w:right w:sz="6" w:val="single" w:color="BDBDBD"/>
              <w:bottom w:sz="6" w:val="single" w:color="BDBDBD"/>
            </w:tcBorders>
          </w:tcPr>
          <w:p>
            <w:pPr>
              <w:jc w:val="center"/>
            </w:pPr>
            <w:r>
              <w:rPr>
                <w:sz w:val="24"/>
              </w:rPr>
              <w:t>(6)   (7)   (8)   ☐</w:t>
            </w:r>
          </w:p>
        </w:tc>
      </w:tr>
      <w:tr>
        <w:tc>
          <w:tcPr>
            <w:tcW w:type="dxa" w:w="5270"/>
            <w:vAlign w:val="center"/>
            <w:tcBorders>
              <w:left w:sz="6" w:val="single" w:color="BDBDBD"/>
              <w:top w:sz="6" w:val="single" w:color="BDBDBD"/>
              <w:right w:sz="6" w:val="single" w:color="BDBDBD"/>
              <w:bottom w:sz="6" w:val="single" w:color="BDBDBD"/>
            </w:tcBorders>
          </w:tcPr>
          <w:p>
            <w:pPr>
              <w:jc w:val="center"/>
            </w:pPr>
            <w:r>
              <w:rPr>
                <w:sz w:val="24"/>
              </w:rPr>
              <w:t>🐞 🐞 🐞 🐞 🐞 🐞 🐞 🐞 🐞</w:t>
            </w:r>
          </w:p>
        </w:tc>
        <w:tc>
          <w:tcPr>
            <w:tcW w:type="dxa" w:w="5270"/>
            <w:vAlign w:val="center"/>
            <w:tcBorders>
              <w:left w:sz="6" w:val="single" w:color="BDBDBD"/>
              <w:top w:sz="6" w:val="single" w:color="BDBDBD"/>
              <w:right w:sz="6" w:val="single" w:color="BDBDBD"/>
              <w:bottom w:sz="6" w:val="single" w:color="BDBDBD"/>
            </w:tcBorders>
          </w:tcPr>
          <w:p>
            <w:pPr>
              <w:jc w:val="center"/>
            </w:pPr>
            <w:r>
              <w:rPr>
                <w:sz w:val="24"/>
              </w:rPr>
              <w:t>(8)   (9)   (10)   ☐</w:t>
            </w:r>
          </w:p>
        </w:tc>
      </w:tr>
      <w:tr>
        <w:tc>
          <w:tcPr>
            <w:tcW w:type="dxa" w:w="5270"/>
            <w:vAlign w:val="center"/>
            <w:tcBorders>
              <w:left w:sz="6" w:val="single" w:color="BDBDBD"/>
              <w:top w:sz="6" w:val="single" w:color="BDBDBD"/>
              <w:right w:sz="6" w:val="single" w:color="BDBDBD"/>
              <w:bottom w:sz="6" w:val="single" w:color="BDBDBD"/>
            </w:tcBorders>
          </w:tcPr>
          <w:p>
            <w:pPr>
              <w:jc w:val="center"/>
            </w:pPr>
            <w:r>
              <w:rPr>
                <w:sz w:val="24"/>
              </w:rPr>
              <w:t>🐞 🐞 🐞</w:t>
            </w:r>
          </w:p>
        </w:tc>
        <w:tc>
          <w:tcPr>
            <w:tcW w:type="dxa" w:w="5270"/>
            <w:vAlign w:val="center"/>
            <w:tcBorders>
              <w:left w:sz="6" w:val="single" w:color="BDBDBD"/>
              <w:top w:sz="6" w:val="single" w:color="BDBDBD"/>
              <w:right w:sz="6" w:val="single" w:color="BDBDBD"/>
              <w:bottom w:sz="6" w:val="single" w:color="BDBDBD"/>
            </w:tcBorders>
          </w:tcPr>
          <w:p>
            <w:pPr>
              <w:jc w:val="center"/>
            </w:pPr>
            <w:r>
              <w:rPr>
                <w:sz w:val="24"/>
              </w:rPr>
              <w:t>(2)   (3)   (4)   ☐</w:t>
            </w:r>
          </w:p>
        </w:tc>
      </w:tr>
      <w:tr>
        <w:tc>
          <w:tcPr>
            <w:tcW w:type="dxa" w:w="5270"/>
            <w:vAlign w:val="center"/>
            <w:tcBorders>
              <w:left w:sz="6" w:val="single" w:color="BDBDBD"/>
              <w:top w:sz="6" w:val="single" w:color="BDBDBD"/>
              <w:right w:sz="6" w:val="single" w:color="BDBDBD"/>
              <w:bottom w:sz="6" w:val="single" w:color="BDBDBD"/>
            </w:tcBorders>
          </w:tcPr>
          <w:p>
            <w:pPr>
              <w:jc w:val="center"/>
            </w:pPr>
            <w:r>
              <w:rPr>
                <w:sz w:val="24"/>
              </w:rPr>
              <w:t>🐞 🐞 🐞 🐞 🐞 🐞 🐞 🐞 🐞 🐞</w:t>
            </w:r>
          </w:p>
        </w:tc>
        <w:tc>
          <w:tcPr>
            <w:tcW w:type="dxa" w:w="5270"/>
            <w:vAlign w:val="center"/>
            <w:tcBorders>
              <w:left w:sz="6" w:val="single" w:color="BDBDBD"/>
              <w:top w:sz="6" w:val="single" w:color="BDBDBD"/>
              <w:right w:sz="6" w:val="single" w:color="BDBDBD"/>
              <w:bottom w:sz="6" w:val="single" w:color="BDBDBD"/>
            </w:tcBorders>
          </w:tcPr>
          <w:p>
            <w:pPr>
              <w:jc w:val="center"/>
            </w:pPr>
            <w:r>
              <w:rPr>
                <w:sz w:val="24"/>
              </w:rPr>
              <w:t>(9)   (10)   (11)   ☐</w:t>
            </w:r>
          </w:p>
        </w:tc>
      </w:tr>
    </w:tbl>
    <w:p/>
    <w:p>
      <w:r>
        <w:br w:type="page"/>
      </w:r>
    </w:p>
    <w:tbl>
      <w:tblPr>
        <w:tblW w:type="auto" w:w="0"/>
        <w:jc w:val="center"/>
        <w:tblLayout w:type="autofit"/>
        <w:tblLook w:firstColumn="1" w:firstRow="1" w:lastColumn="0" w:lastRow="0" w:noHBand="0" w:noVBand="1" w:val="04A0"/>
      </w:tblPr>
      <w:tblGrid>
        <w:gridCol w:w="3513"/>
        <w:gridCol w:w="3513"/>
        <w:gridCol w:w="3513"/>
      </w:tblGrid>
      <w:tr>
        <w:tc>
          <w:tcPr>
            <w:tcW w:type="dxa" w:w="3513"/>
            <w:shd w:val="clear" w:color="auto" w:fill="FDE0E0"/>
            <w:vAlign w:val="center"/>
            <w:tcBorders>
              <w:left w:sz="6" w:val="single" w:color="D32F2F"/>
              <w:top w:sz="6" w:val="single" w:color="D32F2F"/>
              <w:right w:sz="6" w:val="single" w:color="D32F2F"/>
              <w:bottom w:sz="6" w:val="single" w:color="D32F2F"/>
            </w:tcBorders>
          </w:tcPr>
          <w:p>
            <w:pPr>
              <w:jc w:val="center"/>
            </w:pPr>
            <w:r>
              <w:rPr>
                <w:sz w:val="48"/>
              </w:rPr>
              <w:t>🐞</w:t>
            </w:r>
          </w:p>
        </w:tc>
        <w:tc>
          <w:tcPr>
            <w:tcW w:type="dxa" w:w="3513"/>
            <w:shd w:val="clear" w:color="auto" w:fill="FDE0E0"/>
            <w:vAlign w:val="center"/>
            <w:tcBorders>
              <w:left w:sz="6" w:val="single" w:color="D32F2F"/>
              <w:top w:sz="6" w:val="single" w:color="D32F2F"/>
              <w:right w:sz="6" w:val="single" w:color="D32F2F"/>
              <w:bottom w:sz="6" w:val="single" w:color="D32F2F"/>
            </w:tcBorders>
          </w:tcPr>
          <w:p>
            <w:pPr>
              <w:jc w:val="center"/>
            </w:pPr>
            <w:r>
              <w:rPr>
                <w:b/>
                <w:color w:val="D32F2F"/>
                <w:sz w:val="36"/>
              </w:rPr>
              <w:t>Fiche 2</w:t>
            </w:r>
            <w:r>
              <w:br/>
            </w:r>
            <w:r>
              <w:rPr>
                <w:color w:val="505050"/>
                <w:sz w:val="22"/>
              </w:rPr>
              <w:t>Comparer et ranger (0 à 20)</w:t>
            </w:r>
          </w:p>
        </w:tc>
        <w:tc>
          <w:tcPr>
            <w:tcW w:type="dxa" w:w="3513"/>
            <w:shd w:val="clear" w:color="auto" w:fill="FDE0E0"/>
            <w:vAlign w:val="center"/>
            <w:tcBorders>
              <w:left w:sz="6" w:val="single" w:color="D32F2F"/>
              <w:top w:sz="6" w:val="single" w:color="D32F2F"/>
              <w:right w:sz="6" w:val="single" w:color="D32F2F"/>
              <w:bottom w:sz="6" w:val="single" w:color="D32F2F"/>
            </w:tcBorders>
          </w:tcPr>
          <w:p>
            <w:pPr>
              <w:jc w:val="left"/>
            </w:pPr>
            <w:r>
              <w:rPr>
                <w:color w:val="3C3C3C"/>
                <w:sz w:val="20"/>
              </w:rPr>
              <w:t>Nom : ____________________</w:t>
              <w:br/>
              <w:t>Date : ____ / ____ / ______</w:t>
            </w:r>
          </w:p>
        </w:tc>
      </w:tr>
    </w:tbl>
    <w:p/>
    <w:tbl>
      <w:tblPr>
        <w:tblW w:type="auto" w:w="0"/>
        <w:jc w:val="left"/>
        <w:tblLook w:firstColumn="1" w:firstRow="1" w:lastColumn="0" w:lastRow="0" w:noHBand="0" w:noVBand="1" w:val="04A0"/>
      </w:tblPr>
      <w:tblGrid>
        <w:gridCol w:w="10540"/>
      </w:tblGrid>
      <w:tr>
        <w:tc>
          <w:tcPr>
            <w:tcW w:type="dxa" w:w="10540"/>
            <w:shd w:val="clear" w:color="auto" w:fill="212121"/>
            <w:tcBorders>
              <w:left w:sz="10" w:val="single" w:color="212121"/>
              <w:top w:sz="10" w:val="single" w:color="212121"/>
              <w:right w:sz="10" w:val="single" w:color="212121"/>
              <w:bottom w:sz="10" w:val="single" w:color="212121"/>
            </w:tcBorders>
          </w:tcPr>
          <w:p>
            <w:pPr>
              <w:jc w:val="left"/>
            </w:pPr>
            <w:r>
              <w:rPr>
                <w:b/>
                <w:color w:val="FFFFFF"/>
                <w:sz w:val="26"/>
              </w:rPr>
              <w:t xml:space="preserve">  🐞  Exercice A – Je compare</w:t>
            </w:r>
          </w:p>
        </w:tc>
      </w:tr>
    </w:tbl>
    <w:p/>
    <w:p>
      <w:pPr>
        <w:spacing w:after="120"/>
      </w:pPr>
      <w:r>
        <w:rPr>
          <w:sz w:val="22"/>
        </w:rPr>
        <w:t>Écris le bon signe dans la case :  &gt;   &lt;   =</w:t>
      </w:r>
    </w:p>
    <w:tbl>
      <w:tblPr>
        <w:tblW w:type="auto" w:w="0"/>
        <w:jc w:val="center"/>
        <w:tblLook w:firstColumn="1" w:firstRow="1" w:lastColumn="0" w:lastRow="0" w:noHBand="0" w:noVBand="1" w:val="04A0"/>
      </w:tblPr>
      <w:tblGrid>
        <w:gridCol w:w="2635"/>
        <w:gridCol w:w="2635"/>
        <w:gridCol w:w="2635"/>
        <w:gridCol w:w="2635"/>
      </w:tblGrid>
      <w:tr>
        <w:tc>
          <w:tcPr>
            <w:tcW w:type="dxa" w:w="2635"/>
            <w:vAlign w:val="center"/>
            <w:tcBorders>
              <w:left w:sz="6" w:val="single" w:color="BDBDBD"/>
              <w:top w:sz="6" w:val="single" w:color="BDBDBD"/>
              <w:right w:sz="6" w:val="single" w:color="BDBDBD"/>
              <w:bottom w:sz="6" w:val="single" w:color="BDBDBD"/>
            </w:tcBorders>
          </w:tcPr>
          <w:p>
            <w:pPr>
              <w:jc w:val="center"/>
            </w:pPr>
            <w:r>
              <w:rPr>
                <w:sz w:val="28"/>
              </w:rPr>
              <w:t>3   ☐   5</w:t>
            </w:r>
          </w:p>
        </w:tc>
        <w:tc>
          <w:tcPr>
            <w:tcW w:type="dxa" w:w="2635"/>
            <w:vAlign w:val="center"/>
            <w:tcBorders>
              <w:left w:sz="6" w:val="single" w:color="BDBDBD"/>
              <w:top w:sz="6" w:val="single" w:color="BDBDBD"/>
              <w:right w:sz="6" w:val="single" w:color="BDBDBD"/>
              <w:bottom w:sz="6" w:val="single" w:color="BDBDBD"/>
            </w:tcBorders>
          </w:tcPr>
          <w:p>
            <w:pPr>
              <w:jc w:val="center"/>
            </w:pPr>
            <w:r>
              <w:rPr>
                <w:sz w:val="28"/>
              </w:rPr>
              <w:t xml:space="preserve"> </w:t>
            </w:r>
          </w:p>
        </w:tc>
        <w:tc>
          <w:tcPr>
            <w:tcW w:type="dxa" w:w="2635"/>
            <w:vAlign w:val="center"/>
            <w:tcBorders>
              <w:left w:sz="6" w:val="single" w:color="BDBDBD"/>
              <w:top w:sz="6" w:val="single" w:color="BDBDBD"/>
              <w:right w:sz="6" w:val="single" w:color="BDBDBD"/>
              <w:bottom w:sz="6" w:val="single" w:color="BDBDBD"/>
            </w:tcBorders>
          </w:tcPr>
          <w:p>
            <w:pPr>
              <w:jc w:val="center"/>
            </w:pPr>
            <w:r>
              <w:rPr>
                <w:sz w:val="28"/>
              </w:rPr>
              <w:t>10   ☐   10</w:t>
            </w:r>
          </w:p>
        </w:tc>
        <w:tc>
          <w:tcPr>
            <w:tcW w:type="dxa" w:w="2635"/>
            <w:vAlign w:val="center"/>
            <w:tcBorders>
              <w:left w:sz="6" w:val="single" w:color="BDBDBD"/>
              <w:top w:sz="6" w:val="single" w:color="BDBDBD"/>
              <w:right w:sz="6" w:val="single" w:color="BDBDBD"/>
              <w:bottom w:sz="6" w:val="single" w:color="BDBDBD"/>
            </w:tcBorders>
          </w:tcPr>
          <w:p>
            <w:pPr>
              <w:jc w:val="center"/>
            </w:pPr>
            <w:r>
              <w:rPr>
                <w:sz w:val="28"/>
              </w:rPr>
              <w:t xml:space="preserve"> </w:t>
            </w:r>
          </w:p>
        </w:tc>
      </w:tr>
      <w:tr>
        <w:tc>
          <w:tcPr>
            <w:tcW w:type="dxa" w:w="2635"/>
            <w:vAlign w:val="center"/>
            <w:tcBorders>
              <w:left w:sz="6" w:val="single" w:color="BDBDBD"/>
              <w:top w:sz="6" w:val="single" w:color="BDBDBD"/>
              <w:right w:sz="6" w:val="single" w:color="BDBDBD"/>
              <w:bottom w:sz="6" w:val="single" w:color="BDBDBD"/>
            </w:tcBorders>
          </w:tcPr>
          <w:p>
            <w:pPr>
              <w:jc w:val="center"/>
            </w:pPr>
            <w:r>
              <w:rPr>
                <w:sz w:val="28"/>
              </w:rPr>
              <w:t>7   ☐   2</w:t>
            </w:r>
          </w:p>
        </w:tc>
        <w:tc>
          <w:tcPr>
            <w:tcW w:type="dxa" w:w="2635"/>
            <w:vAlign w:val="center"/>
            <w:tcBorders>
              <w:left w:sz="6" w:val="single" w:color="BDBDBD"/>
              <w:top w:sz="6" w:val="single" w:color="BDBDBD"/>
              <w:right w:sz="6" w:val="single" w:color="BDBDBD"/>
              <w:bottom w:sz="6" w:val="single" w:color="BDBDBD"/>
            </w:tcBorders>
          </w:tcPr>
          <w:p>
            <w:pPr>
              <w:jc w:val="center"/>
            </w:pPr>
            <w:r>
              <w:rPr>
                <w:sz w:val="28"/>
              </w:rPr>
              <w:t xml:space="preserve"> </w:t>
            </w:r>
          </w:p>
        </w:tc>
        <w:tc>
          <w:tcPr>
            <w:tcW w:type="dxa" w:w="2635"/>
            <w:vAlign w:val="center"/>
            <w:tcBorders>
              <w:left w:sz="6" w:val="single" w:color="BDBDBD"/>
              <w:top w:sz="6" w:val="single" w:color="BDBDBD"/>
              <w:right w:sz="6" w:val="single" w:color="BDBDBD"/>
              <w:bottom w:sz="6" w:val="single" w:color="BDBDBD"/>
            </w:tcBorders>
          </w:tcPr>
          <w:p>
            <w:pPr>
              <w:jc w:val="center"/>
            </w:pPr>
            <w:r>
              <w:rPr>
                <w:sz w:val="28"/>
              </w:rPr>
              <w:t>12   ☐   9</w:t>
            </w:r>
          </w:p>
        </w:tc>
        <w:tc>
          <w:tcPr>
            <w:tcW w:type="dxa" w:w="2635"/>
            <w:vAlign w:val="center"/>
            <w:tcBorders>
              <w:left w:sz="6" w:val="single" w:color="BDBDBD"/>
              <w:top w:sz="6" w:val="single" w:color="BDBDBD"/>
              <w:right w:sz="6" w:val="single" w:color="BDBDBD"/>
              <w:bottom w:sz="6" w:val="single" w:color="BDBDBD"/>
            </w:tcBorders>
          </w:tcPr>
          <w:p>
            <w:pPr>
              <w:jc w:val="center"/>
            </w:pPr>
            <w:r>
              <w:rPr>
                <w:sz w:val="28"/>
              </w:rPr>
              <w:t xml:space="preserve"> </w:t>
            </w:r>
          </w:p>
        </w:tc>
      </w:tr>
      <w:tr>
        <w:tc>
          <w:tcPr>
            <w:tcW w:type="dxa" w:w="2635"/>
            <w:vAlign w:val="center"/>
            <w:tcBorders>
              <w:left w:sz="6" w:val="single" w:color="BDBDBD"/>
              <w:top w:sz="6" w:val="single" w:color="BDBDBD"/>
              <w:right w:sz="6" w:val="single" w:color="BDBDBD"/>
              <w:bottom w:sz="6" w:val="single" w:color="BDBDBD"/>
            </w:tcBorders>
          </w:tcPr>
          <w:p>
            <w:pPr>
              <w:jc w:val="center"/>
            </w:pPr>
            <w:r>
              <w:rPr>
                <w:sz w:val="28"/>
              </w:rPr>
              <w:t>14   ☐   18</w:t>
            </w:r>
          </w:p>
        </w:tc>
        <w:tc>
          <w:tcPr>
            <w:tcW w:type="dxa" w:w="2635"/>
            <w:vAlign w:val="center"/>
            <w:tcBorders>
              <w:left w:sz="6" w:val="single" w:color="BDBDBD"/>
              <w:top w:sz="6" w:val="single" w:color="BDBDBD"/>
              <w:right w:sz="6" w:val="single" w:color="BDBDBD"/>
              <w:bottom w:sz="6" w:val="single" w:color="BDBDBD"/>
            </w:tcBorders>
          </w:tcPr>
          <w:p>
            <w:pPr>
              <w:jc w:val="center"/>
            </w:pPr>
            <w:r>
              <w:rPr>
                <w:sz w:val="28"/>
              </w:rPr>
              <w:t xml:space="preserve"> </w:t>
            </w:r>
          </w:p>
        </w:tc>
        <w:tc>
          <w:tcPr>
            <w:tcW w:type="dxa" w:w="2635"/>
            <w:vAlign w:val="center"/>
            <w:tcBorders>
              <w:left w:sz="6" w:val="single" w:color="BDBDBD"/>
              <w:top w:sz="6" w:val="single" w:color="BDBDBD"/>
              <w:right w:sz="6" w:val="single" w:color="BDBDBD"/>
              <w:bottom w:sz="6" w:val="single" w:color="BDBDBD"/>
            </w:tcBorders>
          </w:tcPr>
          <w:p>
            <w:pPr>
              <w:jc w:val="center"/>
            </w:pPr>
            <w:r>
              <w:rPr>
                <w:sz w:val="28"/>
              </w:rPr>
              <w:t>20   ☐   16</w:t>
            </w:r>
          </w:p>
        </w:tc>
        <w:tc>
          <w:tcPr>
            <w:tcW w:type="dxa" w:w="2635"/>
            <w:vAlign w:val="center"/>
            <w:tcBorders>
              <w:left w:sz="6" w:val="single" w:color="BDBDBD"/>
              <w:top w:sz="6" w:val="single" w:color="BDBDBD"/>
              <w:right w:sz="6" w:val="single" w:color="BDBDBD"/>
              <w:bottom w:sz="6" w:val="single" w:color="BDBDBD"/>
            </w:tcBorders>
          </w:tcPr>
          <w:p>
            <w:pPr>
              <w:jc w:val="center"/>
            </w:pPr>
            <w:r>
              <w:rPr>
                <w:sz w:val="28"/>
              </w:rPr>
              <w:t xml:space="preserve"> </w:t>
            </w:r>
          </w:p>
        </w:tc>
      </w:tr>
      <w:tr>
        <w:tc>
          <w:tcPr>
            <w:tcW w:type="dxa" w:w="2635"/>
            <w:vAlign w:val="center"/>
            <w:tcBorders>
              <w:left w:sz="6" w:val="single" w:color="BDBDBD"/>
              <w:top w:sz="6" w:val="single" w:color="BDBDBD"/>
              <w:right w:sz="6" w:val="single" w:color="BDBDBD"/>
              <w:bottom w:sz="6" w:val="single" w:color="BDBDBD"/>
            </w:tcBorders>
          </w:tcPr>
          <w:p>
            <w:pPr>
              <w:jc w:val="center"/>
            </w:pPr>
            <w:r>
              <w:rPr>
                <w:sz w:val="28"/>
              </w:rPr>
              <w:t>0   ☐   4</w:t>
            </w:r>
          </w:p>
        </w:tc>
        <w:tc>
          <w:tcPr>
            <w:tcW w:type="dxa" w:w="2635"/>
            <w:vAlign w:val="center"/>
            <w:tcBorders>
              <w:left w:sz="6" w:val="single" w:color="BDBDBD"/>
              <w:top w:sz="6" w:val="single" w:color="BDBDBD"/>
              <w:right w:sz="6" w:val="single" w:color="BDBDBD"/>
              <w:bottom w:sz="6" w:val="single" w:color="BDBDBD"/>
            </w:tcBorders>
          </w:tcPr>
          <w:p>
            <w:pPr>
              <w:jc w:val="center"/>
            </w:pPr>
            <w:r>
              <w:rPr>
                <w:sz w:val="28"/>
              </w:rPr>
              <w:t xml:space="preserve"> </w:t>
            </w:r>
          </w:p>
        </w:tc>
        <w:tc>
          <w:tcPr>
            <w:tcW w:type="dxa" w:w="2635"/>
            <w:vAlign w:val="center"/>
            <w:tcBorders>
              <w:left w:sz="6" w:val="single" w:color="BDBDBD"/>
              <w:top w:sz="6" w:val="single" w:color="BDBDBD"/>
              <w:right w:sz="6" w:val="single" w:color="BDBDBD"/>
              <w:bottom w:sz="6" w:val="single" w:color="BDBDBD"/>
            </w:tcBorders>
          </w:tcPr>
          <w:p>
            <w:pPr>
              <w:jc w:val="center"/>
            </w:pPr>
            <w:r>
              <w:rPr>
                <w:sz w:val="28"/>
              </w:rPr>
              <w:t>11   ☐   13</w:t>
            </w:r>
          </w:p>
        </w:tc>
        <w:tc>
          <w:tcPr>
            <w:tcW w:type="dxa" w:w="2635"/>
            <w:vAlign w:val="center"/>
            <w:tcBorders>
              <w:left w:sz="6" w:val="single" w:color="BDBDBD"/>
              <w:top w:sz="6" w:val="single" w:color="BDBDBD"/>
              <w:right w:sz="6" w:val="single" w:color="BDBDBD"/>
              <w:bottom w:sz="6" w:val="single" w:color="BDBDBD"/>
            </w:tcBorders>
          </w:tcPr>
          <w:p>
            <w:pPr>
              <w:jc w:val="center"/>
            </w:pPr>
            <w:r>
              <w:rPr>
                <w:sz w:val="28"/>
              </w:rPr>
              <w:t xml:space="preserve"> </w:t>
            </w:r>
          </w:p>
        </w:tc>
      </w:tr>
      <w:tr>
        <w:tc>
          <w:tcPr>
            <w:tcW w:type="dxa" w:w="2635"/>
            <w:vAlign w:val="center"/>
            <w:tcBorders>
              <w:left w:sz="6" w:val="single" w:color="BDBDBD"/>
              <w:top w:sz="6" w:val="single" w:color="BDBDBD"/>
              <w:right w:sz="6" w:val="single" w:color="BDBDBD"/>
              <w:bottom w:sz="6" w:val="single" w:color="BDBDBD"/>
            </w:tcBorders>
          </w:tcPr>
          <w:p>
            <w:pPr>
              <w:jc w:val="center"/>
            </w:pPr>
            <w:r>
              <w:rPr>
                <w:sz w:val="28"/>
              </w:rPr>
              <w:t>6   ☐   6</w:t>
            </w:r>
          </w:p>
        </w:tc>
        <w:tc>
          <w:tcPr>
            <w:tcW w:type="dxa" w:w="2635"/>
            <w:vAlign w:val="center"/>
            <w:tcBorders>
              <w:left w:sz="6" w:val="single" w:color="BDBDBD"/>
              <w:top w:sz="6" w:val="single" w:color="BDBDBD"/>
              <w:right w:sz="6" w:val="single" w:color="BDBDBD"/>
              <w:bottom w:sz="6" w:val="single" w:color="BDBDBD"/>
            </w:tcBorders>
          </w:tcPr>
          <w:p>
            <w:pPr>
              <w:jc w:val="center"/>
            </w:pPr>
            <w:r>
              <w:rPr>
                <w:sz w:val="28"/>
              </w:rPr>
              <w:t xml:space="preserve"> </w:t>
            </w:r>
          </w:p>
        </w:tc>
        <w:tc>
          <w:tcPr>
            <w:tcW w:type="dxa" w:w="2635"/>
            <w:vAlign w:val="center"/>
            <w:tcBorders>
              <w:left w:sz="6" w:val="single" w:color="BDBDBD"/>
              <w:top w:sz="6" w:val="single" w:color="BDBDBD"/>
              <w:right w:sz="6" w:val="single" w:color="BDBDBD"/>
              <w:bottom w:sz="6" w:val="single" w:color="BDBDBD"/>
            </w:tcBorders>
          </w:tcPr>
          <w:p>
            <w:pPr>
              <w:jc w:val="center"/>
            </w:pPr>
            <w:r>
              <w:rPr>
                <w:sz w:val="28"/>
              </w:rPr>
              <w:t>19   ☐   15</w:t>
            </w:r>
          </w:p>
        </w:tc>
        <w:tc>
          <w:tcPr>
            <w:tcW w:type="dxa" w:w="2635"/>
            <w:vAlign w:val="center"/>
            <w:tcBorders>
              <w:left w:sz="6" w:val="single" w:color="BDBDBD"/>
              <w:top w:sz="6" w:val="single" w:color="BDBDBD"/>
              <w:right w:sz="6" w:val="single" w:color="BDBDBD"/>
              <w:bottom w:sz="6" w:val="single" w:color="BDBDBD"/>
            </w:tcBorders>
          </w:tcPr>
          <w:p>
            <w:pPr>
              <w:jc w:val="center"/>
            </w:pPr>
            <w:r>
              <w:rPr>
                <w:sz w:val="28"/>
              </w:rPr>
              <w:t xml:space="preserve"> </w:t>
            </w:r>
          </w:p>
        </w:tc>
      </w:tr>
      <w:tr>
        <w:tc>
          <w:tcPr>
            <w:tcW w:type="dxa" w:w="2635"/>
            <w:vAlign w:val="center"/>
            <w:tcBorders>
              <w:left w:sz="6" w:val="single" w:color="BDBDBD"/>
              <w:top w:sz="6" w:val="single" w:color="BDBDBD"/>
              <w:right w:sz="6" w:val="single" w:color="BDBDBD"/>
              <w:bottom w:sz="6" w:val="single" w:color="BDBDBD"/>
            </w:tcBorders>
          </w:tcPr>
          <w:p>
            <w:pPr>
              <w:jc w:val="center"/>
            </w:pPr>
            <w:r>
              <w:rPr>
                <w:sz w:val="28"/>
              </w:rPr>
              <w:t>8   ☐   1</w:t>
            </w:r>
          </w:p>
        </w:tc>
        <w:tc>
          <w:tcPr>
            <w:tcW w:type="dxa" w:w="2635"/>
            <w:vAlign w:val="center"/>
            <w:tcBorders>
              <w:left w:sz="6" w:val="single" w:color="BDBDBD"/>
              <w:top w:sz="6" w:val="single" w:color="BDBDBD"/>
              <w:right w:sz="6" w:val="single" w:color="BDBDBD"/>
              <w:bottom w:sz="6" w:val="single" w:color="BDBDBD"/>
            </w:tcBorders>
          </w:tcPr>
          <w:p>
            <w:pPr>
              <w:jc w:val="center"/>
            </w:pPr>
            <w:r>
              <w:rPr>
                <w:sz w:val="28"/>
              </w:rPr>
              <w:t xml:space="preserve"> </w:t>
            </w:r>
          </w:p>
        </w:tc>
        <w:tc>
          <w:tcPr>
            <w:tcW w:type="dxa" w:w="2635"/>
            <w:vAlign w:val="center"/>
            <w:tcBorders>
              <w:left w:sz="6" w:val="single" w:color="BDBDBD"/>
              <w:top w:sz="6" w:val="single" w:color="BDBDBD"/>
              <w:right w:sz="6" w:val="single" w:color="BDBDBD"/>
              <w:bottom w:sz="6" w:val="single" w:color="BDBDBD"/>
            </w:tcBorders>
          </w:tcPr>
          <w:p>
            <w:pPr>
              <w:jc w:val="center"/>
            </w:pPr>
            <w:r>
              <w:rPr>
                <w:sz w:val="28"/>
              </w:rPr>
              <w:t>17   ☐   17</w:t>
            </w:r>
          </w:p>
        </w:tc>
        <w:tc>
          <w:tcPr>
            <w:tcW w:type="dxa" w:w="2635"/>
            <w:vAlign w:val="center"/>
            <w:tcBorders>
              <w:left w:sz="6" w:val="single" w:color="BDBDBD"/>
              <w:top w:sz="6" w:val="single" w:color="BDBDBD"/>
              <w:right w:sz="6" w:val="single" w:color="BDBDBD"/>
              <w:bottom w:sz="6" w:val="single" w:color="BDBDBD"/>
            </w:tcBorders>
          </w:tcPr>
          <w:p>
            <w:pPr>
              <w:jc w:val="center"/>
            </w:pPr>
            <w:r>
              <w:rPr>
                <w:sz w:val="28"/>
              </w:rPr>
              <w:t xml:space="preserve"> </w:t>
            </w:r>
          </w:p>
        </w:tc>
      </w:tr>
    </w:tbl>
    <w:p/>
    <w:tbl>
      <w:tblPr>
        <w:tblW w:type="auto" w:w="0"/>
        <w:jc w:val="left"/>
        <w:tblLook w:firstColumn="1" w:firstRow="1" w:lastColumn="0" w:lastRow="0" w:noHBand="0" w:noVBand="1" w:val="04A0"/>
      </w:tblPr>
      <w:tblGrid>
        <w:gridCol w:w="10540"/>
      </w:tblGrid>
      <w:tr>
        <w:tc>
          <w:tcPr>
            <w:tcW w:type="dxa" w:w="10540"/>
            <w:shd w:val="clear" w:color="auto" w:fill="212121"/>
            <w:tcBorders>
              <w:left w:sz="10" w:val="single" w:color="212121"/>
              <w:top w:sz="10" w:val="single" w:color="212121"/>
              <w:right w:sz="10" w:val="single" w:color="212121"/>
              <w:bottom w:sz="10" w:val="single" w:color="212121"/>
            </w:tcBorders>
          </w:tcPr>
          <w:p>
            <w:pPr>
              <w:jc w:val="left"/>
            </w:pPr>
            <w:r>
              <w:rPr>
                <w:b/>
                <w:color w:val="FFFFFF"/>
                <w:sz w:val="26"/>
              </w:rPr>
              <w:t xml:space="preserve">  🐞  Exercice B – Je range</w:t>
            </w:r>
          </w:p>
        </w:tc>
      </w:tr>
    </w:tbl>
    <w:p/>
    <w:p>
      <w:pPr>
        <w:spacing w:after="120"/>
      </w:pPr>
      <w:r>
        <w:rPr>
          <w:sz w:val="22"/>
        </w:rPr>
        <w:t>Range les nombres du plus petit au plus grand.</w:t>
      </w:r>
    </w:p>
    <w:p>
      <w:r>
        <w:t>Nombres : 9  3  6  1  8</w:t>
      </w:r>
    </w:p>
    <w:p>
      <w:r>
        <w:t>Ordre :  ____  ____  ____  ____  ____</w:t>
      </w:r>
    </w:p>
    <w:p/>
    <w:p>
      <w:r>
        <w:t>Nombres : 12  19  15  18  14</w:t>
      </w:r>
    </w:p>
    <w:p>
      <w:r>
        <w:t>Ordre :  ____  ____  ____  ____  ____</w:t>
      </w:r>
    </w:p>
    <w:p/>
    <w:p>
      <w:r>
        <w:t>Nombres : 0  5  2  10  7</w:t>
      </w:r>
    </w:p>
    <w:p>
      <w:r>
        <w:t>Ordre :  ____  ____  ____  ____  ____</w:t>
      </w:r>
    </w:p>
    <w:p/>
    <w:p>
      <w:r>
        <w:br w:type="page"/>
      </w:r>
    </w:p>
    <w:tbl>
      <w:tblPr>
        <w:tblW w:type="auto" w:w="0"/>
        <w:jc w:val="center"/>
        <w:tblLayout w:type="autofit"/>
        <w:tblLook w:firstColumn="1" w:firstRow="1" w:lastColumn="0" w:lastRow="0" w:noHBand="0" w:noVBand="1" w:val="04A0"/>
      </w:tblPr>
      <w:tblGrid>
        <w:gridCol w:w="3513"/>
        <w:gridCol w:w="3513"/>
        <w:gridCol w:w="3513"/>
      </w:tblGrid>
      <w:tr>
        <w:tc>
          <w:tcPr>
            <w:tcW w:type="dxa" w:w="3513"/>
            <w:shd w:val="clear" w:color="auto" w:fill="FDE0E0"/>
            <w:vAlign w:val="center"/>
            <w:tcBorders>
              <w:left w:sz="6" w:val="single" w:color="D32F2F"/>
              <w:top w:sz="6" w:val="single" w:color="D32F2F"/>
              <w:right w:sz="6" w:val="single" w:color="D32F2F"/>
              <w:bottom w:sz="6" w:val="single" w:color="D32F2F"/>
            </w:tcBorders>
          </w:tcPr>
          <w:p>
            <w:pPr>
              <w:jc w:val="center"/>
            </w:pPr>
            <w:r>
              <w:rPr>
                <w:sz w:val="48"/>
              </w:rPr>
              <w:t>🐞</w:t>
            </w:r>
          </w:p>
        </w:tc>
        <w:tc>
          <w:tcPr>
            <w:tcW w:type="dxa" w:w="3513"/>
            <w:shd w:val="clear" w:color="auto" w:fill="FDE0E0"/>
            <w:vAlign w:val="center"/>
            <w:tcBorders>
              <w:left w:sz="6" w:val="single" w:color="D32F2F"/>
              <w:top w:sz="6" w:val="single" w:color="D32F2F"/>
              <w:right w:sz="6" w:val="single" w:color="D32F2F"/>
              <w:bottom w:sz="6" w:val="single" w:color="D32F2F"/>
            </w:tcBorders>
          </w:tcPr>
          <w:p>
            <w:pPr>
              <w:jc w:val="center"/>
            </w:pPr>
            <w:r>
              <w:rPr>
                <w:b/>
                <w:color w:val="D32F2F"/>
                <w:sz w:val="36"/>
              </w:rPr>
              <w:t>Fiche 3</w:t>
            </w:r>
            <w:r>
              <w:br/>
            </w:r>
            <w:r>
              <w:rPr>
                <w:color w:val="505050"/>
                <w:sz w:val="22"/>
              </w:rPr>
              <w:t>Additions (jusqu’à 20)</w:t>
            </w:r>
          </w:p>
        </w:tc>
        <w:tc>
          <w:tcPr>
            <w:tcW w:type="dxa" w:w="3513"/>
            <w:shd w:val="clear" w:color="auto" w:fill="FDE0E0"/>
            <w:vAlign w:val="center"/>
            <w:tcBorders>
              <w:left w:sz="6" w:val="single" w:color="D32F2F"/>
              <w:top w:sz="6" w:val="single" w:color="D32F2F"/>
              <w:right w:sz="6" w:val="single" w:color="D32F2F"/>
              <w:bottom w:sz="6" w:val="single" w:color="D32F2F"/>
            </w:tcBorders>
          </w:tcPr>
          <w:p>
            <w:pPr>
              <w:jc w:val="left"/>
            </w:pPr>
            <w:r>
              <w:rPr>
                <w:color w:val="3C3C3C"/>
                <w:sz w:val="20"/>
              </w:rPr>
              <w:t>Nom : ____________________</w:t>
              <w:br/>
              <w:t>Date : ____ / ____ / ______</w:t>
            </w:r>
          </w:p>
        </w:tc>
      </w:tr>
    </w:tbl>
    <w:p/>
    <w:tbl>
      <w:tblPr>
        <w:tblW w:type="auto" w:w="0"/>
        <w:jc w:val="left"/>
        <w:tblLook w:firstColumn="1" w:firstRow="1" w:lastColumn="0" w:lastRow="0" w:noHBand="0" w:noVBand="1" w:val="04A0"/>
      </w:tblPr>
      <w:tblGrid>
        <w:gridCol w:w="10540"/>
      </w:tblGrid>
      <w:tr>
        <w:tc>
          <w:tcPr>
            <w:tcW w:type="dxa" w:w="10540"/>
            <w:shd w:val="clear" w:color="auto" w:fill="212121"/>
            <w:tcBorders>
              <w:left w:sz="10" w:val="single" w:color="212121"/>
              <w:top w:sz="10" w:val="single" w:color="212121"/>
              <w:right w:sz="10" w:val="single" w:color="212121"/>
              <w:bottom w:sz="10" w:val="single" w:color="212121"/>
            </w:tcBorders>
          </w:tcPr>
          <w:p>
            <w:pPr>
              <w:jc w:val="left"/>
            </w:pPr>
            <w:r>
              <w:rPr>
                <w:b/>
                <w:color w:val="FFFFFF"/>
                <w:sz w:val="26"/>
              </w:rPr>
              <w:t xml:space="preserve">  🐞  Exercice A – Je calcule</w:t>
            </w:r>
          </w:p>
        </w:tc>
      </w:tr>
    </w:tbl>
    <w:p/>
    <w:p>
      <w:pPr>
        <w:spacing w:after="120"/>
      </w:pPr>
      <w:r>
        <w:rPr>
          <w:sz w:val="22"/>
        </w:rPr>
        <w:t>Calcule et écris le résultat.</w:t>
      </w:r>
    </w:p>
    <w:tbl>
      <w:tblPr>
        <w:tblW w:type="auto" w:w="0"/>
        <w:jc w:val="center"/>
        <w:tblLook w:firstColumn="1" w:firstRow="1" w:lastColumn="0" w:lastRow="0" w:noHBand="0" w:noVBand="1" w:val="04A0"/>
      </w:tblPr>
      <w:tblGrid>
        <w:gridCol w:w="5270"/>
        <w:gridCol w:w="5270"/>
      </w:tblGrid>
      <w:tr>
        <w:tc>
          <w:tcPr>
            <w:tcW w:type="dxa" w:w="5270"/>
            <w:vAlign w:val="center"/>
            <w:tcBorders>
              <w:left w:sz="6" w:val="single" w:color="BDBDBD"/>
              <w:top w:sz="6" w:val="single" w:color="BDBDBD"/>
              <w:right w:sz="6" w:val="single" w:color="BDBDBD"/>
              <w:bottom w:sz="6" w:val="single" w:color="BDBDBD"/>
            </w:tcBorders>
          </w:tcPr>
          <w:p>
            <w:pPr>
              <w:jc w:val="center"/>
            </w:pPr>
            <w:r>
              <w:rPr>
                <w:sz w:val="28"/>
              </w:rPr>
              <w:t>1 + 2 = ______</w:t>
            </w:r>
          </w:p>
        </w:tc>
        <w:tc>
          <w:tcPr>
            <w:tcW w:type="dxa" w:w="5270"/>
            <w:vAlign w:val="center"/>
            <w:tcBorders>
              <w:left w:sz="6" w:val="single" w:color="BDBDBD"/>
              <w:top w:sz="6" w:val="single" w:color="BDBDBD"/>
              <w:right w:sz="6" w:val="single" w:color="BDBDBD"/>
              <w:bottom w:sz="6" w:val="single" w:color="BDBDBD"/>
            </w:tcBorders>
          </w:tcPr>
          <w:p>
            <w:pPr>
              <w:jc w:val="center"/>
            </w:pPr>
            <w:r>
              <w:rPr>
                <w:sz w:val="28"/>
              </w:rPr>
              <w:t>3 + 4 = ______</w:t>
            </w:r>
          </w:p>
        </w:tc>
      </w:tr>
      <w:tr>
        <w:tc>
          <w:tcPr>
            <w:tcW w:type="dxa" w:w="5270"/>
            <w:vAlign w:val="center"/>
            <w:tcBorders>
              <w:left w:sz="6" w:val="single" w:color="BDBDBD"/>
              <w:top w:sz="6" w:val="single" w:color="BDBDBD"/>
              <w:right w:sz="6" w:val="single" w:color="BDBDBD"/>
              <w:bottom w:sz="6" w:val="single" w:color="BDBDBD"/>
            </w:tcBorders>
          </w:tcPr>
          <w:p>
            <w:pPr>
              <w:jc w:val="center"/>
            </w:pPr>
            <w:r>
              <w:rPr>
                <w:sz w:val="28"/>
              </w:rPr>
              <w:t>5 + 0 = ______</w:t>
            </w:r>
          </w:p>
        </w:tc>
        <w:tc>
          <w:tcPr>
            <w:tcW w:type="dxa" w:w="5270"/>
            <w:vAlign w:val="center"/>
            <w:tcBorders>
              <w:left w:sz="6" w:val="single" w:color="BDBDBD"/>
              <w:top w:sz="6" w:val="single" w:color="BDBDBD"/>
              <w:right w:sz="6" w:val="single" w:color="BDBDBD"/>
              <w:bottom w:sz="6" w:val="single" w:color="BDBDBD"/>
            </w:tcBorders>
          </w:tcPr>
          <w:p>
            <w:pPr>
              <w:jc w:val="center"/>
            </w:pPr>
            <w:r>
              <w:rPr>
                <w:sz w:val="28"/>
              </w:rPr>
              <w:t>6 + 2 = ______</w:t>
            </w:r>
          </w:p>
        </w:tc>
      </w:tr>
      <w:tr>
        <w:tc>
          <w:tcPr>
            <w:tcW w:type="dxa" w:w="5270"/>
            <w:vAlign w:val="center"/>
            <w:tcBorders>
              <w:left w:sz="6" w:val="single" w:color="BDBDBD"/>
              <w:top w:sz="6" w:val="single" w:color="BDBDBD"/>
              <w:right w:sz="6" w:val="single" w:color="BDBDBD"/>
              <w:bottom w:sz="6" w:val="single" w:color="BDBDBD"/>
            </w:tcBorders>
          </w:tcPr>
          <w:p>
            <w:pPr>
              <w:jc w:val="center"/>
            </w:pPr>
            <w:r>
              <w:rPr>
                <w:sz w:val="28"/>
              </w:rPr>
              <w:t>7 + 1 = ______</w:t>
            </w:r>
          </w:p>
        </w:tc>
        <w:tc>
          <w:tcPr>
            <w:tcW w:type="dxa" w:w="5270"/>
            <w:vAlign w:val="center"/>
            <w:tcBorders>
              <w:left w:sz="6" w:val="single" w:color="BDBDBD"/>
              <w:top w:sz="6" w:val="single" w:color="BDBDBD"/>
              <w:right w:sz="6" w:val="single" w:color="BDBDBD"/>
              <w:bottom w:sz="6" w:val="single" w:color="BDBDBD"/>
            </w:tcBorders>
          </w:tcPr>
          <w:p>
            <w:pPr>
              <w:jc w:val="center"/>
            </w:pPr>
            <w:r>
              <w:rPr>
                <w:sz w:val="28"/>
              </w:rPr>
              <w:t>8 + 1 = ______</w:t>
            </w:r>
          </w:p>
        </w:tc>
      </w:tr>
      <w:tr>
        <w:tc>
          <w:tcPr>
            <w:tcW w:type="dxa" w:w="5270"/>
            <w:vAlign w:val="center"/>
            <w:tcBorders>
              <w:left w:sz="6" w:val="single" w:color="BDBDBD"/>
              <w:top w:sz="6" w:val="single" w:color="BDBDBD"/>
              <w:right w:sz="6" w:val="single" w:color="BDBDBD"/>
              <w:bottom w:sz="6" w:val="single" w:color="BDBDBD"/>
            </w:tcBorders>
          </w:tcPr>
          <w:p>
            <w:pPr>
              <w:jc w:val="center"/>
            </w:pPr>
            <w:r>
              <w:rPr>
                <w:sz w:val="28"/>
              </w:rPr>
              <w:t>9 + 2 = ______</w:t>
            </w:r>
          </w:p>
        </w:tc>
        <w:tc>
          <w:tcPr>
            <w:tcW w:type="dxa" w:w="5270"/>
            <w:vAlign w:val="center"/>
            <w:tcBorders>
              <w:left w:sz="6" w:val="single" w:color="BDBDBD"/>
              <w:top w:sz="6" w:val="single" w:color="BDBDBD"/>
              <w:right w:sz="6" w:val="single" w:color="BDBDBD"/>
              <w:bottom w:sz="6" w:val="single" w:color="BDBDBD"/>
            </w:tcBorders>
          </w:tcPr>
          <w:p>
            <w:pPr>
              <w:jc w:val="center"/>
            </w:pPr>
            <w:r>
              <w:rPr>
                <w:sz w:val="28"/>
              </w:rPr>
              <w:t>10 + 3 = ______</w:t>
            </w:r>
          </w:p>
        </w:tc>
      </w:tr>
      <w:tr>
        <w:tc>
          <w:tcPr>
            <w:tcW w:type="dxa" w:w="5270"/>
            <w:vAlign w:val="center"/>
            <w:tcBorders>
              <w:left w:sz="6" w:val="single" w:color="BDBDBD"/>
              <w:top w:sz="6" w:val="single" w:color="BDBDBD"/>
              <w:right w:sz="6" w:val="single" w:color="BDBDBD"/>
              <w:bottom w:sz="6" w:val="single" w:color="BDBDBD"/>
            </w:tcBorders>
          </w:tcPr>
          <w:p>
            <w:pPr>
              <w:jc w:val="center"/>
            </w:pPr>
            <w:r>
              <w:rPr>
                <w:sz w:val="28"/>
              </w:rPr>
              <w:t>4 + 6 = ______</w:t>
            </w:r>
          </w:p>
        </w:tc>
        <w:tc>
          <w:tcPr>
            <w:tcW w:type="dxa" w:w="5270"/>
            <w:vAlign w:val="center"/>
            <w:tcBorders>
              <w:left w:sz="6" w:val="single" w:color="BDBDBD"/>
              <w:top w:sz="6" w:val="single" w:color="BDBDBD"/>
              <w:right w:sz="6" w:val="single" w:color="BDBDBD"/>
              <w:bottom w:sz="6" w:val="single" w:color="BDBDBD"/>
            </w:tcBorders>
          </w:tcPr>
          <w:p>
            <w:pPr>
              <w:jc w:val="center"/>
            </w:pPr>
            <w:r>
              <w:rPr>
                <w:sz w:val="28"/>
              </w:rPr>
              <w:t>5 + 7 = ______</w:t>
            </w:r>
          </w:p>
        </w:tc>
      </w:tr>
      <w:tr>
        <w:tc>
          <w:tcPr>
            <w:tcW w:type="dxa" w:w="5270"/>
            <w:vAlign w:val="center"/>
            <w:tcBorders>
              <w:left w:sz="6" w:val="single" w:color="BDBDBD"/>
              <w:top w:sz="6" w:val="single" w:color="BDBDBD"/>
              <w:right w:sz="6" w:val="single" w:color="BDBDBD"/>
              <w:bottom w:sz="6" w:val="single" w:color="BDBDBD"/>
            </w:tcBorders>
          </w:tcPr>
          <w:p>
            <w:pPr>
              <w:jc w:val="center"/>
            </w:pPr>
            <w:r>
              <w:rPr>
                <w:sz w:val="28"/>
              </w:rPr>
              <w:t>8 + 4 = ______</w:t>
            </w:r>
          </w:p>
        </w:tc>
        <w:tc>
          <w:tcPr>
            <w:tcW w:type="dxa" w:w="5270"/>
            <w:vAlign w:val="center"/>
            <w:tcBorders>
              <w:left w:sz="6" w:val="single" w:color="BDBDBD"/>
              <w:top w:sz="6" w:val="single" w:color="BDBDBD"/>
              <w:right w:sz="6" w:val="single" w:color="BDBDBD"/>
              <w:bottom w:sz="6" w:val="single" w:color="BDBDBD"/>
            </w:tcBorders>
          </w:tcPr>
          <w:p>
            <w:pPr>
              <w:jc w:val="center"/>
            </w:pPr>
            <w:r>
              <w:rPr>
                <w:sz w:val="28"/>
              </w:rPr>
              <w:t>9 + 6 = ______</w:t>
            </w:r>
          </w:p>
        </w:tc>
      </w:tr>
      <w:tr>
        <w:tc>
          <w:tcPr>
            <w:tcW w:type="dxa" w:w="5270"/>
            <w:vAlign w:val="center"/>
            <w:tcBorders>
              <w:left w:sz="6" w:val="single" w:color="BDBDBD"/>
              <w:top w:sz="6" w:val="single" w:color="BDBDBD"/>
              <w:right w:sz="6" w:val="single" w:color="BDBDBD"/>
              <w:bottom w:sz="6" w:val="single" w:color="BDBDBD"/>
            </w:tcBorders>
          </w:tcPr>
          <w:p>
            <w:pPr>
              <w:jc w:val="center"/>
            </w:pPr>
            <w:r>
              <w:rPr>
                <w:sz w:val="28"/>
              </w:rPr>
              <w:t>12 + 5 = ______</w:t>
            </w:r>
          </w:p>
        </w:tc>
        <w:tc>
          <w:tcPr>
            <w:tcW w:type="dxa" w:w="5270"/>
            <w:vAlign w:val="center"/>
            <w:tcBorders>
              <w:left w:sz="6" w:val="single" w:color="BDBDBD"/>
              <w:top w:sz="6" w:val="single" w:color="BDBDBD"/>
              <w:right w:sz="6" w:val="single" w:color="BDBDBD"/>
              <w:bottom w:sz="6" w:val="single" w:color="BDBDBD"/>
            </w:tcBorders>
          </w:tcPr>
          <w:p>
            <w:pPr>
              <w:jc w:val="center"/>
            </w:pPr>
            <w:r>
              <w:rPr>
                <w:sz w:val="28"/>
              </w:rPr>
              <w:t>13 + 2 = ______</w:t>
            </w:r>
          </w:p>
        </w:tc>
      </w:tr>
      <w:tr>
        <w:tc>
          <w:tcPr>
            <w:tcW w:type="dxa" w:w="5270"/>
            <w:vAlign w:val="center"/>
            <w:tcBorders>
              <w:left w:sz="6" w:val="single" w:color="BDBDBD"/>
              <w:top w:sz="6" w:val="single" w:color="BDBDBD"/>
              <w:right w:sz="6" w:val="single" w:color="BDBDBD"/>
              <w:bottom w:sz="6" w:val="single" w:color="BDBDBD"/>
            </w:tcBorders>
          </w:tcPr>
          <w:p>
            <w:pPr>
              <w:jc w:val="center"/>
            </w:pPr>
            <w:r>
              <w:rPr>
                <w:sz w:val="28"/>
              </w:rPr>
              <w:t>14 + 4 = ______</w:t>
            </w:r>
          </w:p>
        </w:tc>
        <w:tc>
          <w:tcPr>
            <w:tcW w:type="dxa" w:w="5270"/>
            <w:vAlign w:val="center"/>
            <w:tcBorders>
              <w:left w:sz="6" w:val="single" w:color="BDBDBD"/>
              <w:top w:sz="6" w:val="single" w:color="BDBDBD"/>
              <w:right w:sz="6" w:val="single" w:color="BDBDBD"/>
              <w:bottom w:sz="6" w:val="single" w:color="BDBDBD"/>
            </w:tcBorders>
          </w:tcPr>
          <w:p>
            <w:pPr>
              <w:jc w:val="center"/>
            </w:pPr>
            <w:r>
              <w:rPr>
                <w:sz w:val="28"/>
              </w:rPr>
              <w:t>15 + 3 = ______</w:t>
            </w:r>
          </w:p>
        </w:tc>
      </w:tr>
    </w:tbl>
    <w:p/>
    <w:tbl>
      <w:tblPr>
        <w:tblW w:type="auto" w:w="0"/>
        <w:jc w:val="left"/>
        <w:tblLook w:firstColumn="1" w:firstRow="1" w:lastColumn="0" w:lastRow="0" w:noHBand="0" w:noVBand="1" w:val="04A0"/>
      </w:tblPr>
      <w:tblGrid>
        <w:gridCol w:w="10540"/>
      </w:tblGrid>
      <w:tr>
        <w:tc>
          <w:tcPr>
            <w:tcW w:type="dxa" w:w="10540"/>
            <w:shd w:val="clear" w:color="auto" w:fill="212121"/>
            <w:tcBorders>
              <w:left w:sz="10" w:val="single" w:color="212121"/>
              <w:top w:sz="10" w:val="single" w:color="212121"/>
              <w:right w:sz="10" w:val="single" w:color="212121"/>
              <w:bottom w:sz="10" w:val="single" w:color="212121"/>
            </w:tcBorders>
          </w:tcPr>
          <w:p>
            <w:pPr>
              <w:jc w:val="left"/>
            </w:pPr>
            <w:r>
              <w:rPr>
                <w:b/>
                <w:color w:val="FFFFFF"/>
                <w:sz w:val="26"/>
              </w:rPr>
              <w:t xml:space="preserve">  🐞  Exercice B – Complète</w:t>
            </w:r>
          </w:p>
        </w:tc>
      </w:tr>
    </w:tbl>
    <w:p/>
    <w:p>
      <w:pPr>
        <w:spacing w:after="120"/>
      </w:pPr>
      <w:r>
        <w:rPr>
          <w:sz w:val="22"/>
        </w:rPr>
        <w:t>Complète pour faire 10.</w:t>
      </w:r>
    </w:p>
    <w:tbl>
      <w:tblPr>
        <w:tblW w:type="auto" w:w="0"/>
        <w:jc w:val="center"/>
        <w:tblLook w:firstColumn="1" w:firstRow="1" w:lastColumn="0" w:lastRow="0" w:noHBand="0" w:noVBand="1" w:val="04A0"/>
      </w:tblPr>
      <w:tblGrid>
        <w:gridCol w:w="5270"/>
        <w:gridCol w:w="5270"/>
      </w:tblGrid>
      <w:tr>
        <w:tc>
          <w:tcPr>
            <w:tcW w:type="dxa" w:w="5270"/>
            <w:vAlign w:val="center"/>
            <w:tcBorders>
              <w:left w:sz="6" w:val="single" w:color="BDBDBD"/>
              <w:top w:sz="6" w:val="single" w:color="BDBDBD"/>
              <w:right w:sz="6" w:val="single" w:color="BDBDBD"/>
              <w:bottom w:sz="6" w:val="single" w:color="BDBDBD"/>
            </w:tcBorders>
          </w:tcPr>
          <w:p>
            <w:pPr>
              <w:jc w:val="center"/>
            </w:pPr>
            <w:r>
              <w:rPr>
                <w:sz w:val="28"/>
              </w:rPr>
              <w:t>0 + ___ = 10</w:t>
            </w:r>
          </w:p>
        </w:tc>
        <w:tc>
          <w:tcPr>
            <w:tcW w:type="dxa" w:w="5270"/>
            <w:vAlign w:val="center"/>
            <w:tcBorders>
              <w:left w:sz="6" w:val="single" w:color="BDBDBD"/>
              <w:top w:sz="6" w:val="single" w:color="BDBDBD"/>
              <w:right w:sz="6" w:val="single" w:color="BDBDBD"/>
              <w:bottom w:sz="6" w:val="single" w:color="BDBDBD"/>
            </w:tcBorders>
          </w:tcPr>
          <w:p>
            <w:pPr>
              <w:jc w:val="center"/>
            </w:pPr>
            <w:r>
              <w:rPr>
                <w:sz w:val="28"/>
              </w:rPr>
              <w:t>1 + ___ = 10</w:t>
            </w:r>
          </w:p>
        </w:tc>
      </w:tr>
      <w:tr>
        <w:tc>
          <w:tcPr>
            <w:tcW w:type="dxa" w:w="5270"/>
            <w:vAlign w:val="center"/>
            <w:tcBorders>
              <w:left w:sz="6" w:val="single" w:color="BDBDBD"/>
              <w:top w:sz="6" w:val="single" w:color="BDBDBD"/>
              <w:right w:sz="6" w:val="single" w:color="BDBDBD"/>
              <w:bottom w:sz="6" w:val="single" w:color="BDBDBD"/>
            </w:tcBorders>
          </w:tcPr>
          <w:p>
            <w:pPr>
              <w:jc w:val="center"/>
            </w:pPr>
            <w:r>
              <w:rPr>
                <w:sz w:val="28"/>
              </w:rPr>
              <w:t>2 + ___ = 10</w:t>
            </w:r>
          </w:p>
        </w:tc>
        <w:tc>
          <w:tcPr>
            <w:tcW w:type="dxa" w:w="5270"/>
            <w:vAlign w:val="center"/>
            <w:tcBorders>
              <w:left w:sz="6" w:val="single" w:color="BDBDBD"/>
              <w:top w:sz="6" w:val="single" w:color="BDBDBD"/>
              <w:right w:sz="6" w:val="single" w:color="BDBDBD"/>
              <w:bottom w:sz="6" w:val="single" w:color="BDBDBD"/>
            </w:tcBorders>
          </w:tcPr>
          <w:p>
            <w:pPr>
              <w:jc w:val="center"/>
            </w:pPr>
            <w:r>
              <w:rPr>
                <w:sz w:val="28"/>
              </w:rPr>
              <w:t>3 + ___ = 10</w:t>
            </w:r>
          </w:p>
        </w:tc>
      </w:tr>
      <w:tr>
        <w:tc>
          <w:tcPr>
            <w:tcW w:type="dxa" w:w="5270"/>
            <w:vAlign w:val="center"/>
            <w:tcBorders>
              <w:left w:sz="6" w:val="single" w:color="BDBDBD"/>
              <w:top w:sz="6" w:val="single" w:color="BDBDBD"/>
              <w:right w:sz="6" w:val="single" w:color="BDBDBD"/>
              <w:bottom w:sz="6" w:val="single" w:color="BDBDBD"/>
            </w:tcBorders>
          </w:tcPr>
          <w:p>
            <w:pPr>
              <w:jc w:val="center"/>
            </w:pPr>
            <w:r>
              <w:rPr>
                <w:sz w:val="28"/>
              </w:rPr>
              <w:t>4 + ___ = 10</w:t>
            </w:r>
          </w:p>
        </w:tc>
        <w:tc>
          <w:tcPr>
            <w:tcW w:type="dxa" w:w="5270"/>
            <w:vAlign w:val="center"/>
            <w:tcBorders>
              <w:left w:sz="6" w:val="single" w:color="BDBDBD"/>
              <w:top w:sz="6" w:val="single" w:color="BDBDBD"/>
              <w:right w:sz="6" w:val="single" w:color="BDBDBD"/>
              <w:bottom w:sz="6" w:val="single" w:color="BDBDBD"/>
            </w:tcBorders>
          </w:tcPr>
          <w:p>
            <w:pPr>
              <w:jc w:val="center"/>
            </w:pPr>
            <w:r>
              <w:rPr>
                <w:sz w:val="28"/>
              </w:rPr>
              <w:t>5 + ___ = 10</w:t>
            </w:r>
          </w:p>
        </w:tc>
      </w:tr>
    </w:tbl>
    <w:p/>
    <w:p>
      <w:r>
        <w:br w:type="page"/>
      </w:r>
    </w:p>
    <w:tbl>
      <w:tblPr>
        <w:tblW w:type="auto" w:w="0"/>
        <w:jc w:val="center"/>
        <w:tblLayout w:type="autofit"/>
        <w:tblLook w:firstColumn="1" w:firstRow="1" w:lastColumn="0" w:lastRow="0" w:noHBand="0" w:noVBand="1" w:val="04A0"/>
      </w:tblPr>
      <w:tblGrid>
        <w:gridCol w:w="3513"/>
        <w:gridCol w:w="3513"/>
        <w:gridCol w:w="3513"/>
      </w:tblGrid>
      <w:tr>
        <w:tc>
          <w:tcPr>
            <w:tcW w:type="dxa" w:w="3513"/>
            <w:shd w:val="clear" w:color="auto" w:fill="FDE0E0"/>
            <w:vAlign w:val="center"/>
            <w:tcBorders>
              <w:left w:sz="6" w:val="single" w:color="D32F2F"/>
              <w:top w:sz="6" w:val="single" w:color="D32F2F"/>
              <w:right w:sz="6" w:val="single" w:color="D32F2F"/>
              <w:bottom w:sz="6" w:val="single" w:color="D32F2F"/>
            </w:tcBorders>
          </w:tcPr>
          <w:p>
            <w:pPr>
              <w:jc w:val="center"/>
            </w:pPr>
            <w:r>
              <w:rPr>
                <w:sz w:val="48"/>
              </w:rPr>
              <w:t>🐞</w:t>
            </w:r>
          </w:p>
        </w:tc>
        <w:tc>
          <w:tcPr>
            <w:tcW w:type="dxa" w:w="3513"/>
            <w:shd w:val="clear" w:color="auto" w:fill="FDE0E0"/>
            <w:vAlign w:val="center"/>
            <w:tcBorders>
              <w:left w:sz="6" w:val="single" w:color="D32F2F"/>
              <w:top w:sz="6" w:val="single" w:color="D32F2F"/>
              <w:right w:sz="6" w:val="single" w:color="D32F2F"/>
              <w:bottom w:sz="6" w:val="single" w:color="D32F2F"/>
            </w:tcBorders>
          </w:tcPr>
          <w:p>
            <w:pPr>
              <w:jc w:val="center"/>
            </w:pPr>
            <w:r>
              <w:rPr>
                <w:b/>
                <w:color w:val="D32F2F"/>
                <w:sz w:val="36"/>
              </w:rPr>
              <w:t>Fiche 4</w:t>
            </w:r>
            <w:r>
              <w:br/>
            </w:r>
            <w:r>
              <w:rPr>
                <w:color w:val="505050"/>
                <w:sz w:val="22"/>
              </w:rPr>
              <w:t>Soustractions (0 à 20)</w:t>
            </w:r>
          </w:p>
        </w:tc>
        <w:tc>
          <w:tcPr>
            <w:tcW w:type="dxa" w:w="3513"/>
            <w:shd w:val="clear" w:color="auto" w:fill="FDE0E0"/>
            <w:vAlign w:val="center"/>
            <w:tcBorders>
              <w:left w:sz="6" w:val="single" w:color="D32F2F"/>
              <w:top w:sz="6" w:val="single" w:color="D32F2F"/>
              <w:right w:sz="6" w:val="single" w:color="D32F2F"/>
              <w:bottom w:sz="6" w:val="single" w:color="D32F2F"/>
            </w:tcBorders>
          </w:tcPr>
          <w:p>
            <w:pPr>
              <w:jc w:val="left"/>
            </w:pPr>
            <w:r>
              <w:rPr>
                <w:color w:val="3C3C3C"/>
                <w:sz w:val="20"/>
              </w:rPr>
              <w:t>Nom : ____________________</w:t>
              <w:br/>
              <w:t>Date : ____ / ____ / ______</w:t>
            </w:r>
          </w:p>
        </w:tc>
      </w:tr>
    </w:tbl>
    <w:p/>
    <w:tbl>
      <w:tblPr>
        <w:tblW w:type="auto" w:w="0"/>
        <w:jc w:val="left"/>
        <w:tblLook w:firstColumn="1" w:firstRow="1" w:lastColumn="0" w:lastRow="0" w:noHBand="0" w:noVBand="1" w:val="04A0"/>
      </w:tblPr>
      <w:tblGrid>
        <w:gridCol w:w="10540"/>
      </w:tblGrid>
      <w:tr>
        <w:tc>
          <w:tcPr>
            <w:tcW w:type="dxa" w:w="10540"/>
            <w:shd w:val="clear" w:color="auto" w:fill="212121"/>
            <w:tcBorders>
              <w:left w:sz="10" w:val="single" w:color="212121"/>
              <w:top w:sz="10" w:val="single" w:color="212121"/>
              <w:right w:sz="10" w:val="single" w:color="212121"/>
              <w:bottom w:sz="10" w:val="single" w:color="212121"/>
            </w:tcBorders>
          </w:tcPr>
          <w:p>
            <w:pPr>
              <w:jc w:val="left"/>
            </w:pPr>
            <w:r>
              <w:rPr>
                <w:b/>
                <w:color w:val="FFFFFF"/>
                <w:sz w:val="26"/>
              </w:rPr>
              <w:t xml:space="preserve">  🐞  Exercice A – Je calcule</w:t>
            </w:r>
          </w:p>
        </w:tc>
      </w:tr>
    </w:tbl>
    <w:p/>
    <w:p>
      <w:pPr>
        <w:spacing w:after="120"/>
      </w:pPr>
      <w:r>
        <w:rPr>
          <w:sz w:val="22"/>
        </w:rPr>
        <w:t>Calcule et écris le résultat.</w:t>
      </w:r>
    </w:p>
    <w:tbl>
      <w:tblPr>
        <w:tblW w:type="auto" w:w="0"/>
        <w:jc w:val="center"/>
        <w:tblLook w:firstColumn="1" w:firstRow="1" w:lastColumn="0" w:lastRow="0" w:noHBand="0" w:noVBand="1" w:val="04A0"/>
      </w:tblPr>
      <w:tblGrid>
        <w:gridCol w:w="5270"/>
        <w:gridCol w:w="5270"/>
      </w:tblGrid>
      <w:tr>
        <w:tc>
          <w:tcPr>
            <w:tcW w:type="dxa" w:w="5270"/>
            <w:vAlign w:val="center"/>
            <w:tcBorders>
              <w:left w:sz="6" w:val="single" w:color="BDBDBD"/>
              <w:top w:sz="6" w:val="single" w:color="BDBDBD"/>
              <w:right w:sz="6" w:val="single" w:color="BDBDBD"/>
              <w:bottom w:sz="6" w:val="single" w:color="BDBDBD"/>
            </w:tcBorders>
          </w:tcPr>
          <w:p>
            <w:pPr>
              <w:jc w:val="center"/>
            </w:pPr>
            <w:r>
              <w:rPr>
                <w:sz w:val="28"/>
              </w:rPr>
              <w:t>10 − 1 = ______</w:t>
            </w:r>
          </w:p>
        </w:tc>
        <w:tc>
          <w:tcPr>
            <w:tcW w:type="dxa" w:w="5270"/>
            <w:vAlign w:val="center"/>
            <w:tcBorders>
              <w:left w:sz="6" w:val="single" w:color="BDBDBD"/>
              <w:top w:sz="6" w:val="single" w:color="BDBDBD"/>
              <w:right w:sz="6" w:val="single" w:color="BDBDBD"/>
              <w:bottom w:sz="6" w:val="single" w:color="BDBDBD"/>
            </w:tcBorders>
          </w:tcPr>
          <w:p>
            <w:pPr>
              <w:jc w:val="center"/>
            </w:pPr>
            <w:r>
              <w:rPr>
                <w:sz w:val="28"/>
              </w:rPr>
              <w:t>10 − 2 = ______</w:t>
            </w:r>
          </w:p>
        </w:tc>
      </w:tr>
      <w:tr>
        <w:tc>
          <w:tcPr>
            <w:tcW w:type="dxa" w:w="5270"/>
            <w:vAlign w:val="center"/>
            <w:tcBorders>
              <w:left w:sz="6" w:val="single" w:color="BDBDBD"/>
              <w:top w:sz="6" w:val="single" w:color="BDBDBD"/>
              <w:right w:sz="6" w:val="single" w:color="BDBDBD"/>
              <w:bottom w:sz="6" w:val="single" w:color="BDBDBD"/>
            </w:tcBorders>
          </w:tcPr>
          <w:p>
            <w:pPr>
              <w:jc w:val="center"/>
            </w:pPr>
            <w:r>
              <w:rPr>
                <w:sz w:val="28"/>
              </w:rPr>
              <w:t>10 − 3 = ______</w:t>
            </w:r>
          </w:p>
        </w:tc>
        <w:tc>
          <w:tcPr>
            <w:tcW w:type="dxa" w:w="5270"/>
            <w:vAlign w:val="center"/>
            <w:tcBorders>
              <w:left w:sz="6" w:val="single" w:color="BDBDBD"/>
              <w:top w:sz="6" w:val="single" w:color="BDBDBD"/>
              <w:right w:sz="6" w:val="single" w:color="BDBDBD"/>
              <w:bottom w:sz="6" w:val="single" w:color="BDBDBD"/>
            </w:tcBorders>
          </w:tcPr>
          <w:p>
            <w:pPr>
              <w:jc w:val="center"/>
            </w:pPr>
            <w:r>
              <w:rPr>
                <w:sz w:val="28"/>
              </w:rPr>
              <w:t>9 − 4 = ______</w:t>
            </w:r>
          </w:p>
        </w:tc>
      </w:tr>
      <w:tr>
        <w:tc>
          <w:tcPr>
            <w:tcW w:type="dxa" w:w="5270"/>
            <w:vAlign w:val="center"/>
            <w:tcBorders>
              <w:left w:sz="6" w:val="single" w:color="BDBDBD"/>
              <w:top w:sz="6" w:val="single" w:color="BDBDBD"/>
              <w:right w:sz="6" w:val="single" w:color="BDBDBD"/>
              <w:bottom w:sz="6" w:val="single" w:color="BDBDBD"/>
            </w:tcBorders>
          </w:tcPr>
          <w:p>
            <w:pPr>
              <w:jc w:val="center"/>
            </w:pPr>
            <w:r>
              <w:rPr>
                <w:sz w:val="28"/>
              </w:rPr>
              <w:t>8 − 5 = ______</w:t>
            </w:r>
          </w:p>
        </w:tc>
        <w:tc>
          <w:tcPr>
            <w:tcW w:type="dxa" w:w="5270"/>
            <w:vAlign w:val="center"/>
            <w:tcBorders>
              <w:left w:sz="6" w:val="single" w:color="BDBDBD"/>
              <w:top w:sz="6" w:val="single" w:color="BDBDBD"/>
              <w:right w:sz="6" w:val="single" w:color="BDBDBD"/>
              <w:bottom w:sz="6" w:val="single" w:color="BDBDBD"/>
            </w:tcBorders>
          </w:tcPr>
          <w:p>
            <w:pPr>
              <w:jc w:val="center"/>
            </w:pPr>
            <w:r>
              <w:rPr>
                <w:sz w:val="28"/>
              </w:rPr>
              <w:t>12 − 2 = ______</w:t>
            </w:r>
          </w:p>
        </w:tc>
      </w:tr>
      <w:tr>
        <w:tc>
          <w:tcPr>
            <w:tcW w:type="dxa" w:w="5270"/>
            <w:vAlign w:val="center"/>
            <w:tcBorders>
              <w:left w:sz="6" w:val="single" w:color="BDBDBD"/>
              <w:top w:sz="6" w:val="single" w:color="BDBDBD"/>
              <w:right w:sz="6" w:val="single" w:color="BDBDBD"/>
              <w:bottom w:sz="6" w:val="single" w:color="BDBDBD"/>
            </w:tcBorders>
          </w:tcPr>
          <w:p>
            <w:pPr>
              <w:jc w:val="center"/>
            </w:pPr>
            <w:r>
              <w:rPr>
                <w:sz w:val="28"/>
              </w:rPr>
              <w:t>14 − 6 = ______</w:t>
            </w:r>
          </w:p>
        </w:tc>
        <w:tc>
          <w:tcPr>
            <w:tcW w:type="dxa" w:w="5270"/>
            <w:vAlign w:val="center"/>
            <w:tcBorders>
              <w:left w:sz="6" w:val="single" w:color="BDBDBD"/>
              <w:top w:sz="6" w:val="single" w:color="BDBDBD"/>
              <w:right w:sz="6" w:val="single" w:color="BDBDBD"/>
              <w:bottom w:sz="6" w:val="single" w:color="BDBDBD"/>
            </w:tcBorders>
          </w:tcPr>
          <w:p>
            <w:pPr>
              <w:jc w:val="center"/>
            </w:pPr>
            <w:r>
              <w:rPr>
                <w:sz w:val="28"/>
              </w:rPr>
              <w:t>16 − 7 = ______</w:t>
            </w:r>
          </w:p>
        </w:tc>
      </w:tr>
      <w:tr>
        <w:tc>
          <w:tcPr>
            <w:tcW w:type="dxa" w:w="5270"/>
            <w:vAlign w:val="center"/>
            <w:tcBorders>
              <w:left w:sz="6" w:val="single" w:color="BDBDBD"/>
              <w:top w:sz="6" w:val="single" w:color="BDBDBD"/>
              <w:right w:sz="6" w:val="single" w:color="BDBDBD"/>
              <w:bottom w:sz="6" w:val="single" w:color="BDBDBD"/>
            </w:tcBorders>
          </w:tcPr>
          <w:p>
            <w:pPr>
              <w:jc w:val="center"/>
            </w:pPr>
            <w:r>
              <w:rPr>
                <w:sz w:val="28"/>
              </w:rPr>
              <w:t>18 − 9 = ______</w:t>
            </w:r>
          </w:p>
        </w:tc>
        <w:tc>
          <w:tcPr>
            <w:tcW w:type="dxa" w:w="5270"/>
            <w:vAlign w:val="center"/>
            <w:tcBorders>
              <w:left w:sz="6" w:val="single" w:color="BDBDBD"/>
              <w:top w:sz="6" w:val="single" w:color="BDBDBD"/>
              <w:right w:sz="6" w:val="single" w:color="BDBDBD"/>
              <w:bottom w:sz="6" w:val="single" w:color="BDBDBD"/>
            </w:tcBorders>
          </w:tcPr>
          <w:p>
            <w:pPr>
              <w:jc w:val="center"/>
            </w:pPr>
            <w:r>
              <w:rPr>
                <w:sz w:val="28"/>
              </w:rPr>
              <w:t>20 − 10 = ______</w:t>
            </w:r>
          </w:p>
        </w:tc>
      </w:tr>
      <w:tr>
        <w:tc>
          <w:tcPr>
            <w:tcW w:type="dxa" w:w="5270"/>
            <w:vAlign w:val="center"/>
            <w:tcBorders>
              <w:left w:sz="6" w:val="single" w:color="BDBDBD"/>
              <w:top w:sz="6" w:val="single" w:color="BDBDBD"/>
              <w:right w:sz="6" w:val="single" w:color="BDBDBD"/>
              <w:bottom w:sz="6" w:val="single" w:color="BDBDBD"/>
            </w:tcBorders>
          </w:tcPr>
          <w:p>
            <w:pPr>
              <w:jc w:val="center"/>
            </w:pPr>
            <w:r>
              <w:rPr>
                <w:sz w:val="28"/>
              </w:rPr>
              <w:t>15 − 8 = ______</w:t>
            </w:r>
          </w:p>
        </w:tc>
        <w:tc>
          <w:tcPr>
            <w:tcW w:type="dxa" w:w="5270"/>
            <w:vAlign w:val="center"/>
            <w:tcBorders>
              <w:left w:sz="6" w:val="single" w:color="BDBDBD"/>
              <w:top w:sz="6" w:val="single" w:color="BDBDBD"/>
              <w:right w:sz="6" w:val="single" w:color="BDBDBD"/>
              <w:bottom w:sz="6" w:val="single" w:color="BDBDBD"/>
            </w:tcBorders>
          </w:tcPr>
          <w:p>
            <w:pPr>
              <w:jc w:val="center"/>
            </w:pPr>
            <w:r>
              <w:rPr>
                <w:sz w:val="28"/>
              </w:rPr>
              <w:t>13 − 9 = ______</w:t>
            </w:r>
          </w:p>
        </w:tc>
      </w:tr>
    </w:tbl>
    <w:p/>
    <w:p>
      <w:r>
        <w:br w:type="page"/>
      </w:r>
    </w:p>
    <w:tbl>
      <w:tblPr>
        <w:tblW w:type="auto" w:w="0"/>
        <w:jc w:val="center"/>
        <w:tblLayout w:type="autofit"/>
        <w:tblLook w:firstColumn="1" w:firstRow="1" w:lastColumn="0" w:lastRow="0" w:noHBand="0" w:noVBand="1" w:val="04A0"/>
      </w:tblPr>
      <w:tblGrid>
        <w:gridCol w:w="3513"/>
        <w:gridCol w:w="3513"/>
        <w:gridCol w:w="3513"/>
      </w:tblGrid>
      <w:tr>
        <w:tc>
          <w:tcPr>
            <w:tcW w:type="dxa" w:w="3513"/>
            <w:shd w:val="clear" w:color="auto" w:fill="FDE0E0"/>
            <w:vAlign w:val="center"/>
            <w:tcBorders>
              <w:left w:sz="6" w:val="single" w:color="D32F2F"/>
              <w:top w:sz="6" w:val="single" w:color="D32F2F"/>
              <w:right w:sz="6" w:val="single" w:color="D32F2F"/>
              <w:bottom w:sz="6" w:val="single" w:color="D32F2F"/>
            </w:tcBorders>
          </w:tcPr>
          <w:p>
            <w:pPr>
              <w:jc w:val="center"/>
            </w:pPr>
            <w:r>
              <w:rPr>
                <w:sz w:val="48"/>
              </w:rPr>
              <w:t>🐞</w:t>
            </w:r>
          </w:p>
        </w:tc>
        <w:tc>
          <w:tcPr>
            <w:tcW w:type="dxa" w:w="3513"/>
            <w:shd w:val="clear" w:color="auto" w:fill="FDE0E0"/>
            <w:vAlign w:val="center"/>
            <w:tcBorders>
              <w:left w:sz="6" w:val="single" w:color="D32F2F"/>
              <w:top w:sz="6" w:val="single" w:color="D32F2F"/>
              <w:right w:sz="6" w:val="single" w:color="D32F2F"/>
              <w:bottom w:sz="6" w:val="single" w:color="D32F2F"/>
            </w:tcBorders>
          </w:tcPr>
          <w:p>
            <w:pPr>
              <w:jc w:val="center"/>
            </w:pPr>
            <w:r>
              <w:rPr>
                <w:b/>
                <w:color w:val="D32F2F"/>
                <w:sz w:val="36"/>
              </w:rPr>
              <w:t>Fiche 4 (suite)</w:t>
            </w:r>
            <w:r>
              <w:br/>
            </w:r>
            <w:r>
              <w:rPr>
                <w:color w:val="505050"/>
                <w:sz w:val="22"/>
              </w:rPr>
              <w:t>Petits problèmes</w:t>
            </w:r>
          </w:p>
        </w:tc>
        <w:tc>
          <w:tcPr>
            <w:tcW w:type="dxa" w:w="3513"/>
            <w:shd w:val="clear" w:color="auto" w:fill="FDE0E0"/>
            <w:vAlign w:val="center"/>
            <w:tcBorders>
              <w:left w:sz="6" w:val="single" w:color="D32F2F"/>
              <w:top w:sz="6" w:val="single" w:color="D32F2F"/>
              <w:right w:sz="6" w:val="single" w:color="D32F2F"/>
              <w:bottom w:sz="6" w:val="single" w:color="D32F2F"/>
            </w:tcBorders>
          </w:tcPr>
          <w:p>
            <w:pPr>
              <w:jc w:val="left"/>
            </w:pPr>
            <w:r>
              <w:rPr>
                <w:color w:val="3C3C3C"/>
                <w:sz w:val="20"/>
              </w:rPr>
              <w:t>Nom : ____________________</w:t>
              <w:br/>
              <w:t>Date : ____ / ____ / ______</w:t>
            </w:r>
          </w:p>
        </w:tc>
      </w:tr>
    </w:tbl>
    <w:p/>
    <w:tbl>
      <w:tblPr>
        <w:tblW w:type="auto" w:w="0"/>
        <w:jc w:val="left"/>
        <w:tblLook w:firstColumn="1" w:firstRow="1" w:lastColumn="0" w:lastRow="0" w:noHBand="0" w:noVBand="1" w:val="04A0"/>
      </w:tblPr>
      <w:tblGrid>
        <w:gridCol w:w="10540"/>
      </w:tblGrid>
      <w:tr>
        <w:tc>
          <w:tcPr>
            <w:tcW w:type="dxa" w:w="10540"/>
            <w:shd w:val="clear" w:color="auto" w:fill="212121"/>
            <w:tcBorders>
              <w:left w:sz="10" w:val="single" w:color="212121"/>
              <w:top w:sz="10" w:val="single" w:color="212121"/>
              <w:right w:sz="10" w:val="single" w:color="212121"/>
              <w:bottom w:sz="10" w:val="single" w:color="212121"/>
            </w:tcBorders>
          </w:tcPr>
          <w:p>
            <w:pPr>
              <w:jc w:val="left"/>
            </w:pPr>
            <w:r>
              <w:rPr>
                <w:b/>
                <w:color w:val="FFFFFF"/>
                <w:sz w:val="26"/>
              </w:rPr>
              <w:t xml:space="preserve">  🐞  Exercice B – Je lis et je résous</w:t>
            </w:r>
          </w:p>
        </w:tc>
      </w:tr>
    </w:tbl>
    <w:p/>
    <w:p>
      <w:pPr>
        <w:spacing w:after="120"/>
      </w:pPr>
      <w:r>
        <w:rPr>
          <w:sz w:val="22"/>
        </w:rPr>
        <w:t>Lis, puis écris l’opération et la réponse.</w:t>
      </w:r>
    </w:p>
    <w:tbl>
      <w:tblPr>
        <w:tblW w:type="auto" w:w="0"/>
        <w:jc w:val="center"/>
        <w:tblLook w:firstColumn="1" w:firstRow="1" w:lastColumn="0" w:lastRow="0" w:noHBand="0" w:noVBand="1" w:val="04A0"/>
      </w:tblPr>
      <w:tblGrid>
        <w:gridCol w:w="10540"/>
      </w:tblGrid>
      <w:tr>
        <w:tc>
          <w:tcPr>
            <w:tcW w:type="dxa" w:w="10540"/>
            <w:vAlign w:val="top"/>
            <w:tcBorders>
              <w:left w:sz="6" w:val="single" w:color="BDBDBD"/>
              <w:top w:sz="6" w:val="single" w:color="BDBDBD"/>
              <w:right w:sz="6" w:val="single" w:color="BDBDBD"/>
              <w:bottom w:sz="6" w:val="single" w:color="BDBDBD"/>
            </w:tcBorders>
          </w:tcPr>
          <w:p>
            <w:r>
              <w:rPr>
                <w:b/>
                <w:sz w:val="21"/>
              </w:rPr>
              <w:t>1. Dans le jardin, il y a 6 coccinelles. 2 s’envolent. Combien restent-elles ?</w:t>
              <w:br/>
            </w:r>
            <w:r>
              <w:rPr>
                <w:sz w:val="21"/>
              </w:rPr>
              <w:t xml:space="preserve">   Opération : 6 − 2 = ____</w:t>
              <w:br/>
            </w:r>
            <w:r>
              <w:rPr>
                <w:sz w:val="21"/>
              </w:rPr>
              <w:t xml:space="preserve">   Réponse : ____ coccinelles</w:t>
              <w:br/>
            </w:r>
            <w:r>
              <w:rPr>
                <w:sz w:val="21"/>
              </w:rPr>
              <w:t xml:space="preserve">   Ligne de calcul : ______________________________________</w:t>
            </w:r>
          </w:p>
        </w:tc>
      </w:tr>
      <w:tr>
        <w:tc>
          <w:tcPr>
            <w:tcW w:type="dxa" w:w="10540"/>
            <w:vAlign w:val="top"/>
            <w:tcBorders>
              <w:left w:sz="6" w:val="single" w:color="BDBDBD"/>
              <w:top w:sz="6" w:val="single" w:color="BDBDBD"/>
              <w:right w:sz="6" w:val="single" w:color="BDBDBD"/>
              <w:bottom w:sz="6" w:val="single" w:color="BDBDBD"/>
            </w:tcBorders>
          </w:tcPr>
          <w:p>
            <w:r>
              <w:rPr>
                <w:b/>
                <w:sz w:val="21"/>
              </w:rPr>
              <w:t>2. Lina voit 4 coccinelles sur une feuille et 3 sur une fleur. Combien en voit-elle en tout ?</w:t>
              <w:br/>
            </w:r>
            <w:r>
              <w:rPr>
                <w:sz w:val="21"/>
              </w:rPr>
              <w:t xml:space="preserve">   Opération : 4 + 3 = ____</w:t>
              <w:br/>
            </w:r>
            <w:r>
              <w:rPr>
                <w:sz w:val="21"/>
              </w:rPr>
              <w:t xml:space="preserve">   Réponse : ____ coccinelles</w:t>
              <w:br/>
            </w:r>
            <w:r>
              <w:rPr>
                <w:sz w:val="21"/>
              </w:rPr>
              <w:t xml:space="preserve">   Ligne de calcul : ______________________________________</w:t>
            </w:r>
          </w:p>
        </w:tc>
      </w:tr>
      <w:tr>
        <w:tc>
          <w:tcPr>
            <w:tcW w:type="dxa" w:w="10540"/>
            <w:vAlign w:val="top"/>
            <w:tcBorders>
              <w:left w:sz="6" w:val="single" w:color="BDBDBD"/>
              <w:top w:sz="6" w:val="single" w:color="BDBDBD"/>
              <w:right w:sz="6" w:val="single" w:color="BDBDBD"/>
              <w:bottom w:sz="6" w:val="single" w:color="BDBDBD"/>
            </w:tcBorders>
          </w:tcPr>
          <w:p>
            <w:r>
              <w:rPr>
                <w:b/>
                <w:sz w:val="21"/>
              </w:rPr>
              <w:t>3. Il y a 10 points sur une grande coccinelle. On en cache 3 avec une feuille. Combien de points voit-on ?</w:t>
              <w:br/>
            </w:r>
            <w:r>
              <w:rPr>
                <w:sz w:val="21"/>
              </w:rPr>
              <w:t xml:space="preserve">   Opération : 10 − 3 = ____</w:t>
              <w:br/>
            </w:r>
            <w:r>
              <w:rPr>
                <w:sz w:val="21"/>
              </w:rPr>
              <w:t xml:space="preserve">   Réponse : ____ points</w:t>
              <w:br/>
            </w:r>
            <w:r>
              <w:rPr>
                <w:sz w:val="21"/>
              </w:rPr>
              <w:t xml:space="preserve">   Ligne de calcul : ______________________________________</w:t>
            </w:r>
          </w:p>
        </w:tc>
      </w:tr>
      <w:tr>
        <w:tc>
          <w:tcPr>
            <w:tcW w:type="dxa" w:w="10540"/>
            <w:vAlign w:val="top"/>
            <w:tcBorders>
              <w:left w:sz="6" w:val="single" w:color="BDBDBD"/>
              <w:top w:sz="6" w:val="single" w:color="BDBDBD"/>
              <w:right w:sz="6" w:val="single" w:color="BDBDBD"/>
              <w:bottom w:sz="6" w:val="single" w:color="BDBDBD"/>
            </w:tcBorders>
          </w:tcPr>
          <w:p>
            <w:r>
              <w:rPr>
                <w:b/>
                <w:sz w:val="21"/>
              </w:rPr>
              <w:t>4. Yanis compte 8 coccinelles. Puis 5 arrivent. Combien y en a-t-il maintenant ?</w:t>
              <w:br/>
            </w:r>
            <w:r>
              <w:rPr>
                <w:sz w:val="21"/>
              </w:rPr>
              <w:t xml:space="preserve">   Opération : 8 + 5 = ____</w:t>
              <w:br/>
            </w:r>
            <w:r>
              <w:rPr>
                <w:sz w:val="21"/>
              </w:rPr>
              <w:t xml:space="preserve">   Réponse : ____ coccinelles</w:t>
              <w:br/>
            </w:r>
            <w:r>
              <w:rPr>
                <w:sz w:val="21"/>
              </w:rPr>
              <w:t xml:space="preserve">   Ligne de calcul : ______________________________________</w:t>
            </w:r>
          </w:p>
        </w:tc>
      </w:tr>
    </w:tbl>
    <w:p/>
    <w:p>
      <w:r>
        <w:br w:type="page"/>
      </w:r>
    </w:p>
    <w:tbl>
      <w:tblPr>
        <w:tblW w:type="auto" w:w="0"/>
        <w:jc w:val="center"/>
        <w:tblLayout w:type="autofit"/>
        <w:tblLook w:firstColumn="1" w:firstRow="1" w:lastColumn="0" w:lastRow="0" w:noHBand="0" w:noVBand="1" w:val="04A0"/>
      </w:tblPr>
      <w:tblGrid>
        <w:gridCol w:w="3513"/>
        <w:gridCol w:w="3513"/>
        <w:gridCol w:w="3513"/>
      </w:tblGrid>
      <w:tr>
        <w:tc>
          <w:tcPr>
            <w:tcW w:type="dxa" w:w="3513"/>
            <w:shd w:val="clear" w:color="auto" w:fill="FDE0E0"/>
            <w:vAlign w:val="center"/>
            <w:tcBorders>
              <w:left w:sz="6" w:val="single" w:color="D32F2F"/>
              <w:top w:sz="6" w:val="single" w:color="D32F2F"/>
              <w:right w:sz="6" w:val="single" w:color="D32F2F"/>
              <w:bottom w:sz="6" w:val="single" w:color="D32F2F"/>
            </w:tcBorders>
          </w:tcPr>
          <w:p>
            <w:pPr>
              <w:jc w:val="center"/>
            </w:pPr>
            <w:r>
              <w:rPr>
                <w:sz w:val="48"/>
              </w:rPr>
              <w:t>🐞</w:t>
            </w:r>
          </w:p>
        </w:tc>
        <w:tc>
          <w:tcPr>
            <w:tcW w:type="dxa" w:w="3513"/>
            <w:shd w:val="clear" w:color="auto" w:fill="FDE0E0"/>
            <w:vAlign w:val="center"/>
            <w:tcBorders>
              <w:left w:sz="6" w:val="single" w:color="D32F2F"/>
              <w:top w:sz="6" w:val="single" w:color="D32F2F"/>
              <w:right w:sz="6" w:val="single" w:color="D32F2F"/>
              <w:bottom w:sz="6" w:val="single" w:color="D32F2F"/>
            </w:tcBorders>
          </w:tcPr>
          <w:p>
            <w:pPr>
              <w:jc w:val="center"/>
            </w:pPr>
            <w:r>
              <w:rPr>
                <w:b/>
                <w:color w:val="D32F2F"/>
                <w:sz w:val="36"/>
              </w:rPr>
              <w:t>Corrigés</w:t>
            </w:r>
            <w:r>
              <w:br/>
            </w:r>
            <w:r>
              <w:rPr>
                <w:color w:val="505050"/>
                <w:sz w:val="22"/>
              </w:rPr>
              <w:t>À garder pour l’enseignant</w:t>
            </w:r>
          </w:p>
        </w:tc>
        <w:tc>
          <w:tcPr>
            <w:tcW w:type="dxa" w:w="3513"/>
            <w:shd w:val="clear" w:color="auto" w:fill="FDE0E0"/>
            <w:vAlign w:val="center"/>
            <w:tcBorders>
              <w:left w:sz="6" w:val="single" w:color="D32F2F"/>
              <w:top w:sz="6" w:val="single" w:color="D32F2F"/>
              <w:right w:sz="6" w:val="single" w:color="D32F2F"/>
              <w:bottom w:sz="6" w:val="single" w:color="D32F2F"/>
            </w:tcBorders>
          </w:tcPr>
          <w:p>
            <w:pPr>
              <w:jc w:val="left"/>
            </w:pPr>
            <w:r>
              <w:rPr>
                <w:color w:val="3C3C3C"/>
                <w:sz w:val="20"/>
              </w:rPr>
              <w:t>Nom : ____________________</w:t>
              <w:br/>
              <w:t>Date : ____ / ____ / ______</w:t>
            </w:r>
          </w:p>
        </w:tc>
      </w:tr>
    </w:tbl>
    <w:p/>
    <w:tbl>
      <w:tblPr>
        <w:tblW w:type="auto" w:w="0"/>
        <w:jc w:val="left"/>
        <w:tblLook w:firstColumn="1" w:firstRow="1" w:lastColumn="0" w:lastRow="0" w:noHBand="0" w:noVBand="1" w:val="04A0"/>
      </w:tblPr>
      <w:tblGrid>
        <w:gridCol w:w="10540"/>
      </w:tblGrid>
      <w:tr>
        <w:tc>
          <w:tcPr>
            <w:tcW w:type="dxa" w:w="10540"/>
            <w:shd w:val="clear" w:color="auto" w:fill="212121"/>
            <w:tcBorders>
              <w:left w:sz="10" w:val="single" w:color="212121"/>
              <w:top w:sz="10" w:val="single" w:color="212121"/>
              <w:right w:sz="10" w:val="single" w:color="212121"/>
              <w:bottom w:sz="10" w:val="single" w:color="212121"/>
            </w:tcBorders>
          </w:tcPr>
          <w:p>
            <w:pPr>
              <w:jc w:val="left"/>
            </w:pPr>
            <w:r>
              <w:rPr>
                <w:b/>
                <w:color w:val="FFFFFF"/>
                <w:sz w:val="26"/>
              </w:rPr>
              <w:t xml:space="preserve">  🐞  Fiche 2 – Comparer (Exercice A)</w:t>
            </w:r>
          </w:p>
        </w:tc>
      </w:tr>
    </w:tbl>
    <w:p/>
    <w:p>
      <w:r>
        <w:t>• 3 &lt; 5</w:t>
      </w:r>
    </w:p>
    <w:p>
      <w:r>
        <w:t>• 10 = 10</w:t>
      </w:r>
    </w:p>
    <w:p>
      <w:r>
        <w:t>• 7 &gt; 2</w:t>
      </w:r>
    </w:p>
    <w:p>
      <w:r>
        <w:t>• 12 &gt; 9</w:t>
      </w:r>
    </w:p>
    <w:p>
      <w:r>
        <w:t>• 14 &lt; 18</w:t>
      </w:r>
    </w:p>
    <w:p>
      <w:r>
        <w:t>• 20 &gt; 16</w:t>
      </w:r>
    </w:p>
    <w:p>
      <w:r>
        <w:t>• 0 &lt; 4</w:t>
      </w:r>
    </w:p>
    <w:p>
      <w:r>
        <w:t>• 11 &lt; 13</w:t>
      </w:r>
    </w:p>
    <w:p>
      <w:r>
        <w:t>• 6 = 6</w:t>
      </w:r>
    </w:p>
    <w:p>
      <w:r>
        <w:t>• 19 &gt; 15</w:t>
      </w:r>
    </w:p>
    <w:p>
      <w:r>
        <w:t>• 8 &gt; 1</w:t>
      </w:r>
    </w:p>
    <w:p>
      <w:r>
        <w:t>• 17 = 17</w:t>
      </w:r>
    </w:p>
    <w:tbl>
      <w:tblPr>
        <w:tblW w:type="auto" w:w="0"/>
        <w:jc w:val="left"/>
        <w:tblLook w:firstColumn="1" w:firstRow="1" w:lastColumn="0" w:lastRow="0" w:noHBand="0" w:noVBand="1" w:val="04A0"/>
      </w:tblPr>
      <w:tblGrid>
        <w:gridCol w:w="10540"/>
      </w:tblGrid>
      <w:tr>
        <w:tc>
          <w:tcPr>
            <w:tcW w:type="dxa" w:w="10540"/>
            <w:shd w:val="clear" w:color="auto" w:fill="212121"/>
            <w:tcBorders>
              <w:left w:sz="10" w:val="single" w:color="212121"/>
              <w:top w:sz="10" w:val="single" w:color="212121"/>
              <w:right w:sz="10" w:val="single" w:color="212121"/>
              <w:bottom w:sz="10" w:val="single" w:color="212121"/>
            </w:tcBorders>
          </w:tcPr>
          <w:p>
            <w:pPr>
              <w:jc w:val="left"/>
            </w:pPr>
            <w:r>
              <w:rPr>
                <w:b/>
                <w:color w:val="FFFFFF"/>
                <w:sz w:val="26"/>
              </w:rPr>
              <w:t xml:space="preserve">  🐞  Fiche 3 – Additions (Exercice A)</w:t>
            </w:r>
          </w:p>
        </w:tc>
      </w:tr>
    </w:tbl>
    <w:p/>
    <w:p>
      <w:r>
        <w:t>• 1 + 2 = 3</w:t>
      </w:r>
    </w:p>
    <w:p>
      <w:r>
        <w:t>• 3 + 4 = 7</w:t>
      </w:r>
    </w:p>
    <w:p>
      <w:r>
        <w:t>• 5 + 0 = 5</w:t>
      </w:r>
    </w:p>
    <w:p>
      <w:r>
        <w:t>• 6 + 2 = 8</w:t>
      </w:r>
    </w:p>
    <w:p>
      <w:r>
        <w:t>• 7 + 1 = 8</w:t>
      </w:r>
    </w:p>
    <w:p>
      <w:r>
        <w:t>• 8 + 1 = 9</w:t>
      </w:r>
    </w:p>
    <w:p>
      <w:r>
        <w:t>• 9 + 2 = 11</w:t>
      </w:r>
    </w:p>
    <w:p>
      <w:r>
        <w:t>• 10 + 3 = 13</w:t>
      </w:r>
    </w:p>
    <w:p>
      <w:r>
        <w:t>• 4 + 6 = 10</w:t>
      </w:r>
    </w:p>
    <w:p>
      <w:r>
        <w:t>• 5 + 7 = 12</w:t>
      </w:r>
    </w:p>
    <w:p>
      <w:r>
        <w:t>• 8 + 4 = 12</w:t>
      </w:r>
    </w:p>
    <w:p>
      <w:r>
        <w:t>• 9 + 6 = 15</w:t>
      </w:r>
    </w:p>
    <w:p>
      <w:r>
        <w:t>• 12 + 5 = 17</w:t>
      </w:r>
    </w:p>
    <w:p>
      <w:r>
        <w:t>• 13 + 2 = 15</w:t>
      </w:r>
    </w:p>
    <w:p>
      <w:r>
        <w:t>• 14 + 4 = 18</w:t>
      </w:r>
    </w:p>
    <w:p>
      <w:r>
        <w:t>• 15 + 3 = 18</w:t>
      </w:r>
    </w:p>
    <w:tbl>
      <w:tblPr>
        <w:tblW w:type="auto" w:w="0"/>
        <w:jc w:val="left"/>
        <w:tblLook w:firstColumn="1" w:firstRow="1" w:lastColumn="0" w:lastRow="0" w:noHBand="0" w:noVBand="1" w:val="04A0"/>
      </w:tblPr>
      <w:tblGrid>
        <w:gridCol w:w="10540"/>
      </w:tblGrid>
      <w:tr>
        <w:tc>
          <w:tcPr>
            <w:tcW w:type="dxa" w:w="10540"/>
            <w:shd w:val="clear" w:color="auto" w:fill="212121"/>
            <w:tcBorders>
              <w:left w:sz="10" w:val="single" w:color="212121"/>
              <w:top w:sz="10" w:val="single" w:color="212121"/>
              <w:right w:sz="10" w:val="single" w:color="212121"/>
              <w:bottom w:sz="10" w:val="single" w:color="212121"/>
            </w:tcBorders>
          </w:tcPr>
          <w:p>
            <w:pPr>
              <w:jc w:val="left"/>
            </w:pPr>
            <w:r>
              <w:rPr>
                <w:b/>
                <w:color w:val="FFFFFF"/>
                <w:sz w:val="26"/>
              </w:rPr>
              <w:t xml:space="preserve">  🐞  Fiche 4 – Soustractions (Exercice A)</w:t>
            </w:r>
          </w:p>
        </w:tc>
      </w:tr>
    </w:tbl>
    <w:p/>
    <w:p>
      <w:r>
        <w:t>• 10 − 1 = 9</w:t>
      </w:r>
    </w:p>
    <w:p>
      <w:r>
        <w:t>• 10 − 2 = 8</w:t>
      </w:r>
    </w:p>
    <w:p>
      <w:r>
        <w:t>• 10 − 3 = 7</w:t>
      </w:r>
    </w:p>
    <w:p>
      <w:r>
        <w:t>• 9 − 4 = 5</w:t>
      </w:r>
    </w:p>
    <w:p>
      <w:r>
        <w:t>• 8 − 5 = 3</w:t>
      </w:r>
    </w:p>
    <w:p>
      <w:r>
        <w:t>• 12 − 2 = 10</w:t>
      </w:r>
    </w:p>
    <w:p>
      <w:r>
        <w:t>• 14 − 6 = 8</w:t>
      </w:r>
    </w:p>
    <w:p>
      <w:r>
        <w:t>• 16 − 7 = 9</w:t>
      </w:r>
    </w:p>
    <w:p>
      <w:r>
        <w:t>• 18 − 9 = 9</w:t>
      </w:r>
    </w:p>
    <w:p>
      <w:r>
        <w:t>• 20 − 10 = 10</w:t>
      </w:r>
    </w:p>
    <w:p>
      <w:r>
        <w:t>• 15 − 8 = 7</w:t>
      </w:r>
    </w:p>
    <w:p>
      <w:r>
        <w:t>• 13 − 9 = 4</w:t>
      </w:r>
    </w:p>
    <w:tbl>
      <w:tblPr>
        <w:tblW w:type="auto" w:w="0"/>
        <w:jc w:val="left"/>
        <w:tblLook w:firstColumn="1" w:firstRow="1" w:lastColumn="0" w:lastRow="0" w:noHBand="0" w:noVBand="1" w:val="04A0"/>
      </w:tblPr>
      <w:tblGrid>
        <w:gridCol w:w="10540"/>
      </w:tblGrid>
      <w:tr>
        <w:tc>
          <w:tcPr>
            <w:tcW w:type="dxa" w:w="10540"/>
            <w:shd w:val="clear" w:color="auto" w:fill="212121"/>
            <w:tcBorders>
              <w:left w:sz="10" w:val="single" w:color="212121"/>
              <w:top w:sz="10" w:val="single" w:color="212121"/>
              <w:right w:sz="10" w:val="single" w:color="212121"/>
              <w:bottom w:sz="10" w:val="single" w:color="212121"/>
            </w:tcBorders>
          </w:tcPr>
          <w:p>
            <w:pPr>
              <w:jc w:val="left"/>
            </w:pPr>
            <w:r>
              <w:rPr>
                <w:b/>
                <w:color w:val="FFFFFF"/>
                <w:sz w:val="26"/>
              </w:rPr>
              <w:t xml:space="preserve">  🐞  Petits problèmes</w:t>
            </w:r>
          </w:p>
        </w:tc>
      </w:tr>
    </w:tbl>
    <w:p/>
    <w:p>
      <w:r>
        <w:t>• Problème 1 : 4</w:t>
      </w:r>
    </w:p>
    <w:p>
      <w:r>
        <w:t>• Problème 2 : 7</w:t>
      </w:r>
    </w:p>
    <w:p>
      <w:r>
        <w:t>• Problème 3 : 7</w:t>
      </w:r>
    </w:p>
    <w:p>
      <w:r>
        <w:t>• Problème 4 : 13</w:t>
      </w:r>
    </w:p>
    <w:sectPr w:rsidR="00FC693F" w:rsidRPr="0006063C" w:rsidSect="00034616">
      <w:footerReference w:type="default" r:id="rId9"/>
      <w:pgSz w:w="12240" w:h="15840"/>
      <w:pgMar w:top="850" w:right="850" w:bottom="850" w:left="85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Symbol">
    <w:panose1 w:val="00000000000000000000"/>
    <w:charset w:val="02"/>
    <w:family w:val="auto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auto"/>
    <w:pitch w:val="variable"/>
    <w:sig w:usb0="E0002AFF" w:usb1="C0007841" w:usb2="00000009" w:usb3="00000000" w:csb0="000001FF" w:csb1="00000000"/>
  </w:font>
  <w:font w:name="Cambria">
    <w:panose1 w:val="02040503050406030204"/>
    <w:charset w:val="00"/>
    <w:family w:val="auto"/>
    <w:pitch w:val="variable"/>
    <w:sig w:usb0="E00002FF" w:usb1="400004FF" w:usb2="00000000" w:usb3="00000000" w:csb0="0000019F" w:csb1="00000000"/>
  </w:font>
  <w:font w:name="ＭＳ 明朝">
    <w:panose1 w:val="00000000000000000000"/>
    <w:charset w:val="80"/>
    <w:family w:val="roman"/>
    <w:notTrueType/>
    <w:pitch w:val="fixed"/>
    <w:sig w:usb0="00000001" w:usb1="08070000" w:usb2="00000010" w:usb3="00000000" w:csb0="00020000" w:csb1="00000000"/>
  </w:font>
  <w:font w:name="Calibri">
    <w:panose1 w:val="020F0502020204030204"/>
    <w:charset w:val="00"/>
    <w:family w:val="auto"/>
    <w:pitch w:val="variable"/>
    <w:sig w:usb0="E10002FF" w:usb1="4000ACFF" w:usb2="00000009" w:usb3="00000000" w:csb0="0000019F" w:csb1="00000000"/>
  </w:font>
  <w:font w:name="ＭＳ ゴシック">
    <w:panose1 w:val="00000000000000000000"/>
    <w:charset w:val="80"/>
    <w:family w:val="modern"/>
    <w:notTrueType/>
    <w:pitch w:val="fixed"/>
    <w:sig w:usb0="00000001" w:usb1="08070000" w:usb2="00000010" w:usb3="00000000" w:csb0="00020000" w:csb1="00000000"/>
  </w:font>
  <w:font w:name="Courier">
    <w:panose1 w:val="02000500000000000000"/>
    <w:charset w:val="00"/>
    <w:family w:val="auto"/>
    <w:pitch w:val="variable"/>
    <w:sig w:usb0="00000003" w:usb1="00000000" w:usb2="00000000" w:usb3="00000000" w:csb0="00000001" w:csb1="00000000"/>
  </w:font>
  <w:font w:name="Arial">
    <w:panose1 w:val="020B0604020202020204"/>
    <w:charset w:val="00"/>
    <w:family w:val="auto"/>
    <w:pitch w:val="variable"/>
    <w:sig w:usb0="E0002AFF" w:usb1="C0007843" w:usb2="00000009" w:usb3="00000000" w:csb0="000001FF" w:csb1="00000000"/>
  </w:font>
</w:fonts>
</file>

<file path=word/footer1.xml><?xml version="1.0" encoding="utf-8"?>
<w:ftr xmlns:m="http://schemas.openxmlformats.org/officeDocument/2006/math" xmlns:mc="http://schemas.openxmlformats.org/markup-compatibility/2006" xmlns:mo="http://schemas.microsoft.com/office/mac/office/2008/main" xmlns:mv="urn:schemas-microsoft-com:mac:vml" xmlns:o="urn:schemas-microsoft-com:office:office" xmlns:r="http://schemas.openxmlformats.org/officeDocument/2006/relationships" xmlns:v="urn:schemas-microsoft-com:vml" xmlns:w10="urn:schemas-microsoft-com:office:word" xmlns:w14="http://schemas.microsoft.com/office/word/2010/wordml" xmlns:w="http://schemas.openxmlformats.org/wordprocessingml/2006/main" xmlns:wne="http://schemas.microsoft.com/office/word/2006/wordml" xmlns:wp14="http://schemas.microsoft.com/office/word/2010/wordprocessingDrawing" xmlns:wp="http://schemas.openxmlformats.org/drawingml/2006/wordprocessingDrawing" xmlns:wpc="http://schemas.microsoft.com/office/word/2010/wordprocessingCanvas" xmlns:wpg="http://schemas.microsoft.com/office/word/2010/wordprocessingGroup" xmlns:wpi="http://schemas.microsoft.com/office/word/2010/wordprocessingInk" xmlns:wps="http://schemas.microsoft.com/office/word/2010/wordprocessingShape" mc:Ignorable="w14 wp14">
  <w:p>
    <w:pPr>
      <w:pStyle w:val="Footer"/>
      <w:jc w:val="center"/>
    </w:pPr>
    <w:r>
      <w:rPr>
        <w:color w:val="787878"/>
        <w:sz w:val="18"/>
      </w:rPr>
      <w:t>lecoursgratuit.com</w:t>
    </w:r>
  </w:p>
</w:ftr>
</file>

<file path=word/numbering.xml><?xml version="1.0" encoding="utf-8"?>
<w:numbering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FFFFFF7C"/>
    <w:multiLevelType w:val="singleLevel"/>
    <w:tmpl w:val="C310EC42"/>
    <w:lvl w:ilvl="0">
      <w:start w:val="1"/>
      <w:numFmt w:val="decimal"/>
      <w:lvlText w:val="%1."/>
      <w:lvlJc w:val="left"/>
      <w:pPr>
        <w:tabs>
          <w:tab w:val="num" w:pos="1800"/>
        </w:tabs>
        <w:ind w:left="1800" w:hanging="360"/>
      </w:pPr>
    </w:lvl>
  </w:abstractNum>
  <w:abstractNum w:abstractNumId="1">
    <w:nsid w:val="FFFFFF7D"/>
    <w:multiLevelType w:val="singleLevel"/>
    <w:tmpl w:val="E4089024"/>
    <w:lvl w:ilvl="0">
      <w:start w:val="1"/>
      <w:numFmt w:val="decimal"/>
      <w:lvlText w:val="%1."/>
      <w:lvlJc w:val="left"/>
      <w:pPr>
        <w:tabs>
          <w:tab w:val="num" w:pos="1440"/>
        </w:tabs>
        <w:ind w:left="1440" w:hanging="360"/>
      </w:pPr>
    </w:lvl>
  </w:abstractNum>
  <w:abstractNum w:abstractNumId="2">
    <w:nsid w:val="FFFFFF7E"/>
    <w:multiLevelType w:val="singleLevel"/>
    <w:tmpl w:val="FB12693A"/>
    <w:lvl w:ilvl="0">
      <w:start w:val="1"/>
      <w:numFmt w:val="decimal"/>
      <w:pStyle w:val="ListNumber3"/>
      <w:lvlText w:val="%1."/>
      <w:lvlJc w:val="left"/>
      <w:pPr>
        <w:tabs>
          <w:tab w:val="num" w:pos="1080"/>
        </w:tabs>
        <w:ind w:left="1080" w:hanging="360"/>
      </w:pPr>
    </w:lvl>
  </w:abstractNum>
  <w:abstractNum w:abstractNumId="3">
    <w:nsid w:val="FFFFFF7F"/>
    <w:multiLevelType w:val="singleLevel"/>
    <w:tmpl w:val="38441652"/>
    <w:lvl w:ilvl="0">
      <w:start w:val="1"/>
      <w:numFmt w:val="decimal"/>
      <w:pStyle w:val="ListNumber2"/>
      <w:lvlText w:val="%1."/>
      <w:lvlJc w:val="left"/>
      <w:pPr>
        <w:tabs>
          <w:tab w:val="num" w:pos="720"/>
        </w:tabs>
        <w:ind w:left="720" w:hanging="360"/>
      </w:pPr>
    </w:lvl>
  </w:abstractNum>
  <w:abstractNum w:abstractNumId="4">
    <w:nsid w:val="FFFFFF81"/>
    <w:multiLevelType w:val="singleLevel"/>
    <w:tmpl w:val="171AC3A4"/>
    <w:lvl w:ilvl="0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</w:rPr>
    </w:lvl>
  </w:abstractNum>
  <w:abstractNum w:abstractNumId="5">
    <w:nsid w:val="FFFFFF82"/>
    <w:multiLevelType w:val="singleLevel"/>
    <w:tmpl w:val="F3EAFDEC"/>
    <w:lvl w:ilvl="0">
      <w:start w:val="1"/>
      <w:numFmt w:val="bullet"/>
      <w:pStyle w:val="ListBullet3"/>
      <w:lvlText w:val=""/>
      <w:lvlJc w:val="left"/>
      <w:pPr>
        <w:tabs>
          <w:tab w:val="num" w:pos="1080"/>
        </w:tabs>
        <w:ind w:left="1080" w:hanging="360"/>
      </w:pPr>
      <w:rPr>
        <w:rFonts w:ascii="Symbol" w:hAnsi="Symbol" w:hint="default"/>
      </w:rPr>
    </w:lvl>
  </w:abstractNum>
  <w:abstractNum w:abstractNumId="6">
    <w:nsid w:val="FFFFFF83"/>
    <w:multiLevelType w:val="singleLevel"/>
    <w:tmpl w:val="3D1EFFD4"/>
    <w:lvl w:ilvl="0">
      <w:start w:val="1"/>
      <w:numFmt w:val="bullet"/>
      <w:pStyle w:val="ListBullet2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</w:abstractNum>
  <w:abstractNum w:abstractNumId="7">
    <w:nsid w:val="FFFFFF88"/>
    <w:multiLevelType w:val="singleLevel"/>
    <w:tmpl w:val="D0A62B40"/>
    <w:lvl w:ilvl="0">
      <w:start w:val="1"/>
      <w:numFmt w:val="decimal"/>
      <w:pStyle w:val="ListNumber"/>
      <w:lvlText w:val="%1."/>
      <w:lvlJc w:val="left"/>
      <w:pPr>
        <w:tabs>
          <w:tab w:val="num" w:pos="360"/>
        </w:tabs>
        <w:ind w:left="360" w:hanging="360"/>
      </w:pPr>
    </w:lvl>
  </w:abstractNum>
  <w:abstractNum w:abstractNumId="8">
    <w:nsid w:val="FFFFFF89"/>
    <w:multiLevelType w:val="singleLevel"/>
    <w:tmpl w:val="29761A62"/>
    <w:lvl w:ilvl="0">
      <w:start w:val="1"/>
      <w:numFmt w:val="bullet"/>
      <w:pStyle w:val="ListBullet"/>
      <w:lvlText w:val=""/>
      <w:lvlJc w:val="left"/>
      <w:pPr>
        <w:tabs>
          <w:tab w:val="num" w:pos="360"/>
        </w:tabs>
        <w:ind w:left="360" w:hanging="360"/>
      </w:pPr>
      <w:rPr>
        <w:rFonts w:ascii="Symbol" w:hAnsi="Symbol" w:hint="default"/>
      </w:rPr>
    </w:lvl>
  </w:abstractNum>
  <w:num w:numId="1">
    <w:abstractNumId w:val="8"/>
  </w:num>
  <w:num w:numId="2">
    <w:abstractNumId w:val="6"/>
  </w:num>
  <w:num w:numId="3">
    <w:abstractNumId w:val="5"/>
  </w:num>
  <w:num w:numId="4">
    <w:abstractNumId w:val="4"/>
  </w:num>
  <w:num w:numId="5">
    <w:abstractNumId w:val="7"/>
  </w:num>
  <w:num w:numId="6">
    <w:abstractNumId w:val="3"/>
  </w:num>
  <w:num w:numId="7">
    <w:abstractNumId w:val="2"/>
  </w:num>
  <w:num w:numId="8">
    <w:abstractNumId w:val="1"/>
  </w:num>
  <w:num w:numId="9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val="bestFit"/>
  <w:proofState w:spelling="clean" w:grammar="clean"/>
  <w:defaultTabStop w:val="720"/>
  <w:characterSpacingControl w:val="doNotCompress"/>
  <w:savePreviewPicture/>
  <w:compat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B47730"/>
    <w:rsid w:val="00034616"/>
    <w:rsid w:val="0006063C"/>
    <w:rsid w:val="0015074B"/>
    <w:rsid w:val="0029639D"/>
    <w:rsid w:val="00326F90"/>
    <w:rsid w:val="00AA1D8D"/>
    <w:rsid w:val="00B47730"/>
    <w:rsid w:val="00CB0664"/>
    <w:rsid w:val="00FC693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:shapeDefaults>
    <o:shapedefaults v:ext="edit" spidmax="1027"/>
    <o:shapelayout v:ext="edit">
      <o:idmap v:ext="edit" data="1"/>
    </o:shapelayout>
  </w:shapeDefaults>
  <w:decimalSymbol w:val="."/>
  <w:listSeparator w:val=","/>
  <w14:docId w14:val="24062061"/>
  <w14:defaultImageDpi w14:val="300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76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FC693F"/>
    <w:rPr>
      <w:rFonts w:ascii="Calibri" w:hAnsi="Calibri"/>
      <w:color w:val="212121"/>
      <w:sz w:val="22"/>
    </w:rPr>
  </w:style>
  <w:style w:type="paragraph" w:styleId="Header">
    <w:name w:val="header"/>
    <w:basedOn w:val="Normal"/>
    <w:link w:val="HeaderChar"/>
    <w:uiPriority w:val="99"/>
    <w:unhideWhenUsed/>
    <w:rsid w:val="00E618BF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E618BF"/>
  </w:style>
  <w:style w:type="paragraph" w:styleId="Footer">
    <w:name w:val="footer"/>
    <w:basedOn w:val="Normal"/>
    <w:link w:val="FooterChar"/>
    <w:uiPriority w:val="99"/>
    <w:unhideWhenUsed/>
    <w:rsid w:val="00E618BF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E618BF"/>
  </w:style>
  <w:style w:type="paragraph" w:styleId="Heading1">
    <w:name w:val="heading 1"/>
    <w:basedOn w:val="Normal"/>
    <w:next w:val="Normal"/>
    <w:link w:val="Heading1Char"/>
    <w:uiPriority w:val="9"/>
    <w:qFormat/>
    <w:rsid w:val="00FC693F"/>
    <w:pPr>
      <w:keepNext/>
      <w:keepLines/>
      <w:spacing w:before="480" w:after="0"/>
      <w:outlineLvl w:val="0"/>
    </w:pPr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paragraph" w:styleId="Heading2">
    <w:name w:val="heading 2"/>
    <w:basedOn w:val="Normal"/>
    <w:next w:val="Normal"/>
    <w:link w:val="Heading2Char"/>
    <w:uiPriority w:val="9"/>
    <w:unhideWhenUsed/>
    <w:qFormat/>
    <w:rsid w:val="00FC693F"/>
    <w:pPr>
      <w:keepNext/>
      <w:keepLines/>
      <w:spacing w:before="200" w:after="0"/>
      <w:outlineLvl w:val="1"/>
    </w:pPr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paragraph" w:styleId="Heading3">
    <w:name w:val="heading 3"/>
    <w:basedOn w:val="Normal"/>
    <w:next w:val="Normal"/>
    <w:link w:val="Heading3Char"/>
    <w:uiPriority w:val="9"/>
    <w:unhideWhenUsed/>
    <w:qFormat/>
    <w:rsid w:val="00FC693F"/>
    <w:pPr>
      <w:keepNext/>
      <w:keepLines/>
      <w:spacing w:before="200" w:after="0"/>
      <w:outlineLvl w:val="2"/>
    </w:pPr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FC693F"/>
    <w:pPr>
      <w:keepNext/>
      <w:keepLines/>
      <w:spacing w:before="200" w:after="0"/>
      <w:outlineLvl w:val="3"/>
    </w:pPr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FC693F"/>
    <w:pPr>
      <w:keepNext/>
      <w:keepLines/>
      <w:spacing w:before="200" w:after="0"/>
      <w:outlineLvl w:val="4"/>
    </w:pPr>
    <w:rPr>
      <w:rFonts w:asciiTheme="majorHAnsi" w:eastAsiaTheme="majorEastAsia" w:hAnsiTheme="majorHAnsi" w:cstheme="majorBidi"/>
      <w:color w:val="243F60" w:themeColor="accent1" w:themeShade="7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FC693F"/>
    <w:pPr>
      <w:keepNext/>
      <w:keepLines/>
      <w:spacing w:before="200" w:after="0"/>
      <w:outlineLvl w:val="5"/>
    </w:pPr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FC693F"/>
    <w:pPr>
      <w:keepNext/>
      <w:keepLines/>
      <w:spacing w:before="200" w:after="0"/>
      <w:outlineLvl w:val="6"/>
    </w:pPr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FC693F"/>
    <w:pPr>
      <w:keepNext/>
      <w:keepLines/>
      <w:spacing w:before="200" w:after="0"/>
      <w:outlineLvl w:val="7"/>
    </w:pPr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FC693F"/>
    <w:pPr>
      <w:keepNext/>
      <w:keepLines/>
      <w:spacing w:before="200" w:after="0"/>
      <w:outlineLvl w:val="8"/>
    </w:pPr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NoSpacing">
    <w:name w:val="No Spacing"/>
    <w:uiPriority w:val="1"/>
    <w:qFormat/>
    <w:rsid w:val="00FC693F"/>
    <w:pPr>
      <w:spacing w:after="0" w:line="240" w:lineRule="auto"/>
    </w:pPr>
  </w:style>
  <w:style w:type="character" w:customStyle="1" w:styleId="Heading1Char">
    <w:name w:val="Heading 1 Char"/>
    <w:basedOn w:val="DefaultParagraphFont"/>
    <w:link w:val="Heading1"/>
    <w:uiPriority w:val="9"/>
    <w:rsid w:val="00FC693F"/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character" w:customStyle="1" w:styleId="Heading2Char">
    <w:name w:val="Heading 2 Char"/>
    <w:basedOn w:val="DefaultParagraphFont"/>
    <w:link w:val="Heading2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character" w:customStyle="1" w:styleId="Heading3Char">
    <w:name w:val="Heading 3 Char"/>
    <w:basedOn w:val="DefaultParagraphFont"/>
    <w:link w:val="Heading3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Title">
    <w:name w:val="Title"/>
    <w:basedOn w:val="Normal"/>
    <w:next w:val="Normal"/>
    <w:link w:val="TitleChar"/>
    <w:uiPriority w:val="10"/>
    <w:qFormat/>
    <w:rsid w:val="00FC693F"/>
    <w:pPr>
      <w:pBdr>
        <w:bottom w:val="single" w:sz="8" w:space="4" w:color="4F81BD" w:themeColor="accent1"/>
      </w:pBdr>
      <w:spacing w:after="300" w:line="240" w:lineRule="auto"/>
      <w:contextualSpacing/>
    </w:pPr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character" w:customStyle="1" w:styleId="TitleChar">
    <w:name w:val="Title Char"/>
    <w:basedOn w:val="DefaultParagraphFont"/>
    <w:link w:val="Title"/>
    <w:uiPriority w:val="10"/>
    <w:rsid w:val="00FC693F"/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paragraph" w:styleId="Subtitle">
    <w:name w:val="Subtitle"/>
    <w:basedOn w:val="Normal"/>
    <w:next w:val="Normal"/>
    <w:link w:val="SubtitleChar"/>
    <w:uiPriority w:val="11"/>
    <w:qFormat/>
    <w:rsid w:val="00FC693F"/>
    <w:pPr>
      <w:numPr>
        <w:ilvl w:val="1"/>
      </w:numPr>
    </w:pPr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character" w:customStyle="1" w:styleId="SubtitleChar">
    <w:name w:val="Subtitle Char"/>
    <w:basedOn w:val="DefaultParagraphFont"/>
    <w:link w:val="Subtitle"/>
    <w:uiPriority w:val="11"/>
    <w:rsid w:val="00FC693F"/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paragraph" w:styleId="ListParagraph">
    <w:name w:val="List Paragraph"/>
    <w:basedOn w:val="Normal"/>
    <w:uiPriority w:val="34"/>
    <w:qFormat/>
    <w:rsid w:val="00FC693F"/>
    <w:pPr>
      <w:ind w:left="720"/>
      <w:contextualSpacing/>
    </w:pPr>
  </w:style>
  <w:style w:type="paragraph" w:styleId="BodyText">
    <w:name w:val="Body Text"/>
    <w:basedOn w:val="Normal"/>
    <w:link w:val="BodyTextChar"/>
    <w:uiPriority w:val="99"/>
    <w:unhideWhenUsed/>
    <w:rsid w:val="00AA1D8D"/>
    <w:pPr>
      <w:spacing w:after="120"/>
    </w:pPr>
  </w:style>
  <w:style w:type="character" w:customStyle="1" w:styleId="BodyTextChar">
    <w:name w:val="Body Text Char"/>
    <w:basedOn w:val="DefaultParagraphFont"/>
    <w:link w:val="BodyText"/>
    <w:uiPriority w:val="99"/>
    <w:rsid w:val="00AA1D8D"/>
  </w:style>
  <w:style w:type="paragraph" w:styleId="BodyText2">
    <w:name w:val="Body Text 2"/>
    <w:basedOn w:val="Normal"/>
    <w:link w:val="BodyText2Char"/>
    <w:uiPriority w:val="99"/>
    <w:unhideWhenUsed/>
    <w:rsid w:val="00AA1D8D"/>
    <w:pPr>
      <w:spacing w:after="120" w:line="480" w:lineRule="auto"/>
    </w:pPr>
  </w:style>
  <w:style w:type="character" w:customStyle="1" w:styleId="BodyText2Char">
    <w:name w:val="Body Text 2 Char"/>
    <w:basedOn w:val="DefaultParagraphFont"/>
    <w:link w:val="BodyText2"/>
    <w:uiPriority w:val="99"/>
    <w:rsid w:val="00AA1D8D"/>
  </w:style>
  <w:style w:type="paragraph" w:styleId="BodyText3">
    <w:name w:val="Body Text 3"/>
    <w:basedOn w:val="Normal"/>
    <w:link w:val="BodyText3Char"/>
    <w:uiPriority w:val="99"/>
    <w:unhideWhenUsed/>
    <w:rsid w:val="00AA1D8D"/>
    <w:pPr>
      <w:spacing w:after="120"/>
    </w:pPr>
    <w:rPr>
      <w:sz w:val="16"/>
      <w:szCs w:val="16"/>
    </w:rPr>
  </w:style>
  <w:style w:type="character" w:customStyle="1" w:styleId="BodyText3Char">
    <w:name w:val="Body Text 3 Char"/>
    <w:basedOn w:val="DefaultParagraphFont"/>
    <w:link w:val="BodyText3"/>
    <w:uiPriority w:val="99"/>
    <w:rsid w:val="00AA1D8D"/>
    <w:rPr>
      <w:sz w:val="16"/>
      <w:szCs w:val="16"/>
    </w:rPr>
  </w:style>
  <w:style w:type="paragraph" w:styleId="List">
    <w:name w:val="List"/>
    <w:basedOn w:val="Normal"/>
    <w:uiPriority w:val="99"/>
    <w:unhideWhenUsed/>
    <w:rsid w:val="00AA1D8D"/>
    <w:pPr>
      <w:ind w:left="360" w:hanging="360"/>
      <w:contextualSpacing/>
    </w:pPr>
  </w:style>
  <w:style w:type="paragraph" w:styleId="List2">
    <w:name w:val="List 2"/>
    <w:basedOn w:val="Normal"/>
    <w:uiPriority w:val="99"/>
    <w:unhideWhenUsed/>
    <w:rsid w:val="00326F90"/>
    <w:pPr>
      <w:ind w:left="720" w:hanging="360"/>
      <w:contextualSpacing/>
    </w:pPr>
  </w:style>
  <w:style w:type="paragraph" w:styleId="List3">
    <w:name w:val="List 3"/>
    <w:basedOn w:val="Normal"/>
    <w:uiPriority w:val="99"/>
    <w:unhideWhenUsed/>
    <w:rsid w:val="00326F90"/>
    <w:pPr>
      <w:ind w:left="1080" w:hanging="360"/>
      <w:contextualSpacing/>
    </w:pPr>
  </w:style>
  <w:style w:type="paragraph" w:styleId="ListBullet">
    <w:name w:val="List Bullet"/>
    <w:basedOn w:val="Normal"/>
    <w:uiPriority w:val="99"/>
    <w:unhideWhenUsed/>
    <w:rsid w:val="00326F90"/>
    <w:pPr>
      <w:numPr>
        <w:numId w:val="1"/>
      </w:numPr>
      <w:contextualSpacing/>
    </w:pPr>
  </w:style>
  <w:style w:type="paragraph" w:styleId="ListBullet2">
    <w:name w:val="List Bullet 2"/>
    <w:basedOn w:val="Normal"/>
    <w:uiPriority w:val="99"/>
    <w:unhideWhenUsed/>
    <w:rsid w:val="00326F90"/>
    <w:pPr>
      <w:numPr>
        <w:numId w:val="2"/>
      </w:numPr>
      <w:contextualSpacing/>
    </w:pPr>
  </w:style>
  <w:style w:type="paragraph" w:styleId="ListBullet3">
    <w:name w:val="List Bullet 3"/>
    <w:basedOn w:val="Normal"/>
    <w:uiPriority w:val="99"/>
    <w:unhideWhenUsed/>
    <w:rsid w:val="00326F90"/>
    <w:pPr>
      <w:numPr>
        <w:numId w:val="3"/>
      </w:numPr>
      <w:contextualSpacing/>
    </w:pPr>
  </w:style>
  <w:style w:type="paragraph" w:styleId="ListNumber">
    <w:name w:val="List Number"/>
    <w:basedOn w:val="Normal"/>
    <w:uiPriority w:val="99"/>
    <w:unhideWhenUsed/>
    <w:rsid w:val="00326F90"/>
    <w:pPr>
      <w:numPr>
        <w:numId w:val="5"/>
      </w:numPr>
      <w:contextualSpacing/>
    </w:pPr>
  </w:style>
  <w:style w:type="paragraph" w:styleId="ListNumber2">
    <w:name w:val="List Number 2"/>
    <w:basedOn w:val="Normal"/>
    <w:uiPriority w:val="99"/>
    <w:unhideWhenUsed/>
    <w:rsid w:val="0029639D"/>
    <w:pPr>
      <w:numPr>
        <w:numId w:val="6"/>
      </w:numPr>
      <w:contextualSpacing/>
    </w:pPr>
  </w:style>
  <w:style w:type="paragraph" w:styleId="ListNumber3">
    <w:name w:val="List Number 3"/>
    <w:basedOn w:val="Normal"/>
    <w:uiPriority w:val="99"/>
    <w:unhideWhenUsed/>
    <w:rsid w:val="0029639D"/>
    <w:pPr>
      <w:numPr>
        <w:numId w:val="7"/>
      </w:numPr>
      <w:contextualSpacing/>
    </w:pPr>
  </w:style>
  <w:style w:type="paragraph" w:styleId="ListContinue">
    <w:name w:val="List Continue"/>
    <w:basedOn w:val="Normal"/>
    <w:uiPriority w:val="99"/>
    <w:unhideWhenUsed/>
    <w:rsid w:val="0029639D"/>
    <w:pPr>
      <w:spacing w:after="120"/>
      <w:ind w:left="360"/>
      <w:contextualSpacing/>
    </w:pPr>
  </w:style>
  <w:style w:type="paragraph" w:styleId="ListContinue2">
    <w:name w:val="List Continue 2"/>
    <w:basedOn w:val="Normal"/>
    <w:uiPriority w:val="99"/>
    <w:unhideWhenUsed/>
    <w:rsid w:val="0029639D"/>
    <w:pPr>
      <w:spacing w:after="120"/>
      <w:ind w:left="720"/>
      <w:contextualSpacing/>
    </w:pPr>
  </w:style>
  <w:style w:type="paragraph" w:styleId="ListContinue3">
    <w:name w:val="List Continue 3"/>
    <w:basedOn w:val="Normal"/>
    <w:uiPriority w:val="99"/>
    <w:unhideWhenUsed/>
    <w:rsid w:val="0029639D"/>
    <w:pPr>
      <w:spacing w:after="120"/>
      <w:ind w:left="1080"/>
      <w:contextualSpacing/>
    </w:pPr>
  </w:style>
  <w:style w:type="paragraph" w:styleId="MacroText">
    <w:name w:val="macro"/>
    <w:link w:val="MacroTextChar"/>
    <w:uiPriority w:val="99"/>
    <w:unhideWhenUsed/>
    <w:rsid w:val="0029639D"/>
    <w:pPr>
      <w:tabs>
        <w:tab w:val="left" w:pos="576"/>
        <w:tab w:val="left" w:pos="1152"/>
        <w:tab w:val="left" w:pos="1728"/>
        <w:tab w:val="left" w:pos="2304"/>
        <w:tab w:val="left" w:pos="2880"/>
        <w:tab w:val="left" w:pos="3456"/>
        <w:tab w:val="left" w:pos="4032"/>
      </w:tabs>
    </w:pPr>
    <w:rPr>
      <w:rFonts w:ascii="Courier" w:hAnsi="Courier"/>
      <w:sz w:val="20"/>
      <w:szCs w:val="20"/>
    </w:rPr>
  </w:style>
  <w:style w:type="character" w:customStyle="1" w:styleId="MacroTextChar">
    <w:name w:val="Macro Text Char"/>
    <w:basedOn w:val="DefaultParagraphFont"/>
    <w:link w:val="MacroText"/>
    <w:uiPriority w:val="99"/>
    <w:rsid w:val="0029639D"/>
    <w:rPr>
      <w:rFonts w:ascii="Courier" w:hAnsi="Courier"/>
      <w:sz w:val="20"/>
      <w:szCs w:val="20"/>
    </w:rPr>
  </w:style>
  <w:style w:type="paragraph" w:styleId="Quote">
    <w:name w:val="Quote"/>
    <w:basedOn w:val="Normal"/>
    <w:next w:val="Normal"/>
    <w:link w:val="QuoteChar"/>
    <w:uiPriority w:val="29"/>
    <w:qFormat/>
    <w:rsid w:val="00FC693F"/>
    <w:rPr>
      <w:i/>
      <w:iCs/>
      <w:color w:val="000000" w:themeColor="text1"/>
    </w:rPr>
  </w:style>
  <w:style w:type="character" w:customStyle="1" w:styleId="QuoteChar">
    <w:name w:val="Quote Char"/>
    <w:basedOn w:val="DefaultParagraphFont"/>
    <w:link w:val="Quote"/>
    <w:uiPriority w:val="29"/>
    <w:rsid w:val="00FC693F"/>
    <w:rPr>
      <w:i/>
      <w:iCs/>
      <w:color w:val="000000" w:themeColor="text1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FC693F"/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FC693F"/>
    <w:rPr>
      <w:rFonts w:asciiTheme="majorHAnsi" w:eastAsiaTheme="majorEastAsia" w:hAnsiTheme="majorHAnsi" w:cstheme="majorBidi"/>
      <w:color w:val="243F60" w:themeColor="accent1" w:themeShade="7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FC693F"/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FC693F"/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paragraph" w:styleId="Caption">
    <w:name w:val="caption"/>
    <w:basedOn w:val="Normal"/>
    <w:next w:val="Normal"/>
    <w:uiPriority w:val="35"/>
    <w:semiHidden/>
    <w:unhideWhenUsed/>
    <w:qFormat/>
    <w:rsid w:val="00FC693F"/>
    <w:pPr>
      <w:spacing w:line="240" w:lineRule="auto"/>
    </w:pPr>
    <w:rPr>
      <w:b/>
      <w:bCs/>
      <w:color w:val="4F81BD" w:themeColor="accent1"/>
      <w:sz w:val="18"/>
      <w:szCs w:val="18"/>
    </w:rPr>
  </w:style>
  <w:style w:type="character" w:styleId="Strong">
    <w:name w:val="Strong"/>
    <w:basedOn w:val="DefaultParagraphFont"/>
    <w:uiPriority w:val="22"/>
    <w:qFormat/>
    <w:rsid w:val="00FC693F"/>
    <w:rPr>
      <w:b/>
      <w:bCs/>
    </w:rPr>
  </w:style>
  <w:style w:type="character" w:styleId="Emphasis">
    <w:name w:val="Emphasis"/>
    <w:basedOn w:val="DefaultParagraphFont"/>
    <w:uiPriority w:val="20"/>
    <w:qFormat/>
    <w:rsid w:val="00FC693F"/>
    <w:rPr>
      <w:i/>
      <w:iCs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FC693F"/>
    <w:pPr>
      <w:pBdr>
        <w:bottom w:val="single" w:sz="4" w:space="4" w:color="4F81BD" w:themeColor="accent1"/>
      </w:pBdr>
      <w:spacing w:before="200" w:after="280"/>
      <w:ind w:left="936" w:right="936"/>
    </w:pPr>
    <w:rPr>
      <w:b/>
      <w:bCs/>
      <w:i/>
      <w:iCs/>
      <w:color w:val="4F81BD" w:themeColor="accent1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FC693F"/>
    <w:rPr>
      <w:b/>
      <w:bCs/>
      <w:i/>
      <w:iCs/>
      <w:color w:val="4F81BD" w:themeColor="accent1"/>
    </w:rPr>
  </w:style>
  <w:style w:type="character" w:styleId="SubtleEmphasis">
    <w:name w:val="Subtle Emphasis"/>
    <w:basedOn w:val="DefaultParagraphFont"/>
    <w:uiPriority w:val="19"/>
    <w:qFormat/>
    <w:rsid w:val="00FC693F"/>
    <w:rPr>
      <w:i/>
      <w:iCs/>
      <w:color w:val="808080" w:themeColor="text1" w:themeTint="7F"/>
    </w:rPr>
  </w:style>
  <w:style w:type="character" w:styleId="IntenseEmphasis">
    <w:name w:val="Intense Emphasis"/>
    <w:basedOn w:val="DefaultParagraphFont"/>
    <w:uiPriority w:val="21"/>
    <w:qFormat/>
    <w:rsid w:val="00FC693F"/>
    <w:rPr>
      <w:b/>
      <w:bCs/>
      <w:i/>
      <w:iCs/>
      <w:color w:val="4F81BD" w:themeColor="accent1"/>
    </w:rPr>
  </w:style>
  <w:style w:type="character" w:styleId="SubtleReference">
    <w:name w:val="Subtle Reference"/>
    <w:basedOn w:val="DefaultParagraphFont"/>
    <w:uiPriority w:val="31"/>
    <w:qFormat/>
    <w:rsid w:val="00FC693F"/>
    <w:rPr>
      <w:smallCaps/>
      <w:color w:val="C0504D" w:themeColor="accent2"/>
      <w:u w:val="single"/>
    </w:rPr>
  </w:style>
  <w:style w:type="character" w:styleId="IntenseReference">
    <w:name w:val="Intense Reference"/>
    <w:basedOn w:val="DefaultParagraphFont"/>
    <w:uiPriority w:val="32"/>
    <w:qFormat/>
    <w:rsid w:val="00FC693F"/>
    <w:rPr>
      <w:b/>
      <w:bCs/>
      <w:smallCaps/>
      <w:color w:val="C0504D" w:themeColor="accent2"/>
      <w:spacing w:val="5"/>
      <w:u w:val="single"/>
    </w:rPr>
  </w:style>
  <w:style w:type="character" w:styleId="BookTitle">
    <w:name w:val="Book Title"/>
    <w:basedOn w:val="DefaultParagraphFont"/>
    <w:uiPriority w:val="33"/>
    <w:qFormat/>
    <w:rsid w:val="00FC693F"/>
    <w:rPr>
      <w:b/>
      <w:bCs/>
      <w:smallCaps/>
      <w:spacing w:val="5"/>
    </w:rPr>
  </w:style>
  <w:style w:type="paragraph" w:styleId="TOCHeading">
    <w:name w:val="TOC Heading"/>
    <w:basedOn w:val="Heading1"/>
    <w:next w:val="Normal"/>
    <w:uiPriority w:val="39"/>
    <w:semiHidden/>
    <w:unhideWhenUsed/>
    <w:qFormat/>
    <w:rsid w:val="00FC693F"/>
    <w:pPr>
      <w:outlineLvl w:val="9"/>
    </w:pPr>
  </w:style>
  <w:style w:type="table" w:styleId="TableGrid">
    <w:name w:val="Table Grid"/>
    <w:basedOn w:val="TableNormal"/>
    <w:uiPriority w:val="59"/>
    <w:rsid w:val="00FC693F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styleId="LightShading">
    <w:name w:val="Light Shading"/>
    <w:basedOn w:val="TableNormal"/>
    <w:uiPriority w:val="60"/>
    <w:rsid w:val="00FC693F"/>
    <w:pPr>
      <w:spacing w:after="0" w:line="240" w:lineRule="auto"/>
    </w:pPr>
    <w:rPr>
      <w:color w:val="000000" w:themeColor="text1" w:themeShade="BF"/>
    </w:rPr>
    <w:tblPr>
      <w:tblStyleRowBandSize w:val="1"/>
      <w:tblStyleColBandSize w:val="1"/>
      <w:tblInd w:w="0" w:type="dxa"/>
      <w:tblBorders>
        <w:top w:val="single" w:sz="8" w:space="0" w:color="000000" w:themeColor="text1"/>
        <w:bottom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</w:style>
  <w:style w:type="table" w:styleId="LightShading-Accent1">
    <w:name w:val="Light Shading Accent 1"/>
    <w:basedOn w:val="TableNormal"/>
    <w:uiPriority w:val="60"/>
    <w:rsid w:val="00FC693F"/>
    <w:pPr>
      <w:spacing w:after="0" w:line="240" w:lineRule="auto"/>
    </w:pPr>
    <w:rPr>
      <w:color w:val="365F91" w:themeColor="accent1" w:themeShade="BF"/>
    </w:rPr>
    <w:tblPr>
      <w:tblStyleRowBandSize w:val="1"/>
      <w:tblStyleColBandSize w:val="1"/>
      <w:tblInd w:w="0" w:type="dxa"/>
      <w:tblBorders>
        <w:top w:val="single" w:sz="8" w:space="0" w:color="4F81BD" w:themeColor="accent1"/>
        <w:bottom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</w:style>
  <w:style w:type="table" w:styleId="LightShading-Accent2">
    <w:name w:val="Light Shading Accent 2"/>
    <w:basedOn w:val="TableNormal"/>
    <w:uiPriority w:val="60"/>
    <w:rsid w:val="00FC693F"/>
    <w:pPr>
      <w:spacing w:after="0" w:line="240" w:lineRule="auto"/>
    </w:pPr>
    <w:rPr>
      <w:color w:val="943634" w:themeColor="accent2" w:themeShade="BF"/>
    </w:rPr>
    <w:tblPr>
      <w:tblStyleRowBandSize w:val="1"/>
      <w:tblStyleColBandSize w:val="1"/>
      <w:tblInd w:w="0" w:type="dxa"/>
      <w:tblBorders>
        <w:top w:val="single" w:sz="8" w:space="0" w:color="C0504D" w:themeColor="accent2"/>
        <w:bottom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</w:style>
  <w:style w:type="table" w:styleId="LightShading-Accent3">
    <w:name w:val="Light Shading Accent 3"/>
    <w:basedOn w:val="TableNormal"/>
    <w:uiPriority w:val="60"/>
    <w:rsid w:val="00FC693F"/>
    <w:pPr>
      <w:spacing w:after="0" w:line="240" w:lineRule="auto"/>
    </w:pPr>
    <w:rPr>
      <w:color w:val="76923C" w:themeColor="accent3" w:themeShade="BF"/>
    </w:rPr>
    <w:tblPr>
      <w:tblStyleRowBandSize w:val="1"/>
      <w:tblStyleColBandSize w:val="1"/>
      <w:tblInd w:w="0" w:type="dxa"/>
      <w:tblBorders>
        <w:top w:val="single" w:sz="8" w:space="0" w:color="9BBB59" w:themeColor="accent3"/>
        <w:bottom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</w:style>
  <w:style w:type="table" w:styleId="LightShading-Accent4">
    <w:name w:val="Light Shading Accent 4"/>
    <w:basedOn w:val="TableNormal"/>
    <w:uiPriority w:val="60"/>
    <w:rsid w:val="00FC693F"/>
    <w:pPr>
      <w:spacing w:after="0" w:line="240" w:lineRule="auto"/>
    </w:pPr>
    <w:rPr>
      <w:color w:val="5F497A" w:themeColor="accent4" w:themeShade="BF"/>
    </w:rPr>
    <w:tblPr>
      <w:tblStyleRowBandSize w:val="1"/>
      <w:tblStyleColBandSize w:val="1"/>
      <w:tblInd w:w="0" w:type="dxa"/>
      <w:tblBorders>
        <w:top w:val="single" w:sz="8" w:space="0" w:color="8064A2" w:themeColor="accent4"/>
        <w:bottom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</w:style>
  <w:style w:type="table" w:styleId="LightShading-Accent5">
    <w:name w:val="Light Shading Accent 5"/>
    <w:basedOn w:val="TableNormal"/>
    <w:uiPriority w:val="60"/>
    <w:rsid w:val="00FC693F"/>
    <w:pPr>
      <w:spacing w:after="0" w:line="240" w:lineRule="auto"/>
    </w:pPr>
    <w:rPr>
      <w:color w:val="31849B" w:themeColor="accent5" w:themeShade="BF"/>
    </w:rPr>
    <w:tblPr>
      <w:tblStyleRowBandSize w:val="1"/>
      <w:tblStyleColBandSize w:val="1"/>
      <w:tblInd w:w="0" w:type="dxa"/>
      <w:tblBorders>
        <w:top w:val="single" w:sz="8" w:space="0" w:color="4BACC6" w:themeColor="accent5"/>
        <w:bottom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</w:style>
  <w:style w:type="table" w:styleId="LightShading-Accent6">
    <w:name w:val="Light Shading Accent 6"/>
    <w:basedOn w:val="TableNormal"/>
    <w:uiPriority w:val="60"/>
    <w:rsid w:val="00FC693F"/>
    <w:pPr>
      <w:spacing w:after="0" w:line="240" w:lineRule="auto"/>
    </w:pPr>
    <w:rPr>
      <w:color w:val="E36C0A" w:themeColor="accent6" w:themeShade="BF"/>
    </w:rPr>
    <w:tblPr>
      <w:tblStyleRowBandSize w:val="1"/>
      <w:tblStyleColBandSize w:val="1"/>
      <w:tblInd w:w="0" w:type="dxa"/>
      <w:tblBorders>
        <w:top w:val="single" w:sz="8" w:space="0" w:color="F79646" w:themeColor="accent6"/>
        <w:bottom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</w:style>
  <w:style w:type="table" w:styleId="LightList">
    <w:name w:val="Light List"/>
    <w:basedOn w:val="TableNormal"/>
    <w:uiPriority w:val="61"/>
    <w:rsid w:val="00FC693F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</w:style>
  <w:style w:type="table" w:styleId="LightList-Accent1">
    <w:name w:val="Light List Accent 1"/>
    <w:basedOn w:val="TableNormal"/>
    <w:uiPriority w:val="61"/>
    <w:rsid w:val="00FC693F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</w:style>
  <w:style w:type="table" w:styleId="LightList-Accent2">
    <w:name w:val="Light List Accent 2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</w:style>
  <w:style w:type="table" w:styleId="LightList-Accent3">
    <w:name w:val="Light List Accent 3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</w:style>
  <w:style w:type="table" w:styleId="LightList-Accent4">
    <w:name w:val="Light List Accent 4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</w:style>
  <w:style w:type="table" w:styleId="LightList-Accent5">
    <w:name w:val="Light List Accent 5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</w:style>
  <w:style w:type="table" w:styleId="LightList-Accent6">
    <w:name w:val="Light List Accent 6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</w:style>
  <w:style w:type="table" w:styleId="LightGrid">
    <w:name w:val="Light Grid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1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  <w:shd w:val="clear" w:color="auto" w:fill="C0C0C0" w:themeFill="text1" w:themeFillTint="3F"/>
      </w:tcPr>
    </w:tblStylePr>
    <w:tblStylePr w:type="band2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</w:tcPr>
    </w:tblStylePr>
  </w:style>
  <w:style w:type="table" w:styleId="LightGrid-Accent1">
    <w:name w:val="Light Grid Accent 1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1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  <w:shd w:val="clear" w:color="auto" w:fill="D3DFEE" w:themeFill="accent1" w:themeFillTint="3F"/>
      </w:tcPr>
    </w:tblStylePr>
    <w:tblStylePr w:type="band2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</w:tcPr>
    </w:tblStylePr>
  </w:style>
  <w:style w:type="table" w:styleId="LightGrid-Accent2">
    <w:name w:val="Light Grid Accent 2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1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  <w:shd w:val="clear" w:color="auto" w:fill="EFD3D2" w:themeFill="accent2" w:themeFillTint="3F"/>
      </w:tcPr>
    </w:tblStylePr>
    <w:tblStylePr w:type="band2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</w:tcPr>
    </w:tblStylePr>
  </w:style>
  <w:style w:type="table" w:styleId="LightGrid-Accent3">
    <w:name w:val="Light Grid Accent 3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1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  <w:shd w:val="clear" w:color="auto" w:fill="E6EED5" w:themeFill="accent3" w:themeFillTint="3F"/>
      </w:tcPr>
    </w:tblStylePr>
    <w:tblStylePr w:type="band2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</w:tcPr>
    </w:tblStylePr>
  </w:style>
  <w:style w:type="table" w:styleId="LightGrid-Accent4">
    <w:name w:val="Light Grid Accent 4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1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  <w:shd w:val="clear" w:color="auto" w:fill="DFD8E8" w:themeFill="accent4" w:themeFillTint="3F"/>
      </w:tcPr>
    </w:tblStylePr>
    <w:tblStylePr w:type="band2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</w:tcPr>
    </w:tblStylePr>
  </w:style>
  <w:style w:type="table" w:styleId="LightGrid-Accent5">
    <w:name w:val="Light Grid Accent 5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1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  <w:shd w:val="clear" w:color="auto" w:fill="D2EAF1" w:themeFill="accent5" w:themeFillTint="3F"/>
      </w:tcPr>
    </w:tblStylePr>
    <w:tblStylePr w:type="band2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</w:tcPr>
    </w:tblStylePr>
  </w:style>
  <w:style w:type="table" w:styleId="LightGrid-Accent6">
    <w:name w:val="Light Grid Accent 6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1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  <w:shd w:val="clear" w:color="auto" w:fill="FDE4D0" w:themeFill="accent6" w:themeFillTint="3F"/>
      </w:tcPr>
    </w:tblStylePr>
    <w:tblStylePr w:type="band2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</w:tcPr>
    </w:tblStylePr>
  </w:style>
  <w:style w:type="table" w:styleId="MediumShading1">
    <w:name w:val="Medium Shading 1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C0C0C0" w:themeFill="tex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1">
    <w:name w:val="Medium Shading 1 Accent 1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3DFEE" w:themeFill="accen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2">
    <w:name w:val="Medium Shading 1 Accent 2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FD3D2" w:themeFill="accent2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3">
    <w:name w:val="Medium Shading 1 Accent 3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6EED5" w:themeFill="accent3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4">
    <w:name w:val="Medium Shading 1 Accent 4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FD8E8" w:themeFill="accent4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5">
    <w:name w:val="Medium Shading 1 Accent 5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2EAF1" w:themeFill="accent5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6">
    <w:name w:val="Medium Shading 1 Accent 6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FDE4D0" w:themeFill="accent6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2">
    <w:name w:val="Medium Shading 2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1">
    <w:name w:val="Medium Shading 2 Accent 1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2">
    <w:name w:val="Medium Shading 2 Accent 2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3">
    <w:name w:val="Medium Shading 2 Accent 3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4">
    <w:name w:val="Medium Shading 2 Accent 4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5">
    <w:name w:val="Medium Shading 2 Accent 5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6">
    <w:name w:val="Medium Shading 2 Accent 6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List1">
    <w:name w:val="Medium List 1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bottom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000000" w:themeColor="tex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shd w:val="clear" w:color="auto" w:fill="C0C0C0" w:themeFill="text1" w:themeFillTint="3F"/>
      </w:tcPr>
    </w:tblStylePr>
  </w:style>
  <w:style w:type="table" w:styleId="MediumList1-Accent1">
    <w:name w:val="Medium List 1 Accent 1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bottom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F81BD" w:themeColor="accen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shd w:val="clear" w:color="auto" w:fill="D3DFEE" w:themeFill="accent1" w:themeFillTint="3F"/>
      </w:tcPr>
    </w:tblStylePr>
  </w:style>
  <w:style w:type="table" w:styleId="MediumList1-Accent2">
    <w:name w:val="Medium List 1 Accent 2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bottom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C0504D" w:themeColor="accent2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shd w:val="clear" w:color="auto" w:fill="EFD3D2" w:themeFill="accent2" w:themeFillTint="3F"/>
      </w:tcPr>
    </w:tblStylePr>
  </w:style>
  <w:style w:type="table" w:styleId="MediumList1-Accent3">
    <w:name w:val="Medium List 1 Accent 3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bottom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9BBB59" w:themeColor="accent3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shd w:val="clear" w:color="auto" w:fill="E6EED5" w:themeFill="accent3" w:themeFillTint="3F"/>
      </w:tcPr>
    </w:tblStylePr>
  </w:style>
  <w:style w:type="table" w:styleId="MediumList1-Accent4">
    <w:name w:val="Medium List 1 Accent 4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bottom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8064A2" w:themeColor="accent4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shd w:val="clear" w:color="auto" w:fill="DFD8E8" w:themeFill="accent4" w:themeFillTint="3F"/>
      </w:tcPr>
    </w:tblStylePr>
  </w:style>
  <w:style w:type="table" w:styleId="MediumList1-Accent5">
    <w:name w:val="Medium List 1 Accent 5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bottom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BACC6" w:themeColor="accent5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shd w:val="clear" w:color="auto" w:fill="D2EAF1" w:themeFill="accent5" w:themeFillTint="3F"/>
      </w:tcPr>
    </w:tblStylePr>
  </w:style>
  <w:style w:type="table" w:styleId="MediumList1-Accent6">
    <w:name w:val="Medium List 1 Accent 6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bottom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F79646" w:themeColor="accent6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shd w:val="clear" w:color="auto" w:fill="FDE4D0" w:themeFill="accent6" w:themeFillTint="3F"/>
      </w:tcPr>
    </w:tblStylePr>
  </w:style>
  <w:style w:type="table" w:styleId="MediumList2">
    <w:name w:val="Medium List 2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000000" w:themeColor="tex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000000" w:themeColor="tex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000000" w:themeColor="tex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C0C0C0" w:themeFill="tex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1">
    <w:name w:val="Medium List 2 Accent 1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F81BD" w:themeColor="accen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F81BD" w:themeColor="accen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F81BD" w:themeColor="accen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F81BD" w:themeColor="accen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3DFEE" w:themeFill="accen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2">
    <w:name w:val="Medium List 2 Accent 2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C0504D" w:themeColor="accent2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C0504D" w:themeColor="accent2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C0504D" w:themeColor="accent2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FD3D2" w:themeFill="accent2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3">
    <w:name w:val="Medium List 2 Accent 3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9BBB59" w:themeColor="accent3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9BBB59" w:themeColor="accent3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9BBB59" w:themeColor="accent3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6EED5" w:themeFill="accent3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4">
    <w:name w:val="Medium List 2 Accent 4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8064A2" w:themeColor="accent4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8064A2" w:themeColor="accent4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8064A2" w:themeColor="accent4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FD8E8" w:themeFill="accent4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5">
    <w:name w:val="Medium List 2 Accent 5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BACC6" w:themeColor="accent5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BACC6" w:themeColor="accent5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BACC6" w:themeColor="accent5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2EAF1" w:themeFill="accent5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6">
    <w:name w:val="Medium List 2 Accent 6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F79646" w:themeColor="accent6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F79646" w:themeColor="accent6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F79646" w:themeColor="accent6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FDE4D0" w:themeFill="accent6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Grid1">
    <w:name w:val="Medium Grid 1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  <w:insideV w:val="single" w:sz="8" w:space="0" w:color="404040" w:themeColor="text1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404040" w:themeColor="tex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MediumGrid1-Accent1">
    <w:name w:val="Medium Grid 1 Accent 1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  <w:insideV w:val="single" w:sz="8" w:space="0" w:color="7BA0CD" w:themeColor="accent1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BA0CD" w:themeColor="accen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MediumGrid1-Accent2">
    <w:name w:val="Medium Grid 1 Accent 2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  <w:insideV w:val="single" w:sz="8" w:space="0" w:color="CF7B79" w:themeColor="accent2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CF7B79" w:themeColor="accent2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MediumGrid1-Accent3">
    <w:name w:val="Medium Grid 1 Accent 3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  <w:insideV w:val="single" w:sz="8" w:space="0" w:color="B3CC82" w:themeColor="accent3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B3CC82" w:themeColor="accent3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MediumGrid1-Accent4">
    <w:name w:val="Medium Grid 1 Accent 4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  <w:insideV w:val="single" w:sz="8" w:space="0" w:color="9F8AB9" w:themeColor="accent4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9F8AB9" w:themeColor="accent4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MediumGrid1-Accent5">
    <w:name w:val="Medium Grid 1 Accent 5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  <w:insideV w:val="single" w:sz="8" w:space="0" w:color="78C0D4" w:themeColor="accent5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8C0D4" w:themeColor="accent5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MediumGrid1-Accent6">
    <w:name w:val="Medium Grid 1 Accent 6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  <w:insideV w:val="single" w:sz="8" w:space="0" w:color="F9B074" w:themeColor="accent6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F9B074" w:themeColor="accent6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  <w:style w:type="table" w:styleId="MediumGrid2">
    <w:name w:val="Medium Grid 2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  <w:color w:val="000000" w:themeColor="text1"/>
      </w:rPr>
      <w:tblPr/>
      <w:tcPr>
        <w:shd w:val="clear" w:color="auto" w:fill="E6E6E6" w:themeFill="tex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CCCCC" w:themeFill="text1" w:themeFillTint="33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tcBorders>
          <w:insideH w:val="single" w:sz="6" w:space="0" w:color="000000" w:themeColor="text1"/>
          <w:insideV w:val="single" w:sz="6" w:space="0" w:color="000000" w:themeColor="text1"/>
        </w:tcBorders>
        <w:shd w:val="clear" w:color="auto" w:fill="808080" w:themeFill="tex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1">
    <w:name w:val="Medium Grid 2 Accent 1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  <w:color w:val="000000" w:themeColor="text1"/>
      </w:rPr>
      <w:tblPr/>
      <w:tcPr>
        <w:shd w:val="clear" w:color="auto" w:fill="EDF2F8" w:themeFill="accen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BE5F1" w:themeFill="accent1" w:themeFillTint="33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tcBorders>
          <w:insideH w:val="single" w:sz="6" w:space="0" w:color="4F81BD" w:themeColor="accent1"/>
          <w:insideV w:val="single" w:sz="6" w:space="0" w:color="4F81BD" w:themeColor="accent1"/>
        </w:tcBorders>
        <w:shd w:val="clear" w:color="auto" w:fill="A7BFDE" w:themeFill="accen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2">
    <w:name w:val="Medium Grid 2 Accent 2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  <w:color w:val="000000" w:themeColor="text1"/>
      </w:rPr>
      <w:tblPr/>
      <w:tcPr>
        <w:shd w:val="clear" w:color="auto" w:fill="F8EDED" w:themeFill="accent2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2DBDB" w:themeFill="accent2" w:themeFillTint="33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tcBorders>
          <w:insideH w:val="single" w:sz="6" w:space="0" w:color="C0504D" w:themeColor="accent2"/>
          <w:insideV w:val="single" w:sz="6" w:space="0" w:color="C0504D" w:themeColor="accent2"/>
        </w:tcBorders>
        <w:shd w:val="clear" w:color="auto" w:fill="DFA7A6" w:themeFill="accent2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3">
    <w:name w:val="Medium Grid 2 Accent 3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  <w:color w:val="000000" w:themeColor="text1"/>
      </w:rPr>
      <w:tblPr/>
      <w:tcPr>
        <w:shd w:val="clear" w:color="auto" w:fill="F5F8EE" w:themeFill="accent3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AF1DD" w:themeFill="accent3" w:themeFillTint="33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tcBorders>
          <w:insideH w:val="single" w:sz="6" w:space="0" w:color="9BBB59" w:themeColor="accent3"/>
          <w:insideV w:val="single" w:sz="6" w:space="0" w:color="9BBB59" w:themeColor="accent3"/>
        </w:tcBorders>
        <w:shd w:val="clear" w:color="auto" w:fill="CDDDAC" w:themeFill="accent3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4">
    <w:name w:val="Medium Grid 2 Accent 4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  <w:color w:val="000000" w:themeColor="text1"/>
      </w:rPr>
      <w:tblPr/>
      <w:tcPr>
        <w:shd w:val="clear" w:color="auto" w:fill="F2EFF6" w:themeFill="accent4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5DFEC" w:themeFill="accent4" w:themeFillTint="33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tcBorders>
          <w:insideH w:val="single" w:sz="6" w:space="0" w:color="8064A2" w:themeColor="accent4"/>
          <w:insideV w:val="single" w:sz="6" w:space="0" w:color="8064A2" w:themeColor="accent4"/>
        </w:tcBorders>
        <w:shd w:val="clear" w:color="auto" w:fill="BFB1D0" w:themeFill="accent4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5">
    <w:name w:val="Medium Grid 2 Accent 5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  <w:color w:val="000000" w:themeColor="text1"/>
      </w:rPr>
      <w:tblPr/>
      <w:tcPr>
        <w:shd w:val="clear" w:color="auto" w:fill="EDF6F9" w:themeFill="accent5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AEEF3" w:themeFill="accent5" w:themeFillTint="33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tcBorders>
          <w:insideH w:val="single" w:sz="6" w:space="0" w:color="4BACC6" w:themeColor="accent5"/>
          <w:insideV w:val="single" w:sz="6" w:space="0" w:color="4BACC6" w:themeColor="accent5"/>
        </w:tcBorders>
        <w:shd w:val="clear" w:color="auto" w:fill="A5D5E2" w:themeFill="accent5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6">
    <w:name w:val="Medium Grid 2 Accent 6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  <w:color w:val="000000" w:themeColor="text1"/>
      </w:rPr>
      <w:tblPr/>
      <w:tcPr>
        <w:shd w:val="clear" w:color="auto" w:fill="FEF4EC" w:themeFill="accent6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9D9" w:themeFill="accent6" w:themeFillTint="33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tcBorders>
          <w:insideH w:val="single" w:sz="6" w:space="0" w:color="F79646" w:themeColor="accent6"/>
          <w:insideV w:val="single" w:sz="6" w:space="0" w:color="F79646" w:themeColor="accent6"/>
        </w:tcBorders>
        <w:shd w:val="clear" w:color="auto" w:fill="FBCAA2" w:themeFill="accent6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3">
    <w:name w:val="Medium Grid 3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808080" w:themeFill="tex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808080" w:themeFill="text1" w:themeFillTint="7F"/>
      </w:tcPr>
    </w:tblStylePr>
  </w:style>
  <w:style w:type="table" w:styleId="MediumGrid3-Accent1">
    <w:name w:val="Medium Grid 3 Accent 1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7BFDE" w:themeFill="accen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7BFDE" w:themeFill="accent1" w:themeFillTint="7F"/>
      </w:tcPr>
    </w:tblStylePr>
  </w:style>
  <w:style w:type="table" w:styleId="MediumGrid3-Accent2">
    <w:name w:val="Medium Grid 3 Accent 2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DFA7A6" w:themeFill="accent2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DFA7A6" w:themeFill="accent2" w:themeFillTint="7F"/>
      </w:tcPr>
    </w:tblStylePr>
  </w:style>
  <w:style w:type="table" w:styleId="MediumGrid3-Accent3">
    <w:name w:val="Medium Grid 3 Accent 3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CDDDAC" w:themeFill="accent3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CDDDAC" w:themeFill="accent3" w:themeFillTint="7F"/>
      </w:tcPr>
    </w:tblStylePr>
  </w:style>
  <w:style w:type="table" w:styleId="MediumGrid3-Accent4">
    <w:name w:val="Medium Grid 3 Accent 4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BFB1D0" w:themeFill="accent4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BFB1D0" w:themeFill="accent4" w:themeFillTint="7F"/>
      </w:tcPr>
    </w:tblStylePr>
  </w:style>
  <w:style w:type="table" w:styleId="MediumGrid3-Accent5">
    <w:name w:val="Medium Grid 3 Accent 5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5D5E2" w:themeFill="accent5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5D5E2" w:themeFill="accent5" w:themeFillTint="7F"/>
      </w:tcPr>
    </w:tblStylePr>
  </w:style>
  <w:style w:type="table" w:styleId="MediumGrid3-Accent6">
    <w:name w:val="Medium Grid 3 Accent 6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FBCAA2" w:themeFill="accent6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FBCAA2" w:themeFill="accent6" w:themeFillTint="7F"/>
      </w:tcPr>
    </w:tblStylePr>
  </w:style>
  <w:style w:type="table" w:styleId="DarkList">
    <w:name w:val="Dark List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000000" w:themeFill="tex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000000" w:themeFill="tex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</w:style>
  <w:style w:type="table" w:styleId="DarkList-Accent1">
    <w:name w:val="Dark List Accent 1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4F81BD" w:themeFill="accen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43F60" w:themeFill="accen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65F91" w:themeFill="accen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</w:style>
  <w:style w:type="table" w:styleId="DarkList-Accent2">
    <w:name w:val="Dark List Accent 2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504D" w:themeFill="accent2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622423" w:themeFill="accent2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943634" w:themeFill="accent2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</w:style>
  <w:style w:type="table" w:styleId="DarkList-Accent3">
    <w:name w:val="Dark List Accent 3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9BBB59" w:themeFill="accent3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4E6128" w:themeFill="accent3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76923C" w:themeFill="accent3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</w:style>
  <w:style w:type="table" w:styleId="DarkList-Accent4">
    <w:name w:val="Dark List Accent 4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8064A2" w:themeFill="accent4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3F3151" w:themeFill="accent4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5F497A" w:themeFill="accent4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</w:style>
  <w:style w:type="table" w:styleId="DarkList-Accent5">
    <w:name w:val="Dark List Accent 5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4BACC6" w:themeFill="accent5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05867" w:themeFill="accent5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1849B" w:themeFill="accent5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</w:style>
  <w:style w:type="table" w:styleId="DarkList-Accent6">
    <w:name w:val="Dark List Accent 6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79646" w:themeFill="accent6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974706" w:themeFill="accent6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E36C0A" w:themeFill="accent6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</w:style>
  <w:style w:type="table" w:styleId="ColorfulShading">
    <w:name w:val="Colorful Shading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6E6" w:themeFill="tex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000000" w:themeFill="tex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000000" w:themeColor="text1" w:themeShade="99"/>
          <w:insideV w:val="nil"/>
        </w:tcBorders>
        <w:shd w:val="clear" w:color="auto" w:fill="000000" w:themeFill="tex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shd w:val="clear" w:color="auto" w:fill="999999" w:themeFill="text1" w:themeFillTint="66"/>
      </w:tcPr>
    </w:tblStylePr>
    <w:tblStylePr w:type="band1Horz">
      <w:tblPr/>
      <w:tcPr>
        <w:shd w:val="clear" w:color="auto" w:fill="808080" w:themeFill="tex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1">
    <w:name w:val="Colorful Shading Accent 1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4F81BD" w:themeColor="accent1"/>
        <w:bottom w:val="single" w:sz="4" w:space="0" w:color="4F81BD" w:themeColor="accent1"/>
        <w:right w:val="single" w:sz="4" w:space="0" w:color="4F81BD" w:themeColor="accent1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2F8" w:themeFill="accen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C4C74" w:themeFill="accen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C4C74" w:themeColor="accent1" w:themeShade="99"/>
          <w:insideV w:val="nil"/>
        </w:tcBorders>
        <w:shd w:val="clear" w:color="auto" w:fill="2C4C74" w:themeFill="accen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C4C74" w:themeFill="accent1" w:themeFillShade="99"/>
      </w:tcPr>
    </w:tblStylePr>
    <w:tblStylePr w:type="band1Vert">
      <w:tblPr/>
      <w:tcPr>
        <w:shd w:val="clear" w:color="auto" w:fill="B8CCE4" w:themeFill="accent1" w:themeFillTint="66"/>
      </w:tcPr>
    </w:tblStylePr>
    <w:tblStylePr w:type="band1Horz">
      <w:tblPr/>
      <w:tcPr>
        <w:shd w:val="clear" w:color="auto" w:fill="A7BFDE" w:themeFill="accen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2">
    <w:name w:val="Colorful Shading Accent 2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C0504D" w:themeColor="accent2"/>
        <w:bottom w:val="single" w:sz="4" w:space="0" w:color="C0504D" w:themeColor="accent2"/>
        <w:right w:val="single" w:sz="4" w:space="0" w:color="C0504D" w:themeColor="accent2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8EDED" w:themeFill="accent2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772C2A" w:themeFill="accent2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772C2A" w:themeColor="accent2" w:themeShade="99"/>
          <w:insideV w:val="nil"/>
        </w:tcBorders>
        <w:shd w:val="clear" w:color="auto" w:fill="772C2A" w:themeFill="accent2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72C2A" w:themeFill="accent2" w:themeFillShade="99"/>
      </w:tcPr>
    </w:tblStylePr>
    <w:tblStylePr w:type="band1Vert">
      <w:tblPr/>
      <w:tcPr>
        <w:shd w:val="clear" w:color="auto" w:fill="E5B8B7" w:themeFill="accent2" w:themeFillTint="66"/>
      </w:tcPr>
    </w:tblStylePr>
    <w:tblStylePr w:type="band1Horz">
      <w:tblPr/>
      <w:tcPr>
        <w:shd w:val="clear" w:color="auto" w:fill="DFA7A6" w:themeFill="accent2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3">
    <w:name w:val="Colorful Shading Accent 3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8064A2" w:themeColor="accent4"/>
        <w:left w:val="single" w:sz="4" w:space="0" w:color="9BBB59" w:themeColor="accent3"/>
        <w:bottom w:val="single" w:sz="4" w:space="0" w:color="9BBB59" w:themeColor="accent3"/>
        <w:right w:val="single" w:sz="4" w:space="0" w:color="9BBB59" w:themeColor="accent3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5F8EE" w:themeFill="accent3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5E7530" w:themeFill="accent3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5E7530" w:themeColor="accent3" w:themeShade="99"/>
          <w:insideV w:val="nil"/>
        </w:tcBorders>
        <w:shd w:val="clear" w:color="auto" w:fill="5E7530" w:themeFill="accent3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E7530" w:themeFill="accent3" w:themeFillShade="99"/>
      </w:tcPr>
    </w:tblStylePr>
    <w:tblStylePr w:type="band1Vert">
      <w:tblPr/>
      <w:tcPr>
        <w:shd w:val="clear" w:color="auto" w:fill="D6E3BC" w:themeFill="accent3" w:themeFillTint="66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ColorfulShading-Accent4">
    <w:name w:val="Colorful Shading Accent 4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9BBB59" w:themeColor="accent3"/>
        <w:left w:val="single" w:sz="4" w:space="0" w:color="8064A2" w:themeColor="accent4"/>
        <w:bottom w:val="single" w:sz="4" w:space="0" w:color="8064A2" w:themeColor="accent4"/>
        <w:right w:val="single" w:sz="4" w:space="0" w:color="8064A2" w:themeColor="accent4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EFF6" w:themeFill="accent4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4C3B62" w:themeFill="accent4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4C3B62" w:themeColor="accent4" w:themeShade="99"/>
          <w:insideV w:val="nil"/>
        </w:tcBorders>
        <w:shd w:val="clear" w:color="auto" w:fill="4C3B62" w:themeFill="accent4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4C3B62" w:themeFill="accent4" w:themeFillShade="99"/>
      </w:tcPr>
    </w:tblStylePr>
    <w:tblStylePr w:type="band1Vert">
      <w:tblPr/>
      <w:tcPr>
        <w:shd w:val="clear" w:color="auto" w:fill="CCC0D9" w:themeFill="accent4" w:themeFillTint="66"/>
      </w:tcPr>
    </w:tblStylePr>
    <w:tblStylePr w:type="band1Horz">
      <w:tblPr/>
      <w:tcPr>
        <w:shd w:val="clear" w:color="auto" w:fill="BFB1D0" w:themeFill="accent4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5">
    <w:name w:val="Colorful Shading Accent 5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F79646" w:themeColor="accent6"/>
        <w:left w:val="single" w:sz="4" w:space="0" w:color="4BACC6" w:themeColor="accent5"/>
        <w:bottom w:val="single" w:sz="4" w:space="0" w:color="4BACC6" w:themeColor="accent5"/>
        <w:right w:val="single" w:sz="4" w:space="0" w:color="4BACC6" w:themeColor="accent5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6F9" w:themeFill="accent5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76A7C" w:themeFill="accent5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76A7C" w:themeColor="accent5" w:themeShade="99"/>
          <w:insideV w:val="nil"/>
        </w:tcBorders>
        <w:shd w:val="clear" w:color="auto" w:fill="276A7C" w:themeFill="accent5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76A7C" w:themeFill="accent5" w:themeFillShade="99"/>
      </w:tcPr>
    </w:tblStylePr>
    <w:tblStylePr w:type="band1Vert">
      <w:tblPr/>
      <w:tcPr>
        <w:shd w:val="clear" w:color="auto" w:fill="B6DDE8" w:themeFill="accent5" w:themeFillTint="66"/>
      </w:tcPr>
    </w:tblStylePr>
    <w:tblStylePr w:type="band1Horz">
      <w:tblPr/>
      <w:tcPr>
        <w:shd w:val="clear" w:color="auto" w:fill="A5D5E2" w:themeFill="accent5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6">
    <w:name w:val="Colorful Shading Accent 6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4BACC6" w:themeColor="accent5"/>
        <w:left w:val="single" w:sz="4" w:space="0" w:color="F79646" w:themeColor="accent6"/>
        <w:bottom w:val="single" w:sz="4" w:space="0" w:color="F79646" w:themeColor="accent6"/>
        <w:right w:val="single" w:sz="4" w:space="0" w:color="F79646" w:themeColor="accent6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EF4EC" w:themeFill="accent6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B65608" w:themeFill="accent6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B65608" w:themeColor="accent6" w:themeShade="99"/>
          <w:insideV w:val="nil"/>
        </w:tcBorders>
        <w:shd w:val="clear" w:color="auto" w:fill="B65608" w:themeFill="accent6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B65608" w:themeFill="accent6" w:themeFillShade="99"/>
      </w:tcPr>
    </w:tblStylePr>
    <w:tblStylePr w:type="band1Vert">
      <w:tblPr/>
      <w:tcPr>
        <w:shd w:val="clear" w:color="auto" w:fill="FBD4B4" w:themeFill="accent6" w:themeFillTint="66"/>
      </w:tcPr>
    </w:tblStylePr>
    <w:tblStylePr w:type="band1Horz">
      <w:tblPr/>
      <w:tcPr>
        <w:shd w:val="clear" w:color="auto" w:fill="FBCAA2" w:themeFill="accent6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List">
    <w:name w:val="Colorful List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6E6" w:themeFill="tex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shd w:val="clear" w:color="auto" w:fill="CCCCCC" w:themeFill="text1" w:themeFillTint="33"/>
      </w:tcPr>
    </w:tblStylePr>
  </w:style>
  <w:style w:type="table" w:styleId="ColorfulList-Accent1">
    <w:name w:val="Colorful List Accent 1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2F8" w:themeFill="accen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shd w:val="clear" w:color="auto" w:fill="DBE5F1" w:themeFill="accent1" w:themeFillTint="33"/>
      </w:tcPr>
    </w:tblStylePr>
  </w:style>
  <w:style w:type="table" w:styleId="ColorfulList-Accent2">
    <w:name w:val="Colorful List Accent 2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8EDED" w:themeFill="accent2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shd w:val="clear" w:color="auto" w:fill="F2DBDB" w:themeFill="accent2" w:themeFillTint="33"/>
      </w:tcPr>
    </w:tblStylePr>
  </w:style>
  <w:style w:type="table" w:styleId="ColorfulList-Accent3">
    <w:name w:val="Colorful List Accent 3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5F8EE" w:themeFill="accent3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664E82" w:themeFill="accent4" w:themeFillShade="CC"/>
      </w:tcPr>
    </w:tblStylePr>
    <w:tblStylePr w:type="lastRow">
      <w:rPr>
        <w:b/>
        <w:bCs/>
        <w:color w:val="664E82" w:themeColor="accent4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shd w:val="clear" w:color="auto" w:fill="EAF1DD" w:themeFill="accent3" w:themeFillTint="33"/>
      </w:tcPr>
    </w:tblStylePr>
  </w:style>
  <w:style w:type="table" w:styleId="ColorfulList-Accent4">
    <w:name w:val="Colorful List Accent 4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EFF6" w:themeFill="accent4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7E9C40" w:themeFill="accent3" w:themeFillShade="CC"/>
      </w:tcPr>
    </w:tblStylePr>
    <w:tblStylePr w:type="lastRow">
      <w:rPr>
        <w:b/>
        <w:bCs/>
        <w:color w:val="7E9C40" w:themeColor="accent3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shd w:val="clear" w:color="auto" w:fill="E5DFEC" w:themeFill="accent4" w:themeFillTint="33"/>
      </w:tcPr>
    </w:tblStylePr>
  </w:style>
  <w:style w:type="table" w:styleId="ColorfulList-Accent5">
    <w:name w:val="Colorful List Accent 5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6F9" w:themeFill="accent5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F2730A" w:themeFill="accent6" w:themeFillShade="CC"/>
      </w:tcPr>
    </w:tblStylePr>
    <w:tblStylePr w:type="lastRow">
      <w:rPr>
        <w:b/>
        <w:bCs/>
        <w:color w:val="F2730A" w:themeColor="accent6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shd w:val="clear" w:color="auto" w:fill="DAEEF3" w:themeFill="accent5" w:themeFillTint="33"/>
      </w:tcPr>
    </w:tblStylePr>
  </w:style>
  <w:style w:type="table" w:styleId="ColorfulList-Accent6">
    <w:name w:val="Colorful List Accent 6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EF4EC" w:themeFill="accent6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348DA5" w:themeFill="accent5" w:themeFillShade="CC"/>
      </w:tcPr>
    </w:tblStylePr>
    <w:tblStylePr w:type="lastRow">
      <w:rPr>
        <w:b/>
        <w:bCs/>
        <w:color w:val="348DA5" w:themeColor="accent5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shd w:val="clear" w:color="auto" w:fill="FDE9D9" w:themeFill="accent6" w:themeFillTint="33"/>
      </w:tcPr>
    </w:tblStylePr>
  </w:style>
  <w:style w:type="table" w:styleId="ColorfulGrid">
    <w:name w:val="Colorful Grid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CCCCC" w:themeFill="text1" w:themeFillTint="33"/>
    </w:tcPr>
    <w:tblStylePr w:type="firstRow">
      <w:rPr>
        <w:b/>
        <w:bCs/>
      </w:rPr>
      <w:tblPr/>
      <w:tcPr>
        <w:shd w:val="clear" w:color="auto" w:fill="999999" w:themeFill="tex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999999" w:themeFill="text1" w:themeFillTint="66"/>
      </w:tcPr>
    </w:tblStylePr>
    <w:tblStylePr w:type="fir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la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ColorfulGrid-Accent1">
    <w:name w:val="Colorful Grid Accent 1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BE5F1" w:themeFill="accent1" w:themeFillTint="33"/>
    </w:tcPr>
    <w:tblStylePr w:type="firstRow">
      <w:rPr>
        <w:b/>
        <w:bCs/>
      </w:rPr>
      <w:tblPr/>
      <w:tcPr>
        <w:shd w:val="clear" w:color="auto" w:fill="B8CCE4" w:themeFill="accen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8CCE4" w:themeFill="accent1" w:themeFillTint="66"/>
      </w:tcPr>
    </w:tblStylePr>
    <w:tblStylePr w:type="fir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la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ColorfulGrid-Accent2">
    <w:name w:val="Colorful Grid Accent 2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DBDB" w:themeFill="accent2" w:themeFillTint="33"/>
    </w:tcPr>
    <w:tblStylePr w:type="firstRow">
      <w:rPr>
        <w:b/>
        <w:bCs/>
      </w:rPr>
      <w:tblPr/>
      <w:tcPr>
        <w:shd w:val="clear" w:color="auto" w:fill="E5B8B7" w:themeFill="accent2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E5B8B7" w:themeFill="accent2" w:themeFillTint="66"/>
      </w:tcPr>
    </w:tblStylePr>
    <w:tblStylePr w:type="fir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la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ColorfulGrid-Accent3">
    <w:name w:val="Colorful Grid Accent 3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AF1DD" w:themeFill="accent3" w:themeFillTint="33"/>
    </w:tcPr>
    <w:tblStylePr w:type="firstRow">
      <w:rPr>
        <w:b/>
        <w:bCs/>
      </w:rPr>
      <w:tblPr/>
      <w:tcPr>
        <w:shd w:val="clear" w:color="auto" w:fill="D6E3BC" w:themeFill="accent3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D6E3BC" w:themeFill="accent3" w:themeFillTint="66"/>
      </w:tcPr>
    </w:tblStylePr>
    <w:tblStylePr w:type="fir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la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ColorfulGrid-Accent4">
    <w:name w:val="Colorful Grid Accent 4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5DFEC" w:themeFill="accent4" w:themeFillTint="33"/>
    </w:tcPr>
    <w:tblStylePr w:type="firstRow">
      <w:rPr>
        <w:b/>
        <w:bCs/>
      </w:rPr>
      <w:tblPr/>
      <w:tcPr>
        <w:shd w:val="clear" w:color="auto" w:fill="CCC0D9" w:themeFill="accent4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CCC0D9" w:themeFill="accent4" w:themeFillTint="66"/>
      </w:tcPr>
    </w:tblStylePr>
    <w:tblStylePr w:type="fir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la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ColorfulGrid-Accent5">
    <w:name w:val="Colorful Grid Accent 5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AEEF3" w:themeFill="accent5" w:themeFillTint="33"/>
    </w:tcPr>
    <w:tblStylePr w:type="firstRow">
      <w:rPr>
        <w:b/>
        <w:bCs/>
      </w:rPr>
      <w:tblPr/>
      <w:tcPr>
        <w:shd w:val="clear" w:color="auto" w:fill="B6DDE8" w:themeFill="accent5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6DDE8" w:themeFill="accent5" w:themeFillTint="66"/>
      </w:tcPr>
    </w:tblStylePr>
    <w:tblStylePr w:type="fir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la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ColorfulGrid-Accent6">
    <w:name w:val="Colorful Grid Accent 6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9D9" w:themeFill="accent6" w:themeFillTint="33"/>
    </w:tcPr>
    <w:tblStylePr w:type="firstRow">
      <w:rPr>
        <w:b/>
        <w:bCs/>
      </w:rPr>
      <w:tblPr/>
      <w:tcPr>
        <w:shd w:val="clear" w:color="auto" w:fill="FBD4B4" w:themeFill="accent6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FBD4B4" w:themeFill="accent6" w:themeFillTint="66"/>
      </w:tcPr>
    </w:tblStylePr>
    <w:tblStylePr w:type="fir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la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  <w:style w:type="paragraph" w:customStyle="1" w:styleId="TitreCoccinelles">
    <w:name w:val="Titre Coccinelles"/>
    <w:basedOn w:val="Title"/>
    <w:rPr>
      <w:rFonts w:ascii="Calibri" w:hAnsi="Calibri"/>
      <w:b/>
      <w:color w:val="D32F2F"/>
      <w:sz w:val="52"/>
    </w:rPr>
  </w:style>
  <w:style w:type="paragraph" w:customStyle="1" w:styleId="Sous-titreCoccinelles">
    <w:name w:val="Sous-titre Coccinelles"/>
    <w:basedOn w:val="Subtitle"/>
    <w:rPr>
      <w:rFonts w:ascii="Calibri" w:hAnsi="Calibri"/>
      <w:color w:val="3C3C3C"/>
      <w:sz w:val="26"/>
    </w:rPr>
  </w:style>
</w:styles>
</file>

<file path=word/stylesWithEffects.xml><?xml version="1.0" encoding="utf-8"?>
<w:styles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76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FC693F"/>
  </w:style>
  <w:style w:type="paragraph" w:styleId="Heading1">
    <w:name w:val="heading 1"/>
    <w:basedOn w:val="Normal"/>
    <w:next w:val="Normal"/>
    <w:link w:val="Heading1Char"/>
    <w:uiPriority w:val="9"/>
    <w:qFormat/>
    <w:rsid w:val="00FC693F"/>
    <w:pPr>
      <w:keepNext/>
      <w:keepLines/>
      <w:spacing w:before="480" w:after="0"/>
      <w:outlineLvl w:val="0"/>
    </w:pPr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paragraph" w:styleId="Heading2">
    <w:name w:val="heading 2"/>
    <w:basedOn w:val="Normal"/>
    <w:next w:val="Normal"/>
    <w:link w:val="Heading2Char"/>
    <w:uiPriority w:val="9"/>
    <w:unhideWhenUsed/>
    <w:qFormat/>
    <w:rsid w:val="00FC693F"/>
    <w:pPr>
      <w:keepNext/>
      <w:keepLines/>
      <w:spacing w:before="200" w:after="0"/>
      <w:outlineLvl w:val="1"/>
    </w:pPr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paragraph" w:styleId="Heading3">
    <w:name w:val="heading 3"/>
    <w:basedOn w:val="Normal"/>
    <w:next w:val="Normal"/>
    <w:link w:val="Heading3Char"/>
    <w:uiPriority w:val="9"/>
    <w:unhideWhenUsed/>
    <w:qFormat/>
    <w:rsid w:val="00FC693F"/>
    <w:pPr>
      <w:keepNext/>
      <w:keepLines/>
      <w:spacing w:before="200" w:after="0"/>
      <w:outlineLvl w:val="2"/>
    </w:pPr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FC693F"/>
    <w:pPr>
      <w:keepNext/>
      <w:keepLines/>
      <w:spacing w:before="200" w:after="0"/>
      <w:outlineLvl w:val="3"/>
    </w:pPr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FC693F"/>
    <w:pPr>
      <w:keepNext/>
      <w:keepLines/>
      <w:spacing w:before="200" w:after="0"/>
      <w:outlineLvl w:val="4"/>
    </w:pPr>
    <w:rPr>
      <w:rFonts w:asciiTheme="majorHAnsi" w:eastAsiaTheme="majorEastAsia" w:hAnsiTheme="majorHAnsi" w:cstheme="majorBidi"/>
      <w:color w:val="243F60" w:themeColor="accent1" w:themeShade="7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FC693F"/>
    <w:pPr>
      <w:keepNext/>
      <w:keepLines/>
      <w:spacing w:before="200" w:after="0"/>
      <w:outlineLvl w:val="5"/>
    </w:pPr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FC693F"/>
    <w:pPr>
      <w:keepNext/>
      <w:keepLines/>
      <w:spacing w:before="200" w:after="0"/>
      <w:outlineLvl w:val="6"/>
    </w:pPr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FC693F"/>
    <w:pPr>
      <w:keepNext/>
      <w:keepLines/>
      <w:spacing w:before="200" w:after="0"/>
      <w:outlineLvl w:val="7"/>
    </w:pPr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FC693F"/>
    <w:pPr>
      <w:keepNext/>
      <w:keepLines/>
      <w:spacing w:before="200" w:after="0"/>
      <w:outlineLvl w:val="8"/>
    </w:pPr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NoSpacing">
    <w:name w:val="No Spacing"/>
    <w:uiPriority w:val="1"/>
    <w:qFormat/>
    <w:rsid w:val="00FC693F"/>
    <w:pPr>
      <w:spacing w:after="0" w:line="240" w:lineRule="auto"/>
    </w:pPr>
  </w:style>
  <w:style w:type="character" w:customStyle="1" w:styleId="Heading1Char">
    <w:name w:val="Heading 1 Char"/>
    <w:basedOn w:val="DefaultParagraphFont"/>
    <w:link w:val="Heading1"/>
    <w:uiPriority w:val="9"/>
    <w:rsid w:val="00FC693F"/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character" w:customStyle="1" w:styleId="Heading2Char">
    <w:name w:val="Heading 2 Char"/>
    <w:basedOn w:val="DefaultParagraphFont"/>
    <w:link w:val="Heading2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character" w:customStyle="1" w:styleId="Heading3Char">
    <w:name w:val="Heading 3 Char"/>
    <w:basedOn w:val="DefaultParagraphFont"/>
    <w:link w:val="Heading3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Title">
    <w:name w:val="Title"/>
    <w:basedOn w:val="Normal"/>
    <w:next w:val="Normal"/>
    <w:link w:val="TitleChar"/>
    <w:uiPriority w:val="10"/>
    <w:qFormat/>
    <w:rsid w:val="00FC693F"/>
    <w:pPr>
      <w:pBdr>
        <w:bottom w:val="single" w:sz="8" w:space="4" w:color="4F81BD" w:themeColor="accent1"/>
      </w:pBdr>
      <w:spacing w:after="300" w:line="240" w:lineRule="auto"/>
      <w:contextualSpacing/>
    </w:pPr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character" w:customStyle="1" w:styleId="TitleChar">
    <w:name w:val="Title Char"/>
    <w:basedOn w:val="DefaultParagraphFont"/>
    <w:link w:val="Title"/>
    <w:uiPriority w:val="10"/>
    <w:rsid w:val="00FC693F"/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paragraph" w:styleId="Subtitle">
    <w:name w:val="Subtitle"/>
    <w:basedOn w:val="Normal"/>
    <w:next w:val="Normal"/>
    <w:link w:val="SubtitleChar"/>
    <w:uiPriority w:val="11"/>
    <w:qFormat/>
    <w:rsid w:val="00FC693F"/>
    <w:pPr>
      <w:numPr>
        <w:ilvl w:val="1"/>
      </w:numPr>
    </w:pPr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character" w:customStyle="1" w:styleId="SubtitleChar">
    <w:name w:val="Subtitle Char"/>
    <w:basedOn w:val="DefaultParagraphFont"/>
    <w:link w:val="Subtitle"/>
    <w:uiPriority w:val="11"/>
    <w:rsid w:val="00FC693F"/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paragraph" w:styleId="ListParagraph">
    <w:name w:val="List Paragraph"/>
    <w:basedOn w:val="Normal"/>
    <w:uiPriority w:val="34"/>
    <w:qFormat/>
    <w:rsid w:val="00FC693F"/>
    <w:pPr>
      <w:ind w:left="720"/>
      <w:contextualSpacing/>
    </w:pPr>
  </w:style>
  <w:style w:type="paragraph" w:styleId="BodyText">
    <w:name w:val="Body Text"/>
    <w:basedOn w:val="Normal"/>
    <w:link w:val="BodyTextChar"/>
    <w:uiPriority w:val="99"/>
    <w:unhideWhenUsed/>
    <w:rsid w:val="00AA1D8D"/>
    <w:pPr>
      <w:spacing w:after="120"/>
    </w:pPr>
  </w:style>
  <w:style w:type="character" w:customStyle="1" w:styleId="BodyTextChar">
    <w:name w:val="Body Text Char"/>
    <w:basedOn w:val="DefaultParagraphFont"/>
    <w:link w:val="BodyText"/>
    <w:uiPriority w:val="99"/>
    <w:rsid w:val="00AA1D8D"/>
  </w:style>
  <w:style w:type="paragraph" w:styleId="BodyText2">
    <w:name w:val="Body Text 2"/>
    <w:basedOn w:val="Normal"/>
    <w:link w:val="BodyText2Char"/>
    <w:uiPriority w:val="99"/>
    <w:unhideWhenUsed/>
    <w:rsid w:val="00AA1D8D"/>
    <w:pPr>
      <w:spacing w:after="120" w:line="480" w:lineRule="auto"/>
    </w:pPr>
  </w:style>
  <w:style w:type="character" w:customStyle="1" w:styleId="BodyText2Char">
    <w:name w:val="Body Text 2 Char"/>
    <w:basedOn w:val="DefaultParagraphFont"/>
    <w:link w:val="BodyText2"/>
    <w:uiPriority w:val="99"/>
    <w:rsid w:val="00AA1D8D"/>
  </w:style>
  <w:style w:type="paragraph" w:styleId="BodyText3">
    <w:name w:val="Body Text 3"/>
    <w:basedOn w:val="Normal"/>
    <w:link w:val="BodyText3Char"/>
    <w:uiPriority w:val="99"/>
    <w:unhideWhenUsed/>
    <w:rsid w:val="00AA1D8D"/>
    <w:pPr>
      <w:spacing w:after="120"/>
    </w:pPr>
    <w:rPr>
      <w:sz w:val="16"/>
      <w:szCs w:val="16"/>
    </w:rPr>
  </w:style>
  <w:style w:type="character" w:customStyle="1" w:styleId="BodyText3Char">
    <w:name w:val="Body Text 3 Char"/>
    <w:basedOn w:val="DefaultParagraphFont"/>
    <w:link w:val="BodyText3"/>
    <w:uiPriority w:val="99"/>
    <w:rsid w:val="00AA1D8D"/>
    <w:rPr>
      <w:sz w:val="16"/>
      <w:szCs w:val="16"/>
    </w:rPr>
  </w:style>
  <w:style w:type="paragraph" w:styleId="List">
    <w:name w:val="List"/>
    <w:basedOn w:val="Normal"/>
    <w:uiPriority w:val="99"/>
    <w:unhideWhenUsed/>
    <w:rsid w:val="00AA1D8D"/>
    <w:pPr>
      <w:ind w:left="360" w:hanging="360"/>
      <w:contextualSpacing/>
    </w:pPr>
  </w:style>
  <w:style w:type="paragraph" w:styleId="List2">
    <w:name w:val="List 2"/>
    <w:basedOn w:val="Normal"/>
    <w:uiPriority w:val="99"/>
    <w:unhideWhenUsed/>
    <w:rsid w:val="00326F90"/>
    <w:pPr>
      <w:ind w:left="720" w:hanging="360"/>
      <w:contextualSpacing/>
    </w:pPr>
  </w:style>
  <w:style w:type="paragraph" w:styleId="List3">
    <w:name w:val="List 3"/>
    <w:basedOn w:val="Normal"/>
    <w:uiPriority w:val="99"/>
    <w:unhideWhenUsed/>
    <w:rsid w:val="00326F90"/>
    <w:pPr>
      <w:ind w:left="1080" w:hanging="360"/>
      <w:contextualSpacing/>
    </w:pPr>
  </w:style>
  <w:style w:type="paragraph" w:styleId="ListBullet">
    <w:name w:val="List Bullet"/>
    <w:basedOn w:val="Normal"/>
    <w:uiPriority w:val="99"/>
    <w:unhideWhenUsed/>
    <w:rsid w:val="00326F90"/>
    <w:pPr>
      <w:numPr>
        <w:numId w:val="1"/>
      </w:numPr>
      <w:contextualSpacing/>
    </w:pPr>
  </w:style>
  <w:style w:type="paragraph" w:styleId="ListBullet2">
    <w:name w:val="List Bullet 2"/>
    <w:basedOn w:val="Normal"/>
    <w:uiPriority w:val="99"/>
    <w:unhideWhenUsed/>
    <w:rsid w:val="00326F90"/>
    <w:pPr>
      <w:numPr>
        <w:numId w:val="2"/>
      </w:numPr>
      <w:contextualSpacing/>
    </w:pPr>
  </w:style>
  <w:style w:type="paragraph" w:styleId="ListBullet3">
    <w:name w:val="List Bullet 3"/>
    <w:basedOn w:val="Normal"/>
    <w:uiPriority w:val="99"/>
    <w:unhideWhenUsed/>
    <w:rsid w:val="00326F90"/>
    <w:pPr>
      <w:numPr>
        <w:numId w:val="3"/>
      </w:numPr>
      <w:contextualSpacing/>
    </w:pPr>
  </w:style>
  <w:style w:type="paragraph" w:styleId="ListNumber">
    <w:name w:val="List Number"/>
    <w:basedOn w:val="Normal"/>
    <w:uiPriority w:val="99"/>
    <w:unhideWhenUsed/>
    <w:rsid w:val="00326F90"/>
    <w:pPr>
      <w:numPr>
        <w:numId w:val="5"/>
      </w:numPr>
      <w:contextualSpacing/>
    </w:pPr>
  </w:style>
  <w:style w:type="paragraph" w:styleId="ListNumber2">
    <w:name w:val="List Number 2"/>
    <w:basedOn w:val="Normal"/>
    <w:uiPriority w:val="99"/>
    <w:unhideWhenUsed/>
    <w:rsid w:val="0029639D"/>
    <w:pPr>
      <w:numPr>
        <w:numId w:val="6"/>
      </w:numPr>
      <w:contextualSpacing/>
    </w:pPr>
  </w:style>
  <w:style w:type="paragraph" w:styleId="ListNumber3">
    <w:name w:val="List Number 3"/>
    <w:basedOn w:val="Normal"/>
    <w:uiPriority w:val="99"/>
    <w:unhideWhenUsed/>
    <w:rsid w:val="0029639D"/>
    <w:pPr>
      <w:numPr>
        <w:numId w:val="7"/>
      </w:numPr>
      <w:contextualSpacing/>
    </w:pPr>
  </w:style>
  <w:style w:type="paragraph" w:styleId="ListContinue">
    <w:name w:val="List Continue"/>
    <w:basedOn w:val="Normal"/>
    <w:uiPriority w:val="99"/>
    <w:unhideWhenUsed/>
    <w:rsid w:val="0029639D"/>
    <w:pPr>
      <w:spacing w:after="120"/>
      <w:ind w:left="360"/>
      <w:contextualSpacing/>
    </w:pPr>
  </w:style>
  <w:style w:type="paragraph" w:styleId="ListContinue2">
    <w:name w:val="List Continue 2"/>
    <w:basedOn w:val="Normal"/>
    <w:uiPriority w:val="99"/>
    <w:unhideWhenUsed/>
    <w:rsid w:val="0029639D"/>
    <w:pPr>
      <w:spacing w:after="120"/>
      <w:ind w:left="720"/>
      <w:contextualSpacing/>
    </w:pPr>
  </w:style>
  <w:style w:type="paragraph" w:styleId="ListContinue3">
    <w:name w:val="List Continue 3"/>
    <w:basedOn w:val="Normal"/>
    <w:uiPriority w:val="99"/>
    <w:unhideWhenUsed/>
    <w:rsid w:val="0029639D"/>
    <w:pPr>
      <w:spacing w:after="120"/>
      <w:ind w:left="1080"/>
      <w:contextualSpacing/>
    </w:pPr>
  </w:style>
  <w:style w:type="paragraph" w:styleId="MacroText">
    <w:name w:val="macro"/>
    <w:link w:val="MacroTextChar"/>
    <w:uiPriority w:val="99"/>
    <w:unhideWhenUsed/>
    <w:rsid w:val="0029639D"/>
    <w:pPr>
      <w:tabs>
        <w:tab w:val="left" w:pos="576"/>
        <w:tab w:val="left" w:pos="1152"/>
        <w:tab w:val="left" w:pos="1728"/>
        <w:tab w:val="left" w:pos="2304"/>
        <w:tab w:val="left" w:pos="2880"/>
        <w:tab w:val="left" w:pos="3456"/>
        <w:tab w:val="left" w:pos="4032"/>
      </w:tabs>
    </w:pPr>
    <w:rPr>
      <w:rFonts w:ascii="Courier" w:hAnsi="Courier"/>
      <w:sz w:val="20"/>
      <w:szCs w:val="20"/>
    </w:rPr>
  </w:style>
  <w:style w:type="character" w:customStyle="1" w:styleId="MacroTextChar">
    <w:name w:val="Macro Text Char"/>
    <w:basedOn w:val="DefaultParagraphFont"/>
    <w:link w:val="MacroText"/>
    <w:uiPriority w:val="99"/>
    <w:rsid w:val="0029639D"/>
    <w:rPr>
      <w:rFonts w:ascii="Courier" w:hAnsi="Courier"/>
      <w:sz w:val="20"/>
      <w:szCs w:val="20"/>
    </w:rPr>
  </w:style>
  <w:style w:type="paragraph" w:styleId="Quote">
    <w:name w:val="Quote"/>
    <w:basedOn w:val="Normal"/>
    <w:next w:val="Normal"/>
    <w:link w:val="QuoteChar"/>
    <w:uiPriority w:val="29"/>
    <w:qFormat/>
    <w:rsid w:val="00FC693F"/>
    <w:rPr>
      <w:i/>
      <w:iCs/>
      <w:color w:val="000000" w:themeColor="text1"/>
    </w:rPr>
  </w:style>
  <w:style w:type="character" w:customStyle="1" w:styleId="QuoteChar">
    <w:name w:val="Quote Char"/>
    <w:basedOn w:val="DefaultParagraphFont"/>
    <w:link w:val="Quote"/>
    <w:uiPriority w:val="29"/>
    <w:rsid w:val="00FC693F"/>
    <w:rPr>
      <w:i/>
      <w:iCs/>
      <w:color w:val="000000" w:themeColor="text1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FC693F"/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FC693F"/>
    <w:rPr>
      <w:rFonts w:asciiTheme="majorHAnsi" w:eastAsiaTheme="majorEastAsia" w:hAnsiTheme="majorHAnsi" w:cstheme="majorBidi"/>
      <w:color w:val="243F60" w:themeColor="accent1" w:themeShade="7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FC693F"/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FC693F"/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paragraph" w:styleId="Caption">
    <w:name w:val="caption"/>
    <w:basedOn w:val="Normal"/>
    <w:next w:val="Normal"/>
    <w:uiPriority w:val="35"/>
    <w:semiHidden/>
    <w:unhideWhenUsed/>
    <w:qFormat/>
    <w:rsid w:val="00FC693F"/>
    <w:pPr>
      <w:spacing w:line="240" w:lineRule="auto"/>
    </w:pPr>
    <w:rPr>
      <w:b/>
      <w:bCs/>
      <w:color w:val="4F81BD" w:themeColor="accent1"/>
      <w:sz w:val="18"/>
      <w:szCs w:val="18"/>
    </w:rPr>
  </w:style>
  <w:style w:type="character" w:styleId="Strong">
    <w:name w:val="Strong"/>
    <w:basedOn w:val="DefaultParagraphFont"/>
    <w:uiPriority w:val="22"/>
    <w:qFormat/>
    <w:rsid w:val="00FC693F"/>
    <w:rPr>
      <w:b/>
      <w:bCs/>
    </w:rPr>
  </w:style>
  <w:style w:type="character" w:styleId="Emphasis">
    <w:name w:val="Emphasis"/>
    <w:basedOn w:val="DefaultParagraphFont"/>
    <w:uiPriority w:val="20"/>
    <w:qFormat/>
    <w:rsid w:val="00FC693F"/>
    <w:rPr>
      <w:i/>
      <w:iCs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FC693F"/>
    <w:pPr>
      <w:pBdr>
        <w:bottom w:val="single" w:sz="4" w:space="4" w:color="4F81BD" w:themeColor="accent1"/>
      </w:pBdr>
      <w:spacing w:before="200" w:after="280"/>
      <w:ind w:left="936" w:right="936"/>
    </w:pPr>
    <w:rPr>
      <w:b/>
      <w:bCs/>
      <w:i/>
      <w:iCs/>
      <w:color w:val="4F81BD" w:themeColor="accent1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FC693F"/>
    <w:rPr>
      <w:b/>
      <w:bCs/>
      <w:i/>
      <w:iCs/>
      <w:color w:val="4F81BD" w:themeColor="accent1"/>
    </w:rPr>
  </w:style>
  <w:style w:type="character" w:styleId="SubtleEmphasis">
    <w:name w:val="Subtle Emphasis"/>
    <w:basedOn w:val="DefaultParagraphFont"/>
    <w:uiPriority w:val="19"/>
    <w:qFormat/>
    <w:rsid w:val="00FC693F"/>
    <w:rPr>
      <w:i/>
      <w:iCs/>
      <w:color w:val="808080" w:themeColor="text1" w:themeTint="7F"/>
    </w:rPr>
  </w:style>
  <w:style w:type="character" w:styleId="IntenseEmphasis">
    <w:name w:val="Intense Emphasis"/>
    <w:basedOn w:val="DefaultParagraphFont"/>
    <w:uiPriority w:val="21"/>
    <w:qFormat/>
    <w:rsid w:val="00FC693F"/>
    <w:rPr>
      <w:b/>
      <w:bCs/>
      <w:i/>
      <w:iCs/>
      <w:color w:val="4F81BD" w:themeColor="accent1"/>
    </w:rPr>
  </w:style>
  <w:style w:type="character" w:styleId="SubtleReference">
    <w:name w:val="Subtle Reference"/>
    <w:basedOn w:val="DefaultParagraphFont"/>
    <w:uiPriority w:val="31"/>
    <w:qFormat/>
    <w:rsid w:val="00FC693F"/>
    <w:rPr>
      <w:smallCaps/>
      <w:color w:val="C0504D" w:themeColor="accent2"/>
      <w:u w:val="single"/>
    </w:rPr>
  </w:style>
  <w:style w:type="character" w:styleId="IntenseReference">
    <w:name w:val="Intense Reference"/>
    <w:basedOn w:val="DefaultParagraphFont"/>
    <w:uiPriority w:val="32"/>
    <w:qFormat/>
    <w:rsid w:val="00FC693F"/>
    <w:rPr>
      <w:b/>
      <w:bCs/>
      <w:smallCaps/>
      <w:color w:val="C0504D" w:themeColor="accent2"/>
      <w:spacing w:val="5"/>
      <w:u w:val="single"/>
    </w:rPr>
  </w:style>
  <w:style w:type="character" w:styleId="BookTitle">
    <w:name w:val="Book Title"/>
    <w:basedOn w:val="DefaultParagraphFont"/>
    <w:uiPriority w:val="33"/>
    <w:qFormat/>
    <w:rsid w:val="00FC693F"/>
    <w:rPr>
      <w:b/>
      <w:bCs/>
      <w:smallCaps/>
      <w:spacing w:val="5"/>
    </w:rPr>
  </w:style>
  <w:style w:type="paragraph" w:styleId="TOCHeading">
    <w:name w:val="TOC Heading"/>
    <w:basedOn w:val="Heading1"/>
    <w:next w:val="Normal"/>
    <w:uiPriority w:val="39"/>
    <w:semiHidden/>
    <w:unhideWhenUsed/>
    <w:qFormat/>
    <w:rsid w:val="00FC693F"/>
    <w:pPr>
      <w:outlineLvl w:val="9"/>
    </w:pPr>
  </w:style>
  <w:style w:type="table" w:styleId="TableGrid">
    <w:name w:val="Table Grid"/>
    <w:basedOn w:val="TableNormal"/>
    <w:uiPriority w:val="59"/>
    <w:rsid w:val="00FC693F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styleId="LightShading">
    <w:name w:val="Light Shading"/>
    <w:basedOn w:val="TableNormal"/>
    <w:uiPriority w:val="60"/>
    <w:rsid w:val="00FC693F"/>
    <w:pPr>
      <w:spacing w:after="0" w:line="240" w:lineRule="auto"/>
    </w:pPr>
    <w:rPr>
      <w:color w:val="000000" w:themeColor="text1" w:themeShade="BF"/>
    </w:rPr>
    <w:tblPr>
      <w:tblStyleRowBandSize w:val="1"/>
      <w:tblStyleColBandSize w:val="1"/>
      <w:tblInd w:w="0" w:type="dxa"/>
      <w:tblBorders>
        <w:top w:val="single" w:sz="8" w:space="0" w:color="000000" w:themeColor="text1"/>
        <w:bottom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</w:style>
  <w:style w:type="table" w:styleId="LightShading-Accent1">
    <w:name w:val="Light Shading Accent 1"/>
    <w:basedOn w:val="TableNormal"/>
    <w:uiPriority w:val="60"/>
    <w:rsid w:val="00FC693F"/>
    <w:pPr>
      <w:spacing w:after="0" w:line="240" w:lineRule="auto"/>
    </w:pPr>
    <w:rPr>
      <w:color w:val="365F91" w:themeColor="accent1" w:themeShade="BF"/>
    </w:rPr>
    <w:tblPr>
      <w:tblStyleRowBandSize w:val="1"/>
      <w:tblStyleColBandSize w:val="1"/>
      <w:tblInd w:w="0" w:type="dxa"/>
      <w:tblBorders>
        <w:top w:val="single" w:sz="8" w:space="0" w:color="4F81BD" w:themeColor="accent1"/>
        <w:bottom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</w:style>
  <w:style w:type="table" w:styleId="LightShading-Accent2">
    <w:name w:val="Light Shading Accent 2"/>
    <w:basedOn w:val="TableNormal"/>
    <w:uiPriority w:val="60"/>
    <w:rsid w:val="00FC693F"/>
    <w:pPr>
      <w:spacing w:after="0" w:line="240" w:lineRule="auto"/>
    </w:pPr>
    <w:rPr>
      <w:color w:val="943634" w:themeColor="accent2" w:themeShade="BF"/>
    </w:rPr>
    <w:tblPr>
      <w:tblStyleRowBandSize w:val="1"/>
      <w:tblStyleColBandSize w:val="1"/>
      <w:tblInd w:w="0" w:type="dxa"/>
      <w:tblBorders>
        <w:top w:val="single" w:sz="8" w:space="0" w:color="C0504D" w:themeColor="accent2"/>
        <w:bottom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</w:style>
  <w:style w:type="table" w:styleId="LightShading-Accent3">
    <w:name w:val="Light Shading Accent 3"/>
    <w:basedOn w:val="TableNormal"/>
    <w:uiPriority w:val="60"/>
    <w:rsid w:val="00FC693F"/>
    <w:pPr>
      <w:spacing w:after="0" w:line="240" w:lineRule="auto"/>
    </w:pPr>
    <w:rPr>
      <w:color w:val="76923C" w:themeColor="accent3" w:themeShade="BF"/>
    </w:rPr>
    <w:tblPr>
      <w:tblStyleRowBandSize w:val="1"/>
      <w:tblStyleColBandSize w:val="1"/>
      <w:tblInd w:w="0" w:type="dxa"/>
      <w:tblBorders>
        <w:top w:val="single" w:sz="8" w:space="0" w:color="9BBB59" w:themeColor="accent3"/>
        <w:bottom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</w:style>
  <w:style w:type="table" w:styleId="LightShading-Accent4">
    <w:name w:val="Light Shading Accent 4"/>
    <w:basedOn w:val="TableNormal"/>
    <w:uiPriority w:val="60"/>
    <w:rsid w:val="00FC693F"/>
    <w:pPr>
      <w:spacing w:after="0" w:line="240" w:lineRule="auto"/>
    </w:pPr>
    <w:rPr>
      <w:color w:val="5F497A" w:themeColor="accent4" w:themeShade="BF"/>
    </w:rPr>
    <w:tblPr>
      <w:tblStyleRowBandSize w:val="1"/>
      <w:tblStyleColBandSize w:val="1"/>
      <w:tblInd w:w="0" w:type="dxa"/>
      <w:tblBorders>
        <w:top w:val="single" w:sz="8" w:space="0" w:color="8064A2" w:themeColor="accent4"/>
        <w:bottom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</w:style>
  <w:style w:type="table" w:styleId="LightShading-Accent5">
    <w:name w:val="Light Shading Accent 5"/>
    <w:basedOn w:val="TableNormal"/>
    <w:uiPriority w:val="60"/>
    <w:rsid w:val="00FC693F"/>
    <w:pPr>
      <w:spacing w:after="0" w:line="240" w:lineRule="auto"/>
    </w:pPr>
    <w:rPr>
      <w:color w:val="31849B" w:themeColor="accent5" w:themeShade="BF"/>
    </w:rPr>
    <w:tblPr>
      <w:tblStyleRowBandSize w:val="1"/>
      <w:tblStyleColBandSize w:val="1"/>
      <w:tblInd w:w="0" w:type="dxa"/>
      <w:tblBorders>
        <w:top w:val="single" w:sz="8" w:space="0" w:color="4BACC6" w:themeColor="accent5"/>
        <w:bottom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</w:style>
  <w:style w:type="table" w:styleId="LightShading-Accent6">
    <w:name w:val="Light Shading Accent 6"/>
    <w:basedOn w:val="TableNormal"/>
    <w:uiPriority w:val="60"/>
    <w:rsid w:val="00FC693F"/>
    <w:pPr>
      <w:spacing w:after="0" w:line="240" w:lineRule="auto"/>
    </w:pPr>
    <w:rPr>
      <w:color w:val="E36C0A" w:themeColor="accent6" w:themeShade="BF"/>
    </w:rPr>
    <w:tblPr>
      <w:tblStyleRowBandSize w:val="1"/>
      <w:tblStyleColBandSize w:val="1"/>
      <w:tblInd w:w="0" w:type="dxa"/>
      <w:tblBorders>
        <w:top w:val="single" w:sz="8" w:space="0" w:color="F79646" w:themeColor="accent6"/>
        <w:bottom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</w:style>
  <w:style w:type="table" w:styleId="LightList">
    <w:name w:val="Light List"/>
    <w:basedOn w:val="TableNormal"/>
    <w:uiPriority w:val="61"/>
    <w:rsid w:val="00FC693F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</w:style>
  <w:style w:type="table" w:styleId="LightList-Accent1">
    <w:name w:val="Light List Accent 1"/>
    <w:basedOn w:val="TableNormal"/>
    <w:uiPriority w:val="61"/>
    <w:rsid w:val="00FC693F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</w:style>
  <w:style w:type="table" w:styleId="LightList-Accent2">
    <w:name w:val="Light List Accent 2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</w:style>
  <w:style w:type="table" w:styleId="LightList-Accent3">
    <w:name w:val="Light List Accent 3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</w:style>
  <w:style w:type="table" w:styleId="LightList-Accent4">
    <w:name w:val="Light List Accent 4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</w:style>
  <w:style w:type="table" w:styleId="LightList-Accent5">
    <w:name w:val="Light List Accent 5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</w:style>
  <w:style w:type="table" w:styleId="LightList-Accent6">
    <w:name w:val="Light List Accent 6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</w:style>
  <w:style w:type="table" w:styleId="LightGrid">
    <w:name w:val="Light Grid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1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  <w:shd w:val="clear" w:color="auto" w:fill="C0C0C0" w:themeFill="text1" w:themeFillTint="3F"/>
      </w:tcPr>
    </w:tblStylePr>
    <w:tblStylePr w:type="band2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</w:tcPr>
    </w:tblStylePr>
  </w:style>
  <w:style w:type="table" w:styleId="LightGrid-Accent1">
    <w:name w:val="Light Grid Accent 1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1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  <w:shd w:val="clear" w:color="auto" w:fill="D3DFEE" w:themeFill="accent1" w:themeFillTint="3F"/>
      </w:tcPr>
    </w:tblStylePr>
    <w:tblStylePr w:type="band2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</w:tcPr>
    </w:tblStylePr>
  </w:style>
  <w:style w:type="table" w:styleId="LightGrid-Accent2">
    <w:name w:val="Light Grid Accent 2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1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  <w:shd w:val="clear" w:color="auto" w:fill="EFD3D2" w:themeFill="accent2" w:themeFillTint="3F"/>
      </w:tcPr>
    </w:tblStylePr>
    <w:tblStylePr w:type="band2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</w:tcPr>
    </w:tblStylePr>
  </w:style>
  <w:style w:type="table" w:styleId="LightGrid-Accent3">
    <w:name w:val="Light Grid Accent 3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1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  <w:shd w:val="clear" w:color="auto" w:fill="E6EED5" w:themeFill="accent3" w:themeFillTint="3F"/>
      </w:tcPr>
    </w:tblStylePr>
    <w:tblStylePr w:type="band2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</w:tcPr>
    </w:tblStylePr>
  </w:style>
  <w:style w:type="table" w:styleId="LightGrid-Accent4">
    <w:name w:val="Light Grid Accent 4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1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  <w:shd w:val="clear" w:color="auto" w:fill="DFD8E8" w:themeFill="accent4" w:themeFillTint="3F"/>
      </w:tcPr>
    </w:tblStylePr>
    <w:tblStylePr w:type="band2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</w:tcPr>
    </w:tblStylePr>
  </w:style>
  <w:style w:type="table" w:styleId="LightGrid-Accent5">
    <w:name w:val="Light Grid Accent 5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1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  <w:shd w:val="clear" w:color="auto" w:fill="D2EAF1" w:themeFill="accent5" w:themeFillTint="3F"/>
      </w:tcPr>
    </w:tblStylePr>
    <w:tblStylePr w:type="band2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</w:tcPr>
    </w:tblStylePr>
  </w:style>
  <w:style w:type="table" w:styleId="LightGrid-Accent6">
    <w:name w:val="Light Grid Accent 6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1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  <w:shd w:val="clear" w:color="auto" w:fill="FDE4D0" w:themeFill="accent6" w:themeFillTint="3F"/>
      </w:tcPr>
    </w:tblStylePr>
    <w:tblStylePr w:type="band2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</w:tcPr>
    </w:tblStylePr>
  </w:style>
  <w:style w:type="table" w:styleId="MediumShading1">
    <w:name w:val="Medium Shading 1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C0C0C0" w:themeFill="tex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1">
    <w:name w:val="Medium Shading 1 Accent 1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3DFEE" w:themeFill="accen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2">
    <w:name w:val="Medium Shading 1 Accent 2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FD3D2" w:themeFill="accent2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3">
    <w:name w:val="Medium Shading 1 Accent 3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6EED5" w:themeFill="accent3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4">
    <w:name w:val="Medium Shading 1 Accent 4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FD8E8" w:themeFill="accent4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5">
    <w:name w:val="Medium Shading 1 Accent 5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2EAF1" w:themeFill="accent5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6">
    <w:name w:val="Medium Shading 1 Accent 6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FDE4D0" w:themeFill="accent6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2">
    <w:name w:val="Medium Shading 2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1">
    <w:name w:val="Medium Shading 2 Accent 1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2">
    <w:name w:val="Medium Shading 2 Accent 2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3">
    <w:name w:val="Medium Shading 2 Accent 3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4">
    <w:name w:val="Medium Shading 2 Accent 4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5">
    <w:name w:val="Medium Shading 2 Accent 5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6">
    <w:name w:val="Medium Shading 2 Accent 6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List1">
    <w:name w:val="Medium List 1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bottom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000000" w:themeColor="tex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shd w:val="clear" w:color="auto" w:fill="C0C0C0" w:themeFill="text1" w:themeFillTint="3F"/>
      </w:tcPr>
    </w:tblStylePr>
  </w:style>
  <w:style w:type="table" w:styleId="MediumList1-Accent1">
    <w:name w:val="Medium List 1 Accent 1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bottom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F81BD" w:themeColor="accen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shd w:val="clear" w:color="auto" w:fill="D3DFEE" w:themeFill="accent1" w:themeFillTint="3F"/>
      </w:tcPr>
    </w:tblStylePr>
  </w:style>
  <w:style w:type="table" w:styleId="MediumList1-Accent2">
    <w:name w:val="Medium List 1 Accent 2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bottom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C0504D" w:themeColor="accent2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shd w:val="clear" w:color="auto" w:fill="EFD3D2" w:themeFill="accent2" w:themeFillTint="3F"/>
      </w:tcPr>
    </w:tblStylePr>
  </w:style>
  <w:style w:type="table" w:styleId="MediumList1-Accent3">
    <w:name w:val="Medium List 1 Accent 3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bottom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9BBB59" w:themeColor="accent3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shd w:val="clear" w:color="auto" w:fill="E6EED5" w:themeFill="accent3" w:themeFillTint="3F"/>
      </w:tcPr>
    </w:tblStylePr>
  </w:style>
  <w:style w:type="table" w:styleId="MediumList1-Accent4">
    <w:name w:val="Medium List 1 Accent 4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bottom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8064A2" w:themeColor="accent4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shd w:val="clear" w:color="auto" w:fill="DFD8E8" w:themeFill="accent4" w:themeFillTint="3F"/>
      </w:tcPr>
    </w:tblStylePr>
  </w:style>
  <w:style w:type="table" w:styleId="MediumList1-Accent5">
    <w:name w:val="Medium List 1 Accent 5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bottom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BACC6" w:themeColor="accent5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shd w:val="clear" w:color="auto" w:fill="D2EAF1" w:themeFill="accent5" w:themeFillTint="3F"/>
      </w:tcPr>
    </w:tblStylePr>
  </w:style>
  <w:style w:type="table" w:styleId="MediumList1-Accent6">
    <w:name w:val="Medium List 1 Accent 6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bottom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F79646" w:themeColor="accent6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shd w:val="clear" w:color="auto" w:fill="FDE4D0" w:themeFill="accent6" w:themeFillTint="3F"/>
      </w:tcPr>
    </w:tblStylePr>
  </w:style>
  <w:style w:type="table" w:styleId="MediumList2">
    <w:name w:val="Medium List 2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000000" w:themeColor="tex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000000" w:themeColor="tex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000000" w:themeColor="tex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C0C0C0" w:themeFill="tex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1">
    <w:name w:val="Medium List 2 Accent 1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F81BD" w:themeColor="accen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F81BD" w:themeColor="accen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F81BD" w:themeColor="accen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F81BD" w:themeColor="accen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3DFEE" w:themeFill="accen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2">
    <w:name w:val="Medium List 2 Accent 2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C0504D" w:themeColor="accent2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C0504D" w:themeColor="accent2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C0504D" w:themeColor="accent2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FD3D2" w:themeFill="accent2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3">
    <w:name w:val="Medium List 2 Accent 3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9BBB59" w:themeColor="accent3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9BBB59" w:themeColor="accent3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9BBB59" w:themeColor="accent3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6EED5" w:themeFill="accent3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4">
    <w:name w:val="Medium List 2 Accent 4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8064A2" w:themeColor="accent4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8064A2" w:themeColor="accent4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8064A2" w:themeColor="accent4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FD8E8" w:themeFill="accent4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5">
    <w:name w:val="Medium List 2 Accent 5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BACC6" w:themeColor="accent5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BACC6" w:themeColor="accent5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BACC6" w:themeColor="accent5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2EAF1" w:themeFill="accent5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6">
    <w:name w:val="Medium List 2 Accent 6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F79646" w:themeColor="accent6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F79646" w:themeColor="accent6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F79646" w:themeColor="accent6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FDE4D0" w:themeFill="accent6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Grid1">
    <w:name w:val="Medium Grid 1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  <w:insideV w:val="single" w:sz="8" w:space="0" w:color="404040" w:themeColor="text1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404040" w:themeColor="tex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MediumGrid1-Accent1">
    <w:name w:val="Medium Grid 1 Accent 1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  <w:insideV w:val="single" w:sz="8" w:space="0" w:color="7BA0CD" w:themeColor="accent1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BA0CD" w:themeColor="accen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MediumGrid1-Accent2">
    <w:name w:val="Medium Grid 1 Accent 2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  <w:insideV w:val="single" w:sz="8" w:space="0" w:color="CF7B79" w:themeColor="accent2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CF7B79" w:themeColor="accent2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MediumGrid1-Accent3">
    <w:name w:val="Medium Grid 1 Accent 3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  <w:insideV w:val="single" w:sz="8" w:space="0" w:color="B3CC82" w:themeColor="accent3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B3CC82" w:themeColor="accent3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MediumGrid1-Accent4">
    <w:name w:val="Medium Grid 1 Accent 4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  <w:insideV w:val="single" w:sz="8" w:space="0" w:color="9F8AB9" w:themeColor="accent4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9F8AB9" w:themeColor="accent4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MediumGrid1-Accent5">
    <w:name w:val="Medium Grid 1 Accent 5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  <w:insideV w:val="single" w:sz="8" w:space="0" w:color="78C0D4" w:themeColor="accent5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8C0D4" w:themeColor="accent5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MediumGrid1-Accent6">
    <w:name w:val="Medium Grid 1 Accent 6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  <w:insideV w:val="single" w:sz="8" w:space="0" w:color="F9B074" w:themeColor="accent6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F9B074" w:themeColor="accent6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  <w:style w:type="table" w:styleId="MediumGrid2">
    <w:name w:val="Medium Grid 2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  <w:color w:val="000000" w:themeColor="text1"/>
      </w:rPr>
      <w:tblPr/>
      <w:tcPr>
        <w:shd w:val="clear" w:color="auto" w:fill="E6E6E6" w:themeFill="tex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CCCCC" w:themeFill="text1" w:themeFillTint="33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tcBorders>
          <w:insideH w:val="single" w:sz="6" w:space="0" w:color="000000" w:themeColor="text1"/>
          <w:insideV w:val="single" w:sz="6" w:space="0" w:color="000000" w:themeColor="text1"/>
        </w:tcBorders>
        <w:shd w:val="clear" w:color="auto" w:fill="808080" w:themeFill="tex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1">
    <w:name w:val="Medium Grid 2 Accent 1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  <w:color w:val="000000" w:themeColor="text1"/>
      </w:rPr>
      <w:tblPr/>
      <w:tcPr>
        <w:shd w:val="clear" w:color="auto" w:fill="EDF2F8" w:themeFill="accen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BE5F1" w:themeFill="accent1" w:themeFillTint="33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tcBorders>
          <w:insideH w:val="single" w:sz="6" w:space="0" w:color="4F81BD" w:themeColor="accent1"/>
          <w:insideV w:val="single" w:sz="6" w:space="0" w:color="4F81BD" w:themeColor="accent1"/>
        </w:tcBorders>
        <w:shd w:val="clear" w:color="auto" w:fill="A7BFDE" w:themeFill="accen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2">
    <w:name w:val="Medium Grid 2 Accent 2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  <w:color w:val="000000" w:themeColor="text1"/>
      </w:rPr>
      <w:tblPr/>
      <w:tcPr>
        <w:shd w:val="clear" w:color="auto" w:fill="F8EDED" w:themeFill="accent2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2DBDB" w:themeFill="accent2" w:themeFillTint="33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tcBorders>
          <w:insideH w:val="single" w:sz="6" w:space="0" w:color="C0504D" w:themeColor="accent2"/>
          <w:insideV w:val="single" w:sz="6" w:space="0" w:color="C0504D" w:themeColor="accent2"/>
        </w:tcBorders>
        <w:shd w:val="clear" w:color="auto" w:fill="DFA7A6" w:themeFill="accent2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3">
    <w:name w:val="Medium Grid 2 Accent 3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  <w:color w:val="000000" w:themeColor="text1"/>
      </w:rPr>
      <w:tblPr/>
      <w:tcPr>
        <w:shd w:val="clear" w:color="auto" w:fill="F5F8EE" w:themeFill="accent3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AF1DD" w:themeFill="accent3" w:themeFillTint="33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tcBorders>
          <w:insideH w:val="single" w:sz="6" w:space="0" w:color="9BBB59" w:themeColor="accent3"/>
          <w:insideV w:val="single" w:sz="6" w:space="0" w:color="9BBB59" w:themeColor="accent3"/>
        </w:tcBorders>
        <w:shd w:val="clear" w:color="auto" w:fill="CDDDAC" w:themeFill="accent3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4">
    <w:name w:val="Medium Grid 2 Accent 4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  <w:color w:val="000000" w:themeColor="text1"/>
      </w:rPr>
      <w:tblPr/>
      <w:tcPr>
        <w:shd w:val="clear" w:color="auto" w:fill="F2EFF6" w:themeFill="accent4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5DFEC" w:themeFill="accent4" w:themeFillTint="33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tcBorders>
          <w:insideH w:val="single" w:sz="6" w:space="0" w:color="8064A2" w:themeColor="accent4"/>
          <w:insideV w:val="single" w:sz="6" w:space="0" w:color="8064A2" w:themeColor="accent4"/>
        </w:tcBorders>
        <w:shd w:val="clear" w:color="auto" w:fill="BFB1D0" w:themeFill="accent4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5">
    <w:name w:val="Medium Grid 2 Accent 5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  <w:color w:val="000000" w:themeColor="text1"/>
      </w:rPr>
      <w:tblPr/>
      <w:tcPr>
        <w:shd w:val="clear" w:color="auto" w:fill="EDF6F9" w:themeFill="accent5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AEEF3" w:themeFill="accent5" w:themeFillTint="33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tcBorders>
          <w:insideH w:val="single" w:sz="6" w:space="0" w:color="4BACC6" w:themeColor="accent5"/>
          <w:insideV w:val="single" w:sz="6" w:space="0" w:color="4BACC6" w:themeColor="accent5"/>
        </w:tcBorders>
        <w:shd w:val="clear" w:color="auto" w:fill="A5D5E2" w:themeFill="accent5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6">
    <w:name w:val="Medium Grid 2 Accent 6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  <w:color w:val="000000" w:themeColor="text1"/>
      </w:rPr>
      <w:tblPr/>
      <w:tcPr>
        <w:shd w:val="clear" w:color="auto" w:fill="FEF4EC" w:themeFill="accent6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9D9" w:themeFill="accent6" w:themeFillTint="33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tcBorders>
          <w:insideH w:val="single" w:sz="6" w:space="0" w:color="F79646" w:themeColor="accent6"/>
          <w:insideV w:val="single" w:sz="6" w:space="0" w:color="F79646" w:themeColor="accent6"/>
        </w:tcBorders>
        <w:shd w:val="clear" w:color="auto" w:fill="FBCAA2" w:themeFill="accent6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3">
    <w:name w:val="Medium Grid 3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808080" w:themeFill="tex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808080" w:themeFill="text1" w:themeFillTint="7F"/>
      </w:tcPr>
    </w:tblStylePr>
  </w:style>
  <w:style w:type="table" w:styleId="MediumGrid3-Accent1">
    <w:name w:val="Medium Grid 3 Accent 1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7BFDE" w:themeFill="accen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7BFDE" w:themeFill="accent1" w:themeFillTint="7F"/>
      </w:tcPr>
    </w:tblStylePr>
  </w:style>
  <w:style w:type="table" w:styleId="MediumGrid3-Accent2">
    <w:name w:val="Medium Grid 3 Accent 2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DFA7A6" w:themeFill="accent2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DFA7A6" w:themeFill="accent2" w:themeFillTint="7F"/>
      </w:tcPr>
    </w:tblStylePr>
  </w:style>
  <w:style w:type="table" w:styleId="MediumGrid3-Accent3">
    <w:name w:val="Medium Grid 3 Accent 3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CDDDAC" w:themeFill="accent3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CDDDAC" w:themeFill="accent3" w:themeFillTint="7F"/>
      </w:tcPr>
    </w:tblStylePr>
  </w:style>
  <w:style w:type="table" w:styleId="MediumGrid3-Accent4">
    <w:name w:val="Medium Grid 3 Accent 4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BFB1D0" w:themeFill="accent4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BFB1D0" w:themeFill="accent4" w:themeFillTint="7F"/>
      </w:tcPr>
    </w:tblStylePr>
  </w:style>
  <w:style w:type="table" w:styleId="MediumGrid3-Accent5">
    <w:name w:val="Medium Grid 3 Accent 5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5D5E2" w:themeFill="accent5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5D5E2" w:themeFill="accent5" w:themeFillTint="7F"/>
      </w:tcPr>
    </w:tblStylePr>
  </w:style>
  <w:style w:type="table" w:styleId="MediumGrid3-Accent6">
    <w:name w:val="Medium Grid 3 Accent 6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FBCAA2" w:themeFill="accent6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FBCAA2" w:themeFill="accent6" w:themeFillTint="7F"/>
      </w:tcPr>
    </w:tblStylePr>
  </w:style>
  <w:style w:type="table" w:styleId="DarkList">
    <w:name w:val="Dark List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000000" w:themeFill="tex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000000" w:themeFill="tex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</w:style>
  <w:style w:type="table" w:styleId="DarkList-Accent1">
    <w:name w:val="Dark List Accent 1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4F81BD" w:themeFill="accen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43F60" w:themeFill="accen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65F91" w:themeFill="accen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</w:style>
  <w:style w:type="table" w:styleId="DarkList-Accent2">
    <w:name w:val="Dark List Accent 2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504D" w:themeFill="accent2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622423" w:themeFill="accent2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943634" w:themeFill="accent2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</w:style>
  <w:style w:type="table" w:styleId="DarkList-Accent3">
    <w:name w:val="Dark List Accent 3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9BBB59" w:themeFill="accent3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4E6128" w:themeFill="accent3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76923C" w:themeFill="accent3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</w:style>
  <w:style w:type="table" w:styleId="DarkList-Accent4">
    <w:name w:val="Dark List Accent 4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8064A2" w:themeFill="accent4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3F3151" w:themeFill="accent4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5F497A" w:themeFill="accent4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</w:style>
  <w:style w:type="table" w:styleId="DarkList-Accent5">
    <w:name w:val="Dark List Accent 5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4BACC6" w:themeFill="accent5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05867" w:themeFill="accent5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1849B" w:themeFill="accent5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</w:style>
  <w:style w:type="table" w:styleId="DarkList-Accent6">
    <w:name w:val="Dark List Accent 6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79646" w:themeFill="accent6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974706" w:themeFill="accent6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E36C0A" w:themeFill="accent6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</w:style>
  <w:style w:type="table" w:styleId="ColorfulShading">
    <w:name w:val="Colorful Shading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6E6" w:themeFill="tex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000000" w:themeFill="tex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000000" w:themeColor="text1" w:themeShade="99"/>
          <w:insideV w:val="nil"/>
        </w:tcBorders>
        <w:shd w:val="clear" w:color="auto" w:fill="000000" w:themeFill="tex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shd w:val="clear" w:color="auto" w:fill="999999" w:themeFill="text1" w:themeFillTint="66"/>
      </w:tcPr>
    </w:tblStylePr>
    <w:tblStylePr w:type="band1Horz">
      <w:tblPr/>
      <w:tcPr>
        <w:shd w:val="clear" w:color="auto" w:fill="808080" w:themeFill="tex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1">
    <w:name w:val="Colorful Shading Accent 1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4F81BD" w:themeColor="accent1"/>
        <w:bottom w:val="single" w:sz="4" w:space="0" w:color="4F81BD" w:themeColor="accent1"/>
        <w:right w:val="single" w:sz="4" w:space="0" w:color="4F81BD" w:themeColor="accent1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2F8" w:themeFill="accen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C4C74" w:themeFill="accen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C4C74" w:themeColor="accent1" w:themeShade="99"/>
          <w:insideV w:val="nil"/>
        </w:tcBorders>
        <w:shd w:val="clear" w:color="auto" w:fill="2C4C74" w:themeFill="accen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C4C74" w:themeFill="accent1" w:themeFillShade="99"/>
      </w:tcPr>
    </w:tblStylePr>
    <w:tblStylePr w:type="band1Vert">
      <w:tblPr/>
      <w:tcPr>
        <w:shd w:val="clear" w:color="auto" w:fill="B8CCE4" w:themeFill="accent1" w:themeFillTint="66"/>
      </w:tcPr>
    </w:tblStylePr>
    <w:tblStylePr w:type="band1Horz">
      <w:tblPr/>
      <w:tcPr>
        <w:shd w:val="clear" w:color="auto" w:fill="A7BFDE" w:themeFill="accen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2">
    <w:name w:val="Colorful Shading Accent 2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C0504D" w:themeColor="accent2"/>
        <w:bottom w:val="single" w:sz="4" w:space="0" w:color="C0504D" w:themeColor="accent2"/>
        <w:right w:val="single" w:sz="4" w:space="0" w:color="C0504D" w:themeColor="accent2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8EDED" w:themeFill="accent2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772C2A" w:themeFill="accent2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772C2A" w:themeColor="accent2" w:themeShade="99"/>
          <w:insideV w:val="nil"/>
        </w:tcBorders>
        <w:shd w:val="clear" w:color="auto" w:fill="772C2A" w:themeFill="accent2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72C2A" w:themeFill="accent2" w:themeFillShade="99"/>
      </w:tcPr>
    </w:tblStylePr>
    <w:tblStylePr w:type="band1Vert">
      <w:tblPr/>
      <w:tcPr>
        <w:shd w:val="clear" w:color="auto" w:fill="E5B8B7" w:themeFill="accent2" w:themeFillTint="66"/>
      </w:tcPr>
    </w:tblStylePr>
    <w:tblStylePr w:type="band1Horz">
      <w:tblPr/>
      <w:tcPr>
        <w:shd w:val="clear" w:color="auto" w:fill="DFA7A6" w:themeFill="accent2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3">
    <w:name w:val="Colorful Shading Accent 3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8064A2" w:themeColor="accent4"/>
        <w:left w:val="single" w:sz="4" w:space="0" w:color="9BBB59" w:themeColor="accent3"/>
        <w:bottom w:val="single" w:sz="4" w:space="0" w:color="9BBB59" w:themeColor="accent3"/>
        <w:right w:val="single" w:sz="4" w:space="0" w:color="9BBB59" w:themeColor="accent3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5F8EE" w:themeFill="accent3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5E7530" w:themeFill="accent3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5E7530" w:themeColor="accent3" w:themeShade="99"/>
          <w:insideV w:val="nil"/>
        </w:tcBorders>
        <w:shd w:val="clear" w:color="auto" w:fill="5E7530" w:themeFill="accent3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E7530" w:themeFill="accent3" w:themeFillShade="99"/>
      </w:tcPr>
    </w:tblStylePr>
    <w:tblStylePr w:type="band1Vert">
      <w:tblPr/>
      <w:tcPr>
        <w:shd w:val="clear" w:color="auto" w:fill="D6E3BC" w:themeFill="accent3" w:themeFillTint="66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ColorfulShading-Accent4">
    <w:name w:val="Colorful Shading Accent 4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9BBB59" w:themeColor="accent3"/>
        <w:left w:val="single" w:sz="4" w:space="0" w:color="8064A2" w:themeColor="accent4"/>
        <w:bottom w:val="single" w:sz="4" w:space="0" w:color="8064A2" w:themeColor="accent4"/>
        <w:right w:val="single" w:sz="4" w:space="0" w:color="8064A2" w:themeColor="accent4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EFF6" w:themeFill="accent4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4C3B62" w:themeFill="accent4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4C3B62" w:themeColor="accent4" w:themeShade="99"/>
          <w:insideV w:val="nil"/>
        </w:tcBorders>
        <w:shd w:val="clear" w:color="auto" w:fill="4C3B62" w:themeFill="accent4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4C3B62" w:themeFill="accent4" w:themeFillShade="99"/>
      </w:tcPr>
    </w:tblStylePr>
    <w:tblStylePr w:type="band1Vert">
      <w:tblPr/>
      <w:tcPr>
        <w:shd w:val="clear" w:color="auto" w:fill="CCC0D9" w:themeFill="accent4" w:themeFillTint="66"/>
      </w:tcPr>
    </w:tblStylePr>
    <w:tblStylePr w:type="band1Horz">
      <w:tblPr/>
      <w:tcPr>
        <w:shd w:val="clear" w:color="auto" w:fill="BFB1D0" w:themeFill="accent4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5">
    <w:name w:val="Colorful Shading Accent 5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F79646" w:themeColor="accent6"/>
        <w:left w:val="single" w:sz="4" w:space="0" w:color="4BACC6" w:themeColor="accent5"/>
        <w:bottom w:val="single" w:sz="4" w:space="0" w:color="4BACC6" w:themeColor="accent5"/>
        <w:right w:val="single" w:sz="4" w:space="0" w:color="4BACC6" w:themeColor="accent5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6F9" w:themeFill="accent5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76A7C" w:themeFill="accent5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76A7C" w:themeColor="accent5" w:themeShade="99"/>
          <w:insideV w:val="nil"/>
        </w:tcBorders>
        <w:shd w:val="clear" w:color="auto" w:fill="276A7C" w:themeFill="accent5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76A7C" w:themeFill="accent5" w:themeFillShade="99"/>
      </w:tcPr>
    </w:tblStylePr>
    <w:tblStylePr w:type="band1Vert">
      <w:tblPr/>
      <w:tcPr>
        <w:shd w:val="clear" w:color="auto" w:fill="B6DDE8" w:themeFill="accent5" w:themeFillTint="66"/>
      </w:tcPr>
    </w:tblStylePr>
    <w:tblStylePr w:type="band1Horz">
      <w:tblPr/>
      <w:tcPr>
        <w:shd w:val="clear" w:color="auto" w:fill="A5D5E2" w:themeFill="accent5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6">
    <w:name w:val="Colorful Shading Accent 6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4BACC6" w:themeColor="accent5"/>
        <w:left w:val="single" w:sz="4" w:space="0" w:color="F79646" w:themeColor="accent6"/>
        <w:bottom w:val="single" w:sz="4" w:space="0" w:color="F79646" w:themeColor="accent6"/>
        <w:right w:val="single" w:sz="4" w:space="0" w:color="F79646" w:themeColor="accent6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EF4EC" w:themeFill="accent6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B65608" w:themeFill="accent6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B65608" w:themeColor="accent6" w:themeShade="99"/>
          <w:insideV w:val="nil"/>
        </w:tcBorders>
        <w:shd w:val="clear" w:color="auto" w:fill="B65608" w:themeFill="accent6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B65608" w:themeFill="accent6" w:themeFillShade="99"/>
      </w:tcPr>
    </w:tblStylePr>
    <w:tblStylePr w:type="band1Vert">
      <w:tblPr/>
      <w:tcPr>
        <w:shd w:val="clear" w:color="auto" w:fill="FBD4B4" w:themeFill="accent6" w:themeFillTint="66"/>
      </w:tcPr>
    </w:tblStylePr>
    <w:tblStylePr w:type="band1Horz">
      <w:tblPr/>
      <w:tcPr>
        <w:shd w:val="clear" w:color="auto" w:fill="FBCAA2" w:themeFill="accent6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List">
    <w:name w:val="Colorful List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6E6" w:themeFill="tex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shd w:val="clear" w:color="auto" w:fill="CCCCCC" w:themeFill="text1" w:themeFillTint="33"/>
      </w:tcPr>
    </w:tblStylePr>
  </w:style>
  <w:style w:type="table" w:styleId="ColorfulList-Accent1">
    <w:name w:val="Colorful List Accent 1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2F8" w:themeFill="accen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shd w:val="clear" w:color="auto" w:fill="DBE5F1" w:themeFill="accent1" w:themeFillTint="33"/>
      </w:tcPr>
    </w:tblStylePr>
  </w:style>
  <w:style w:type="table" w:styleId="ColorfulList-Accent2">
    <w:name w:val="Colorful List Accent 2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8EDED" w:themeFill="accent2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shd w:val="clear" w:color="auto" w:fill="F2DBDB" w:themeFill="accent2" w:themeFillTint="33"/>
      </w:tcPr>
    </w:tblStylePr>
  </w:style>
  <w:style w:type="table" w:styleId="ColorfulList-Accent3">
    <w:name w:val="Colorful List Accent 3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5F8EE" w:themeFill="accent3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664E82" w:themeFill="accent4" w:themeFillShade="CC"/>
      </w:tcPr>
    </w:tblStylePr>
    <w:tblStylePr w:type="lastRow">
      <w:rPr>
        <w:b/>
        <w:bCs/>
        <w:color w:val="664E82" w:themeColor="accent4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shd w:val="clear" w:color="auto" w:fill="EAF1DD" w:themeFill="accent3" w:themeFillTint="33"/>
      </w:tcPr>
    </w:tblStylePr>
  </w:style>
  <w:style w:type="table" w:styleId="ColorfulList-Accent4">
    <w:name w:val="Colorful List Accent 4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EFF6" w:themeFill="accent4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7E9C40" w:themeFill="accent3" w:themeFillShade="CC"/>
      </w:tcPr>
    </w:tblStylePr>
    <w:tblStylePr w:type="lastRow">
      <w:rPr>
        <w:b/>
        <w:bCs/>
        <w:color w:val="7E9C40" w:themeColor="accent3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shd w:val="clear" w:color="auto" w:fill="E5DFEC" w:themeFill="accent4" w:themeFillTint="33"/>
      </w:tcPr>
    </w:tblStylePr>
  </w:style>
  <w:style w:type="table" w:styleId="ColorfulList-Accent5">
    <w:name w:val="Colorful List Accent 5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6F9" w:themeFill="accent5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F2730A" w:themeFill="accent6" w:themeFillShade="CC"/>
      </w:tcPr>
    </w:tblStylePr>
    <w:tblStylePr w:type="lastRow">
      <w:rPr>
        <w:b/>
        <w:bCs/>
        <w:color w:val="F2730A" w:themeColor="accent6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shd w:val="clear" w:color="auto" w:fill="DAEEF3" w:themeFill="accent5" w:themeFillTint="33"/>
      </w:tcPr>
    </w:tblStylePr>
  </w:style>
  <w:style w:type="table" w:styleId="ColorfulList-Accent6">
    <w:name w:val="Colorful List Accent 6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EF4EC" w:themeFill="accent6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348DA5" w:themeFill="accent5" w:themeFillShade="CC"/>
      </w:tcPr>
    </w:tblStylePr>
    <w:tblStylePr w:type="lastRow">
      <w:rPr>
        <w:b/>
        <w:bCs/>
        <w:color w:val="348DA5" w:themeColor="accent5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shd w:val="clear" w:color="auto" w:fill="FDE9D9" w:themeFill="accent6" w:themeFillTint="33"/>
      </w:tcPr>
    </w:tblStylePr>
  </w:style>
  <w:style w:type="table" w:styleId="ColorfulGrid">
    <w:name w:val="Colorful Grid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CCCCC" w:themeFill="text1" w:themeFillTint="33"/>
    </w:tcPr>
    <w:tblStylePr w:type="firstRow">
      <w:rPr>
        <w:b/>
        <w:bCs/>
      </w:rPr>
      <w:tblPr/>
      <w:tcPr>
        <w:shd w:val="clear" w:color="auto" w:fill="999999" w:themeFill="tex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999999" w:themeFill="text1" w:themeFillTint="66"/>
      </w:tcPr>
    </w:tblStylePr>
    <w:tblStylePr w:type="fir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la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ColorfulGrid-Accent1">
    <w:name w:val="Colorful Grid Accent 1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BE5F1" w:themeFill="accent1" w:themeFillTint="33"/>
    </w:tcPr>
    <w:tblStylePr w:type="firstRow">
      <w:rPr>
        <w:b/>
        <w:bCs/>
      </w:rPr>
      <w:tblPr/>
      <w:tcPr>
        <w:shd w:val="clear" w:color="auto" w:fill="B8CCE4" w:themeFill="accen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8CCE4" w:themeFill="accent1" w:themeFillTint="66"/>
      </w:tcPr>
    </w:tblStylePr>
    <w:tblStylePr w:type="fir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la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ColorfulGrid-Accent2">
    <w:name w:val="Colorful Grid Accent 2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DBDB" w:themeFill="accent2" w:themeFillTint="33"/>
    </w:tcPr>
    <w:tblStylePr w:type="firstRow">
      <w:rPr>
        <w:b/>
        <w:bCs/>
      </w:rPr>
      <w:tblPr/>
      <w:tcPr>
        <w:shd w:val="clear" w:color="auto" w:fill="E5B8B7" w:themeFill="accent2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E5B8B7" w:themeFill="accent2" w:themeFillTint="66"/>
      </w:tcPr>
    </w:tblStylePr>
    <w:tblStylePr w:type="fir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la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ColorfulGrid-Accent3">
    <w:name w:val="Colorful Grid Accent 3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AF1DD" w:themeFill="accent3" w:themeFillTint="33"/>
    </w:tcPr>
    <w:tblStylePr w:type="firstRow">
      <w:rPr>
        <w:b/>
        <w:bCs/>
      </w:rPr>
      <w:tblPr/>
      <w:tcPr>
        <w:shd w:val="clear" w:color="auto" w:fill="D6E3BC" w:themeFill="accent3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D6E3BC" w:themeFill="accent3" w:themeFillTint="66"/>
      </w:tcPr>
    </w:tblStylePr>
    <w:tblStylePr w:type="fir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la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ColorfulGrid-Accent4">
    <w:name w:val="Colorful Grid Accent 4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5DFEC" w:themeFill="accent4" w:themeFillTint="33"/>
    </w:tcPr>
    <w:tblStylePr w:type="firstRow">
      <w:rPr>
        <w:b/>
        <w:bCs/>
      </w:rPr>
      <w:tblPr/>
      <w:tcPr>
        <w:shd w:val="clear" w:color="auto" w:fill="CCC0D9" w:themeFill="accent4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CCC0D9" w:themeFill="accent4" w:themeFillTint="66"/>
      </w:tcPr>
    </w:tblStylePr>
    <w:tblStylePr w:type="fir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la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ColorfulGrid-Accent5">
    <w:name w:val="Colorful Grid Accent 5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AEEF3" w:themeFill="accent5" w:themeFillTint="33"/>
    </w:tcPr>
    <w:tblStylePr w:type="firstRow">
      <w:rPr>
        <w:b/>
        <w:bCs/>
      </w:rPr>
      <w:tblPr/>
      <w:tcPr>
        <w:shd w:val="clear" w:color="auto" w:fill="B6DDE8" w:themeFill="accent5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6DDE8" w:themeFill="accent5" w:themeFillTint="66"/>
      </w:tcPr>
    </w:tblStylePr>
    <w:tblStylePr w:type="fir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la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ColorfulGrid-Accent6">
    <w:name w:val="Colorful Grid Accent 6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9D9" w:themeFill="accent6" w:themeFillTint="33"/>
    </w:tcPr>
    <w:tblStylePr w:type="firstRow">
      <w:rPr>
        <w:b/>
        <w:bCs/>
      </w:rPr>
      <w:tblPr/>
      <w:tcPr>
        <w:shd w:val="clear" w:color="auto" w:fill="FBD4B4" w:themeFill="accent6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FBD4B4" w:themeFill="accent6" w:themeFillTint="66"/>
      </w:tcPr>
    </w:tblStylePr>
    <w:tblStylePr w:type="fir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la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allowPNG/>
  <w:doNotSaveAsSingleFile/>
</w:webSettings>
</file>

<file path=word/_rels/document.xml.rels><?xml version='1.0' encoding='UTF-8' standalone='yes'?>
<Relationships xmlns="http://schemas.openxmlformats.org/package/2006/relationships"><Relationship Id="rId3" Type="http://schemas.openxmlformats.org/officeDocument/2006/relationships/styles" Target="styles.xml"/><Relationship Id="rId4" Type="http://schemas.microsoft.com/office/2007/relationships/stylesWithEffects" Target="stylesWithEffects.xml"/><Relationship Id="rId5" Type="http://schemas.openxmlformats.org/officeDocument/2006/relationships/settings" Target="settings.xml"/><Relationship Id="rId6" Type="http://schemas.openxmlformats.org/officeDocument/2006/relationships/webSettings" Target="webSettings.xml"/><Relationship Id="rId7" Type="http://schemas.openxmlformats.org/officeDocument/2006/relationships/fontTable" Target="fontTable.xml"/><Relationship Id="rId8" Type="http://schemas.openxmlformats.org/officeDocument/2006/relationships/theme" Target="theme/theme1.xml"/><Relationship Id="rId1" Type="http://schemas.openxmlformats.org/officeDocument/2006/relationships/customXml" Target="../customXml/item1.xml"/><Relationship Id="rId2" Type="http://schemas.openxmlformats.org/officeDocument/2006/relationships/numbering" Target="numbering.xml"/><Relationship Id="rId9" Type="http://schemas.openxmlformats.org/officeDocument/2006/relationships/footer" Target="footer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customXml/_rels/item1.xml.rels><?xml version='1.0' encoding='UTF-8' standalone='yes'?>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/APA.XSL" StyleName="APA"/>
</file>

<file path=customXml/itemProps1.xml><?xml version="1.0" encoding="utf-8"?>
<ds:datastoreItem xmlns:ds="http://schemas.openxmlformats.org/officeDocument/2006/customXml" ds:itemID="{EF278816-EC6F-A645-907D-7F25AECB1D4A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</Pages>
  <Words>0</Words>
  <Characters>0</Characters>
  <Application>Microsoft Macintosh Word</Application>
  <DocSecurity>0</DocSecurity>
  <Lines>0</Lines>
  <Paragraphs>0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Manager/>
  <Company/>
  <LinksUpToDate>false</LinksUpToDate>
  <CharactersWithSpaces>0</CharactersWithSpaces>
  <SharedDoc>false</SharedDoc>
  <HyperlinkBase/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python-docx</dc:creator>
  <cp:keywords/>
  <dc:description>generated by python-docx</dc:description>
  <cp:lastModifiedBy/>
  <cp:revision>1</cp:revision>
  <dcterms:created xsi:type="dcterms:W3CDTF">2013-12-23T23:15:00Z</dcterms:created>
  <dcterms:modified xsi:type="dcterms:W3CDTF">2013-12-23T23:15:00Z</dcterms:modified>
  <cp:category/>
</cp:coreProperties>
</file>