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627"/>
        <w:gridCol w:w="3627"/>
        <w:gridCol w:w="3627"/>
      </w:tblGrid>
      <w:tr>
        <w:tc>
          <w:tcPr>
            <w:tcW w:type="dxa" w:w="3627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627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Cartes Ateliers – Maths CP</w:t>
            </w:r>
            <w:r>
              <w:br/>
            </w:r>
            <w:r>
              <w:rPr>
                <w:color w:val="505050"/>
                <w:sz w:val="22"/>
              </w:rPr>
              <w:t>Les Coccinelles (à découper)</w:t>
            </w:r>
          </w:p>
        </w:tc>
        <w:tc>
          <w:tcPr>
            <w:tcW w:type="dxa" w:w="3627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p>
      <w:r>
        <w:rPr>
          <w:color w:val="505050"/>
          <w:sz w:val="21"/>
        </w:rPr>
        <w:t>Mode d’emploi : imprimez, plastifiez si besoin, puis découpez les cartes. L’élève écrit sur ardoise ou sur un cahier.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Je compte</w:t>
            </w:r>
          </w:p>
          <w:p>
            <w:pPr>
              <w:spacing w:after="0"/>
            </w:pPr>
            <w:r>
              <w:rPr>
                <w:sz w:val="22"/>
              </w:rPr>
              <w:t>Dessine 7 coccinelles.</w:t>
              <w:br/>
              <w:t>Puis écris : 7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Je compte</w:t>
            </w:r>
          </w:p>
          <w:p>
            <w:pPr>
              <w:spacing w:after="0"/>
            </w:pPr>
            <w:r>
              <w:rPr>
                <w:sz w:val="22"/>
              </w:rPr>
              <w:t>Compter de 0 à 10.</w:t>
              <w:br/>
              <w:t>Sans s’arrêter.</w:t>
            </w:r>
          </w:p>
        </w:tc>
      </w:tr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Suite</w:t>
            </w:r>
          </w:p>
          <w:p>
            <w:pPr>
              <w:spacing w:after="0"/>
            </w:pPr>
            <w:r>
              <w:rPr>
                <w:sz w:val="22"/>
              </w:rPr>
              <w:t>Complète : 4  5  __  7  __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Suite</w:t>
            </w:r>
          </w:p>
          <w:p>
            <w:pPr>
              <w:spacing w:after="0"/>
            </w:pPr>
            <w:r>
              <w:rPr>
                <w:sz w:val="22"/>
              </w:rPr>
              <w:t>Complète : 12  13  __  15  __</w:t>
            </w:r>
          </w:p>
        </w:tc>
      </w:tr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Comparer</w:t>
            </w:r>
          </w:p>
          <w:p>
            <w:pPr>
              <w:spacing w:after="0"/>
            </w:pPr>
            <w:r>
              <w:rPr>
                <w:sz w:val="22"/>
              </w:rPr>
              <w:t>Écris le signe :</w:t>
              <w:br/>
              <w:t>9 ☐ 6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Comparer</w:t>
            </w:r>
          </w:p>
          <w:p>
            <w:pPr>
              <w:spacing w:after="0"/>
            </w:pPr>
            <w:r>
              <w:rPr>
                <w:sz w:val="22"/>
              </w:rPr>
              <w:t>Écris le signe :</w:t>
              <w:br/>
              <w:t>14 ☐ 18</w:t>
            </w:r>
          </w:p>
        </w:tc>
      </w:tr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Comparer</w:t>
            </w:r>
          </w:p>
          <w:p>
            <w:pPr>
              <w:spacing w:after="0"/>
            </w:pPr>
            <w:r>
              <w:rPr>
                <w:sz w:val="22"/>
              </w:rPr>
              <w:t>Écris le signe :</w:t>
              <w:br/>
              <w:t>7 ☐ 7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Additions</w:t>
            </w:r>
          </w:p>
          <w:p>
            <w:pPr>
              <w:spacing w:after="0"/>
            </w:pPr>
            <w:r>
              <w:rPr>
                <w:sz w:val="22"/>
              </w:rPr>
              <w:t>Calcule : 3 + 6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627"/>
        <w:gridCol w:w="3627"/>
        <w:gridCol w:w="3627"/>
      </w:tblGrid>
      <w:tr>
        <w:tc>
          <w:tcPr>
            <w:tcW w:type="dxa" w:w="3627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627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Cartes Ateliers – Suite</w:t>
            </w:r>
            <w:r>
              <w:br/>
            </w:r>
            <w:r>
              <w:rPr>
                <w:color w:val="505050"/>
                <w:sz w:val="22"/>
              </w:rPr>
              <w:t>Les Coccinelles</w:t>
            </w:r>
          </w:p>
        </w:tc>
        <w:tc>
          <w:tcPr>
            <w:tcW w:type="dxa" w:w="3627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Additions</w:t>
            </w:r>
          </w:p>
          <w:p>
            <w:pPr>
              <w:spacing w:after="0"/>
            </w:pPr>
            <w:r>
              <w:rPr>
                <w:sz w:val="22"/>
              </w:rPr>
              <w:t>Calcule : 8 + 5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Additions</w:t>
            </w:r>
          </w:p>
          <w:p>
            <w:pPr>
              <w:spacing w:after="0"/>
            </w:pPr>
            <w:r>
              <w:rPr>
                <w:sz w:val="22"/>
              </w:rPr>
              <w:t>Trouve le complément :</w:t>
              <w:br/>
              <w:t>__ + 4 = 10</w:t>
            </w:r>
          </w:p>
        </w:tc>
      </w:tr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Soustractions</w:t>
            </w:r>
          </w:p>
          <w:p>
            <w:pPr>
              <w:spacing w:after="0"/>
            </w:pPr>
            <w:r>
              <w:rPr>
                <w:sz w:val="22"/>
              </w:rPr>
              <w:t>Calcule : 10 − 3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Soustractions</w:t>
            </w:r>
          </w:p>
          <w:p>
            <w:pPr>
              <w:spacing w:after="0"/>
            </w:pPr>
            <w:r>
              <w:rPr>
                <w:sz w:val="22"/>
              </w:rPr>
              <w:t>Calcule : 15 − 7</w:t>
            </w:r>
          </w:p>
        </w:tc>
      </w:tr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Soustractions</w:t>
            </w:r>
          </w:p>
          <w:p>
            <w:pPr>
              <w:spacing w:after="0"/>
            </w:pPr>
            <w:r>
              <w:rPr>
                <w:sz w:val="22"/>
              </w:rPr>
              <w:t>Complète :</w:t>
              <w:br/>
              <w:t>12 − __ = 9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Problème</w:t>
            </w:r>
          </w:p>
          <w:p>
            <w:pPr>
              <w:spacing w:after="0"/>
            </w:pPr>
            <w:r>
              <w:rPr>
                <w:sz w:val="22"/>
              </w:rPr>
              <w:t>Il y a 5 coccinelles.</w:t>
              <w:br/>
              <w:t>2 arrivent.</w:t>
              <w:br/>
              <w:t>Combien maintenant ?</w:t>
            </w:r>
          </w:p>
        </w:tc>
      </w:tr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Problème</w:t>
            </w:r>
          </w:p>
          <w:p>
            <w:pPr>
              <w:spacing w:after="0"/>
            </w:pPr>
            <w:r>
              <w:rPr>
                <w:sz w:val="22"/>
              </w:rPr>
              <w:t>Tu vois 9 coccinelles.</w:t>
              <w:br/>
              <w:t>4 partent.</w:t>
              <w:br/>
              <w:t>Combien restent ?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Décomposer</w:t>
            </w:r>
          </w:p>
          <w:p>
            <w:pPr>
              <w:spacing w:after="0"/>
            </w:pPr>
            <w:r>
              <w:rPr>
                <w:sz w:val="22"/>
              </w:rPr>
              <w:t>Écris 8 comme :</w:t>
              <w:br/>
              <w:t>5 + 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627"/>
        <w:gridCol w:w="3627"/>
        <w:gridCol w:w="3627"/>
      </w:tblGrid>
      <w:tr>
        <w:tc>
          <w:tcPr>
            <w:tcW w:type="dxa" w:w="3627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sz w:val="48"/>
              </w:rPr>
              <w:t>🐞</w:t>
            </w:r>
          </w:p>
        </w:tc>
        <w:tc>
          <w:tcPr>
            <w:tcW w:type="dxa" w:w="3627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center"/>
            </w:pPr>
            <w:r>
              <w:rPr>
                <w:b/>
                <w:color w:val="D32F2F"/>
                <w:sz w:val="36"/>
              </w:rPr>
              <w:t>Cartes Ateliers – Suite</w:t>
            </w:r>
            <w:r>
              <w:br/>
            </w:r>
            <w:r>
              <w:rPr>
                <w:color w:val="505050"/>
                <w:sz w:val="22"/>
              </w:rPr>
              <w:t>Les Coccinelles</w:t>
            </w:r>
          </w:p>
        </w:tc>
        <w:tc>
          <w:tcPr>
            <w:tcW w:type="dxa" w:w="3627"/>
            <w:shd w:val="clear" w:color="auto" w:fill="FDE0E0"/>
            <w:vAlign w:val="center"/>
            <w:tcBorders>
              <w:left w:sz="6" w:val="single" w:color="D32F2F"/>
              <w:top w:sz="6" w:val="single" w:color="D32F2F"/>
              <w:right w:sz="6" w:val="single" w:color="D32F2F"/>
              <w:bottom w:sz="6" w:val="single" w:color="D32F2F"/>
            </w:tcBorders>
          </w:tcPr>
          <w:p>
            <w:pPr>
              <w:jc w:val="left"/>
            </w:pPr>
            <w:r>
              <w:rPr>
                <w:color w:val="3C3C3C"/>
                <w:sz w:val="20"/>
              </w:rPr>
              <w:t>Nom : ____________________</w:t>
              <w:br/>
              <w:t>Date : ____ / ____ / 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Décomposer</w:t>
            </w:r>
          </w:p>
          <w:p>
            <w:pPr>
              <w:spacing w:after="0"/>
            </w:pPr>
            <w:r>
              <w:rPr>
                <w:sz w:val="22"/>
              </w:rPr>
              <w:t>Écris 11 comme :</w:t>
              <w:br/>
              <w:t>10 + __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Décomposer</w:t>
            </w:r>
          </w:p>
          <w:p>
            <w:pPr>
              <w:spacing w:after="0"/>
            </w:pPr>
            <w:r>
              <w:rPr>
                <w:sz w:val="22"/>
              </w:rPr>
              <w:t>Écris 14 comme :</w:t>
              <w:br/>
              <w:t>__ + 4</w:t>
            </w:r>
          </w:p>
        </w:tc>
      </w:tr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Ranger</w:t>
            </w:r>
          </w:p>
          <w:p>
            <w:pPr>
              <w:spacing w:after="0"/>
            </w:pPr>
            <w:r>
              <w:rPr>
                <w:sz w:val="22"/>
              </w:rPr>
              <w:t>Range : 6, 2, 9, 1, 4</w:t>
              <w:br/>
              <w:t>Du plus petit au plus grand.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Ranger</w:t>
            </w:r>
          </w:p>
          <w:p>
            <w:pPr>
              <w:spacing w:after="0"/>
            </w:pPr>
            <w:r>
              <w:rPr>
                <w:sz w:val="22"/>
              </w:rPr>
              <w:t>Range : 13, 18, 12, 15</w:t>
              <w:br/>
              <w:t>Du plus grand au plus petit.</w:t>
            </w:r>
          </w:p>
        </w:tc>
      </w:tr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Calcul mental</w:t>
            </w:r>
          </w:p>
          <w:p>
            <w:pPr>
              <w:spacing w:after="0"/>
            </w:pPr>
            <w:r>
              <w:rPr>
                <w:sz w:val="22"/>
              </w:rPr>
              <w:t>Donne 3 façons</w:t>
              <w:br/>
              <w:t>pour faire 10.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Calcul mental</w:t>
            </w:r>
          </w:p>
          <w:p>
            <w:pPr>
              <w:spacing w:after="0"/>
            </w:pPr>
            <w:r>
              <w:rPr>
                <w:sz w:val="22"/>
              </w:rPr>
              <w:t>Dis 5 nombres</w:t>
              <w:br/>
              <w:t>après 7.</w:t>
            </w:r>
          </w:p>
        </w:tc>
      </w:tr>
      <w:tr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Calcul mental</w:t>
            </w:r>
          </w:p>
          <w:p>
            <w:pPr>
              <w:spacing w:after="0"/>
            </w:pPr>
            <w:r>
              <w:rPr>
                <w:sz w:val="22"/>
              </w:rPr>
              <w:t>Dis 5 nombres</w:t>
              <w:br/>
              <w:t>avant 12.</w:t>
            </w:r>
          </w:p>
        </w:tc>
        <w:tc>
          <w:tcPr>
            <w:tcW w:type="dxa" w:w="5440"/>
            <w:vAlign w:val="top"/>
            <w:tcBorders>
              <w:left w:sz="12" w:val="single" w:color="212121"/>
              <w:top w:sz="12" w:val="single" w:color="212121"/>
              <w:right w:sz="12" w:val="single" w:color="212121"/>
              <w:bottom w:sz="12" w:val="single" w:color="212121"/>
            </w:tcBorders>
          </w:tcPr>
          <w:p/>
          <w:p>
            <w:pPr>
              <w:spacing w:after="40"/>
            </w:pPr>
            <w:r>
              <w:rPr>
                <w:b/>
                <w:color w:val="D32F2F"/>
                <w:sz w:val="24"/>
              </w:rPr>
              <w:t>🐞 Bonus 🐞</w:t>
            </w:r>
          </w:p>
          <w:p>
            <w:pPr>
              <w:spacing w:after="0"/>
            </w:pPr>
            <w:r>
              <w:rPr>
                <w:sz w:val="22"/>
              </w:rPr>
              <w:t>Invente un petit</w:t>
              <w:br/>
              <w:t>problème avec</w:t>
              <w:br/>
              <w:t>le nombre 6.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12121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Coccinelles">
    <w:name w:val="Titre Coccinelles"/>
    <w:basedOn w:val="Title"/>
    <w:rPr>
      <w:rFonts w:ascii="Calibri" w:hAnsi="Calibri"/>
      <w:b/>
      <w:color w:val="D32F2F"/>
      <w:sz w:val="52"/>
    </w:rPr>
  </w:style>
  <w:style w:type="paragraph" w:customStyle="1" w:styleId="Sous-titreCoccinelles">
    <w:name w:val="Sous-titre Coccinelles"/>
    <w:basedOn w:val="Subtitle"/>
    <w:rPr>
      <w:rFonts w:ascii="Calibri" w:hAnsi="Calibri"/>
      <w:color w:val="3C3C3C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