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vAlign w:val="center"/>
            <w:shd w:val="clear" w:color="auto" w:fill="DFF7EA"/>
            <w:tcBorders>
              <w:top w:val="single" w:sz="8" w:color="1F9D55"/>
              <w:left w:val="single" w:sz="8" w:color="1F9D55"/>
              <w:bottom w:val="single" w:sz="8" w:color="1F9D55"/>
              <w:right w:val="single" w:sz="8" w:color="1F9D55"/>
            </w:tcBorders>
          </w:tcPr>
          <w:p/>
          <w:p>
            <w:pPr>
              <w:spacing w:before="120" w:after="40" w:lineRule="auto" w:line="252"/>
              <w:jc w:val="left"/>
            </w:pPr>
            <w:r>
              <w:rPr>
                <w:b/>
                <w:color w:val="0E375F"/>
                <w:sz w:val="44"/>
              </w:rPr>
              <w:t>Fiche Dyslexie — Sons ON / OM</w:t>
            </w:r>
          </w:p>
          <w:p>
            <w:pPr>
              <w:spacing w:before="0" w:after="120" w:lineRule="auto" w:line="252"/>
              <w:jc w:val="left"/>
            </w:pPr>
            <w:r>
              <w:rPr>
                <w:color w:val="0E375F"/>
                <w:sz w:val="24"/>
              </w:rPr>
              <w:t>Paires minimales • Orthographe guidée • Petit texte à compléter</w:t>
            </w:r>
          </w:p>
        </w:tc>
      </w:tr>
    </w:tbl>
    <w:p/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515"/>
        <w:gridCol w:w="3515"/>
        <w:gridCol w:w="2268"/>
      </w:tblGrid>
      <w:tr>
        <w:tc>
          <w:tcPr>
            <w:tcW w:type="dxa" w:w="3437"/>
            <w:shd w:val="clear" w:color="auto" w:fill="F7F9FC"/>
            <w:tcBorders>
              <w:top w:val="single" w:sz="6" w:color="C8D2E0"/>
              <w:left w:val="single" w:sz="6" w:color="C8D2E0"/>
              <w:bottom w:val="single" w:sz="6" w:color="C8D2E0"/>
              <w:right w:val="single" w:sz="6" w:color="C8D2E0"/>
            </w:tcBorders>
          </w:tcPr>
          <w:p/>
          <w:p>
            <w:pPr>
              <w:spacing w:after="0" w:before="0"/>
            </w:pPr>
            <w:r>
              <w:rPr>
                <w:b/>
                <w:color w:val="3C3C3C"/>
                <w:sz w:val="22"/>
              </w:rPr>
              <w:t xml:space="preserve">Nom et prénom : </w:t>
            </w:r>
            <w:r>
              <w:rPr>
                <w:color w:val="3C3C3C"/>
                <w:sz w:val="22"/>
              </w:rPr>
            </w:r>
          </w:p>
        </w:tc>
        <w:tc>
          <w:tcPr>
            <w:tcW w:type="dxa" w:w="3437"/>
            <w:shd w:val="clear" w:color="auto" w:fill="F7F9FC"/>
            <w:tcBorders>
              <w:top w:val="single" w:sz="6" w:color="C8D2E0"/>
              <w:left w:val="single" w:sz="6" w:color="C8D2E0"/>
              <w:bottom w:val="single" w:sz="6" w:color="C8D2E0"/>
              <w:right w:val="single" w:sz="6" w:color="C8D2E0"/>
            </w:tcBorders>
          </w:tcPr>
          <w:p/>
          <w:p>
            <w:pPr>
              <w:spacing w:after="0" w:before="0"/>
            </w:pPr>
            <w:r>
              <w:rPr>
                <w:b/>
                <w:color w:val="3C3C3C"/>
                <w:sz w:val="22"/>
              </w:rPr>
              <w:t xml:space="preserve">Date : </w:t>
            </w:r>
            <w:r>
              <w:rPr>
                <w:color w:val="3C3C3C"/>
                <w:sz w:val="22"/>
              </w:rPr>
            </w:r>
          </w:p>
        </w:tc>
        <w:tc>
          <w:tcPr>
            <w:tcW w:type="dxa" w:w="3437"/>
            <w:shd w:val="clear" w:color="auto" w:fill="F7F9FC"/>
            <w:tcBorders>
              <w:top w:val="single" w:sz="6" w:color="C8D2E0"/>
              <w:left w:val="single" w:sz="6" w:color="C8D2E0"/>
              <w:bottom w:val="single" w:sz="6" w:color="C8D2E0"/>
              <w:right w:val="single" w:sz="6" w:color="C8D2E0"/>
            </w:tcBorders>
          </w:tcPr>
          <w:p/>
          <w:p>
            <w:pPr>
              <w:spacing w:after="0" w:before="0"/>
            </w:pPr>
            <w:r>
              <w:rPr>
                <w:b/>
                <w:color w:val="3C3C3C"/>
                <w:sz w:val="22"/>
              </w:rPr>
              <w:t xml:space="preserve">Niveau : </w:t>
            </w:r>
            <w:r>
              <w:rPr>
                <w:color w:val="3C3C3C"/>
                <w:sz w:val="22"/>
              </w:rPr>
              <w:t>CE1–CM2 (adaptable)</w:t>
            </w:r>
          </w:p>
        </w:tc>
      </w:tr>
    </w:tbl>
    <w:p/>
    <w:p>
      <w:pPr>
        <w:spacing w:before="0" w:after="120" w:lineRule="auto" w:line="276"/>
      </w:pPr>
      <w:r>
        <w:rPr>
          <w:b/>
        </w:rPr>
        <w:t xml:space="preserve">Objectif : </w:t>
      </w:r>
      <w:r>
        <w:t>choisir correctement ON ou OM, puis relire avec une méthode simple.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val="clear" w:color="auto" w:fill="FFF1D6"/>
            <w:tcBorders>
              <w:top w:val="single" w:sz="8" w:color="D08700"/>
              <w:left w:val="single" w:sz="8" w:color="D08700"/>
              <w:bottom w:val="single" w:sz="8" w:color="D08700"/>
              <w:right w:val="single" w:sz="8" w:color="D08700"/>
            </w:tcBorders>
          </w:tcPr>
          <w:p/>
          <w:p>
            <w:pPr>
              <w:spacing w:after="80"/>
            </w:pPr>
            <w:r>
              <w:rPr>
                <w:b/>
                <w:color w:val="5F3C0A"/>
                <w:sz w:val="24"/>
              </w:rPr>
              <w:t>🟡 La règle repère (très utile)</w:t>
            </w:r>
          </w:p>
          <w:p>
            <w:pPr>
              <w:spacing w:after="40"/>
              <w:ind w:left="170"/>
            </w:pPr>
            <w:r>
              <w:t>• Devant M, B, P : on écrit souvent OM (tomber, bombe, compter).</w:t>
            </w:r>
          </w:p>
          <w:p>
            <w:pPr>
              <w:spacing w:after="40"/>
              <w:ind w:left="170"/>
            </w:pPr>
            <w:r>
              <w:t>• Dans les autres cas : on écrit plutôt ON (lundi, bonbon, montagne).</w:t>
            </w:r>
          </w:p>
          <w:p>
            <w:pPr>
              <w:spacing w:after="40"/>
              <w:ind w:left="170"/>
            </w:pPr>
            <w:r>
              <w:t>• Je lis le mot à voix haute, puis je regarde la lettre qui suit le son.</w:t>
            </w:r>
          </w:p>
        </w:tc>
      </w:tr>
    </w:tbl>
    <w:p/>
    <w:p>
      <w:pPr>
        <w:pStyle w:val="Heading2"/>
      </w:pPr>
      <w:r>
        <w:t>1) Coche la bonne écriture.</w:t>
      </w:r>
    </w:p>
    <w:p>
      <w:pPr>
        <w:spacing w:before="0" w:after="120" w:lineRule="auto" w:line="276"/>
      </w:pPr>
      <w:r>
        <w:t>🔎 Astuce : repère la lettre juste après le son.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78"/>
        <w:gridCol w:w="2578"/>
        <w:gridCol w:w="2578"/>
        <w:gridCol w:w="2578"/>
      </w:tblGrid>
      <w:tr>
        <w:tc>
          <w:tcPr>
            <w:tcW w:type="dxa" w:w="2578"/>
            <w:shd w:val="clear" w:color="auto" w:fill="EAF2FF"/>
          </w:tcPr>
          <w:p>
            <w:r>
              <w:rPr>
                <w:b/>
                <w:sz w:val="22"/>
              </w:rPr>
              <w:t>Mot</w:t>
            </w:r>
          </w:p>
        </w:tc>
        <w:tc>
          <w:tcPr>
            <w:tcW w:type="dxa" w:w="2578"/>
            <w:shd w:val="clear" w:color="auto" w:fill="EAF2FF"/>
          </w:tcPr>
          <w:p>
            <w:r>
              <w:rPr>
                <w:b/>
                <w:sz w:val="22"/>
              </w:rPr>
              <w:t>☐ ON</w:t>
            </w:r>
          </w:p>
        </w:tc>
        <w:tc>
          <w:tcPr>
            <w:tcW w:type="dxa" w:w="2578"/>
            <w:shd w:val="clear" w:color="auto" w:fill="EAF2FF"/>
          </w:tcPr>
          <w:p>
            <w:r>
              <w:rPr>
                <w:b/>
                <w:sz w:val="22"/>
              </w:rPr>
              <w:t>☐ OM</w:t>
            </w:r>
          </w:p>
        </w:tc>
        <w:tc>
          <w:tcPr>
            <w:tcW w:type="dxa" w:w="2578"/>
            <w:shd w:val="clear" w:color="auto" w:fill="EAF2FF"/>
          </w:tcPr>
          <w:p>
            <w:r>
              <w:rPr>
                <w:b/>
                <w:sz w:val="22"/>
              </w:rPr>
              <w:t>Mot complété</w:t>
            </w:r>
          </w:p>
        </w:tc>
      </w:tr>
      <w:tr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7FBFF"/>
            <w:vAlign w:val="center"/>
          </w:tcPr>
          <w:p>
            <w:pPr>
              <w:spacing w:after="40"/>
            </w:pPr>
            <w:r>
              <w:rPr>
                <w:sz w:val="24"/>
              </w:rPr>
              <w:t>t__ber</w:t>
            </w:r>
          </w:p>
        </w:tc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  <w:vAlign w:val="center"/>
          </w:tcPr>
          <w:p>
            <w:pPr>
              <w:spacing w:after="40"/>
            </w:pPr>
            <w:r>
              <w:rPr>
                <w:sz w:val="24"/>
              </w:rPr>
              <w:t>☐</w:t>
            </w:r>
          </w:p>
        </w:tc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  <w:vAlign w:val="center"/>
          </w:tcPr>
          <w:p>
            <w:pPr>
              <w:spacing w:after="40"/>
            </w:pPr>
            <w:r>
              <w:rPr>
                <w:sz w:val="24"/>
              </w:rPr>
              <w:t>☐</w:t>
            </w:r>
          </w:p>
        </w:tc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  <w:vAlign w:val="center"/>
          </w:tcPr>
          <w:p>
            <w:pPr>
              <w:spacing w:after="40"/>
            </w:pPr>
            <w:r>
              <w:rPr>
                <w:sz w:val="24"/>
              </w:rPr>
              <w:t>______________</w:t>
            </w:r>
          </w:p>
        </w:tc>
      </w:tr>
      <w:tr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7FBFF"/>
            <w:vAlign w:val="center"/>
          </w:tcPr>
          <w:p>
            <w:pPr>
              <w:spacing w:after="40"/>
            </w:pPr>
            <w:r>
              <w:rPr>
                <w:sz w:val="24"/>
              </w:rPr>
              <w:t>c__pter</w:t>
            </w:r>
          </w:p>
        </w:tc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  <w:vAlign w:val="center"/>
          </w:tcPr>
          <w:p>
            <w:pPr>
              <w:spacing w:after="40"/>
            </w:pPr>
            <w:r>
              <w:rPr>
                <w:sz w:val="24"/>
              </w:rPr>
              <w:t>☐</w:t>
            </w:r>
          </w:p>
        </w:tc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  <w:vAlign w:val="center"/>
          </w:tcPr>
          <w:p>
            <w:pPr>
              <w:spacing w:after="40"/>
            </w:pPr>
            <w:r>
              <w:rPr>
                <w:sz w:val="24"/>
              </w:rPr>
              <w:t>☐</w:t>
            </w:r>
          </w:p>
        </w:tc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  <w:vAlign w:val="center"/>
          </w:tcPr>
          <w:p>
            <w:pPr>
              <w:spacing w:after="40"/>
            </w:pPr>
            <w:r>
              <w:rPr>
                <w:sz w:val="24"/>
              </w:rPr>
              <w:t>______________</w:t>
            </w:r>
          </w:p>
        </w:tc>
      </w:tr>
      <w:tr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7FBFF"/>
            <w:vAlign w:val="center"/>
          </w:tcPr>
          <w:p>
            <w:pPr>
              <w:spacing w:after="40"/>
            </w:pPr>
            <w:r>
              <w:rPr>
                <w:sz w:val="24"/>
              </w:rPr>
              <w:t>b__bon</w:t>
            </w:r>
          </w:p>
        </w:tc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  <w:vAlign w:val="center"/>
          </w:tcPr>
          <w:p>
            <w:pPr>
              <w:spacing w:after="40"/>
            </w:pPr>
            <w:r>
              <w:rPr>
                <w:sz w:val="24"/>
              </w:rPr>
              <w:t>☐</w:t>
            </w:r>
          </w:p>
        </w:tc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  <w:vAlign w:val="center"/>
          </w:tcPr>
          <w:p>
            <w:pPr>
              <w:spacing w:after="40"/>
            </w:pPr>
            <w:r>
              <w:rPr>
                <w:sz w:val="24"/>
              </w:rPr>
              <w:t>☐</w:t>
            </w:r>
          </w:p>
        </w:tc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  <w:vAlign w:val="center"/>
          </w:tcPr>
          <w:p>
            <w:pPr>
              <w:spacing w:after="40"/>
            </w:pPr>
            <w:r>
              <w:rPr>
                <w:sz w:val="24"/>
              </w:rPr>
              <w:t>______________</w:t>
            </w:r>
          </w:p>
        </w:tc>
      </w:tr>
      <w:tr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7FBFF"/>
            <w:vAlign w:val="center"/>
          </w:tcPr>
          <w:p>
            <w:pPr>
              <w:spacing w:after="40"/>
            </w:pPr>
            <w:r>
              <w:rPr>
                <w:sz w:val="24"/>
              </w:rPr>
              <w:t>l__di</w:t>
            </w:r>
          </w:p>
        </w:tc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  <w:vAlign w:val="center"/>
          </w:tcPr>
          <w:p>
            <w:pPr>
              <w:spacing w:after="40"/>
            </w:pPr>
            <w:r>
              <w:rPr>
                <w:sz w:val="24"/>
              </w:rPr>
              <w:t>☐</w:t>
            </w:r>
          </w:p>
        </w:tc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  <w:vAlign w:val="center"/>
          </w:tcPr>
          <w:p>
            <w:pPr>
              <w:spacing w:after="40"/>
            </w:pPr>
            <w:r>
              <w:rPr>
                <w:sz w:val="24"/>
              </w:rPr>
              <w:t>☐</w:t>
            </w:r>
          </w:p>
        </w:tc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  <w:vAlign w:val="center"/>
          </w:tcPr>
          <w:p>
            <w:pPr>
              <w:spacing w:after="40"/>
            </w:pPr>
            <w:r>
              <w:rPr>
                <w:sz w:val="24"/>
              </w:rPr>
              <w:t>______________</w:t>
            </w:r>
          </w:p>
        </w:tc>
      </w:tr>
      <w:tr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7FBFF"/>
            <w:vAlign w:val="center"/>
          </w:tcPr>
          <w:p>
            <w:pPr>
              <w:spacing w:after="40"/>
            </w:pPr>
            <w:r>
              <w:rPr>
                <w:sz w:val="24"/>
              </w:rPr>
              <w:t>tromb__</w:t>
            </w:r>
          </w:p>
        </w:tc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  <w:vAlign w:val="center"/>
          </w:tcPr>
          <w:p>
            <w:pPr>
              <w:spacing w:after="40"/>
            </w:pPr>
            <w:r>
              <w:rPr>
                <w:sz w:val="24"/>
              </w:rPr>
              <w:t>☐</w:t>
            </w:r>
          </w:p>
        </w:tc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  <w:vAlign w:val="center"/>
          </w:tcPr>
          <w:p>
            <w:pPr>
              <w:spacing w:after="40"/>
            </w:pPr>
            <w:r>
              <w:rPr>
                <w:sz w:val="24"/>
              </w:rPr>
              <w:t>☐</w:t>
            </w:r>
          </w:p>
        </w:tc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  <w:vAlign w:val="center"/>
          </w:tcPr>
          <w:p>
            <w:pPr>
              <w:spacing w:after="40"/>
            </w:pPr>
            <w:r>
              <w:rPr>
                <w:sz w:val="24"/>
              </w:rPr>
              <w:t>______________</w:t>
            </w:r>
          </w:p>
        </w:tc>
      </w:tr>
      <w:tr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7FBFF"/>
            <w:vAlign w:val="center"/>
          </w:tcPr>
          <w:p>
            <w:pPr>
              <w:spacing w:after="40"/>
            </w:pPr>
            <w:r>
              <w:rPr>
                <w:sz w:val="24"/>
              </w:rPr>
              <w:t>pomp__</w:t>
            </w:r>
          </w:p>
        </w:tc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  <w:vAlign w:val="center"/>
          </w:tcPr>
          <w:p>
            <w:pPr>
              <w:spacing w:after="40"/>
            </w:pPr>
            <w:r>
              <w:rPr>
                <w:sz w:val="24"/>
              </w:rPr>
              <w:t>☐</w:t>
            </w:r>
          </w:p>
        </w:tc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  <w:vAlign w:val="center"/>
          </w:tcPr>
          <w:p>
            <w:pPr>
              <w:spacing w:after="40"/>
            </w:pPr>
            <w:r>
              <w:rPr>
                <w:sz w:val="24"/>
              </w:rPr>
              <w:t>☐</w:t>
            </w:r>
          </w:p>
        </w:tc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  <w:vAlign w:val="center"/>
          </w:tcPr>
          <w:p>
            <w:pPr>
              <w:spacing w:after="40"/>
            </w:pPr>
            <w:r>
              <w:rPr>
                <w:sz w:val="24"/>
              </w:rPr>
              <w:t>______________</w:t>
            </w:r>
          </w:p>
        </w:tc>
      </w:tr>
      <w:tr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7FBFF"/>
            <w:vAlign w:val="center"/>
          </w:tcPr>
          <w:p>
            <w:pPr>
              <w:spacing w:after="40"/>
            </w:pPr>
            <w:r>
              <w:rPr>
                <w:sz w:val="24"/>
              </w:rPr>
              <w:t>m__tagne</w:t>
            </w:r>
          </w:p>
        </w:tc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  <w:vAlign w:val="center"/>
          </w:tcPr>
          <w:p>
            <w:pPr>
              <w:spacing w:after="40"/>
            </w:pPr>
            <w:r>
              <w:rPr>
                <w:sz w:val="24"/>
              </w:rPr>
              <w:t>☐</w:t>
            </w:r>
          </w:p>
        </w:tc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  <w:vAlign w:val="center"/>
          </w:tcPr>
          <w:p>
            <w:pPr>
              <w:spacing w:after="40"/>
            </w:pPr>
            <w:r>
              <w:rPr>
                <w:sz w:val="24"/>
              </w:rPr>
              <w:t>☐</w:t>
            </w:r>
          </w:p>
        </w:tc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  <w:vAlign w:val="center"/>
          </w:tcPr>
          <w:p>
            <w:pPr>
              <w:spacing w:after="40"/>
            </w:pPr>
            <w:r>
              <w:rPr>
                <w:sz w:val="24"/>
              </w:rPr>
              <w:t>______________</w:t>
            </w:r>
          </w:p>
        </w:tc>
      </w:tr>
      <w:tr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7FBFF"/>
            <w:vAlign w:val="center"/>
          </w:tcPr>
          <w:p>
            <w:pPr>
              <w:spacing w:after="40"/>
            </w:pPr>
            <w:r>
              <w:rPr>
                <w:sz w:val="24"/>
              </w:rPr>
              <w:t>c__bat</w:t>
            </w:r>
          </w:p>
        </w:tc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  <w:vAlign w:val="center"/>
          </w:tcPr>
          <w:p>
            <w:pPr>
              <w:spacing w:after="40"/>
            </w:pPr>
            <w:r>
              <w:rPr>
                <w:sz w:val="24"/>
              </w:rPr>
              <w:t>☐</w:t>
            </w:r>
          </w:p>
        </w:tc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  <w:vAlign w:val="center"/>
          </w:tcPr>
          <w:p>
            <w:pPr>
              <w:spacing w:after="40"/>
            </w:pPr>
            <w:r>
              <w:rPr>
                <w:sz w:val="24"/>
              </w:rPr>
              <w:t>☐</w:t>
            </w:r>
          </w:p>
        </w:tc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  <w:vAlign w:val="center"/>
          </w:tcPr>
          <w:p>
            <w:pPr>
              <w:spacing w:after="40"/>
            </w:pPr>
            <w:r>
              <w:rPr>
                <w:sz w:val="24"/>
              </w:rPr>
              <w:t>______________</w:t>
            </w:r>
          </w:p>
        </w:tc>
      </w:tr>
      <w:tr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7FBFF"/>
            <w:vAlign w:val="center"/>
          </w:tcPr>
          <w:p>
            <w:pPr>
              <w:spacing w:after="40"/>
            </w:pPr>
            <w:r>
              <w:rPr>
                <w:sz w:val="24"/>
              </w:rPr>
              <w:t>r__d</w:t>
            </w:r>
          </w:p>
        </w:tc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  <w:vAlign w:val="center"/>
          </w:tcPr>
          <w:p>
            <w:pPr>
              <w:spacing w:after="40"/>
            </w:pPr>
            <w:r>
              <w:rPr>
                <w:sz w:val="24"/>
              </w:rPr>
              <w:t>☐</w:t>
            </w:r>
          </w:p>
        </w:tc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  <w:vAlign w:val="center"/>
          </w:tcPr>
          <w:p>
            <w:pPr>
              <w:spacing w:after="40"/>
            </w:pPr>
            <w:r>
              <w:rPr>
                <w:sz w:val="24"/>
              </w:rPr>
              <w:t>☐</w:t>
            </w:r>
          </w:p>
        </w:tc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  <w:vAlign w:val="center"/>
          </w:tcPr>
          <w:p>
            <w:pPr>
              <w:spacing w:after="40"/>
            </w:pPr>
            <w:r>
              <w:rPr>
                <w:sz w:val="24"/>
              </w:rPr>
              <w:t>______________</w:t>
            </w:r>
          </w:p>
        </w:tc>
      </w:tr>
      <w:tr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7FBFF"/>
            <w:vAlign w:val="center"/>
          </w:tcPr>
          <w:p>
            <w:pPr>
              <w:spacing w:after="40"/>
            </w:pPr>
            <w:r>
              <w:rPr>
                <w:sz w:val="24"/>
              </w:rPr>
              <w:t>n__bre</w:t>
            </w:r>
          </w:p>
        </w:tc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  <w:vAlign w:val="center"/>
          </w:tcPr>
          <w:p>
            <w:pPr>
              <w:spacing w:after="40"/>
            </w:pPr>
            <w:r>
              <w:rPr>
                <w:sz w:val="24"/>
              </w:rPr>
              <w:t>☐</w:t>
            </w:r>
          </w:p>
        </w:tc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  <w:vAlign w:val="center"/>
          </w:tcPr>
          <w:p>
            <w:pPr>
              <w:spacing w:after="40"/>
            </w:pPr>
            <w:r>
              <w:rPr>
                <w:sz w:val="24"/>
              </w:rPr>
              <w:t>☐</w:t>
            </w:r>
          </w:p>
        </w:tc>
        <w:tc>
          <w:tcPr>
            <w:tcW w:type="dxa" w:w="2578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  <w:vAlign w:val="center"/>
          </w:tcPr>
          <w:p>
            <w:pPr>
              <w:spacing w:after="40"/>
            </w:pPr>
            <w:r>
              <w:rPr>
                <w:sz w:val="24"/>
              </w:rPr>
              <w:t>______________</w:t>
            </w:r>
          </w:p>
        </w:tc>
      </w:tr>
    </w:tbl>
    <w:p/>
    <w:p>
      <w:pPr>
        <w:pStyle w:val="Heading2"/>
      </w:pPr>
      <w:r>
        <w:t>2) Trie les mots dans la bonne colonne.</w:t>
      </w:r>
    </w:p>
    <w:p>
      <w:r>
        <w:t>✍️ Écris chaque mot au bon endroit.</w:t>
      </w:r>
    </w:p>
    <w:p>
      <w:pPr>
        <w:spacing w:before="0" w:after="160" w:lineRule="auto" w:line="276"/>
      </w:pPr>
      <w:r>
        <w:t>Mots : compter • bonbon • tomber • lundi • bombe • montagne • pompe • rond • ombre • dragon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5156"/>
            <w:shd w:val="clear" w:color="auto" w:fill="E6FFF2"/>
          </w:tcPr>
          <w:p>
            <w:pPr>
              <w:jc w:val="center"/>
            </w:pPr>
            <w:r>
              <w:rPr>
                <w:b/>
                <w:sz w:val="24"/>
              </w:rPr>
              <w:t>ON</w:t>
            </w:r>
          </w:p>
        </w:tc>
        <w:tc>
          <w:tcPr>
            <w:tcW w:type="dxa" w:w="5156"/>
            <w:shd w:val="clear" w:color="auto" w:fill="FFF5E6"/>
          </w:tcPr>
          <w:p>
            <w:pPr>
              <w:jc w:val="center"/>
            </w:pPr>
            <w:r>
              <w:rPr>
                <w:b/>
                <w:sz w:val="24"/>
              </w:rPr>
              <w:t>OM</w:t>
            </w:r>
          </w:p>
        </w:tc>
      </w:tr>
      <w:tr>
        <w:tc>
          <w:tcPr>
            <w:tcW w:type="dxa" w:w="5156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</w:tcPr>
          <w:p>
            <w:r>
              <w:t>• ____________________________</w:t>
            </w:r>
          </w:p>
        </w:tc>
        <w:tc>
          <w:tcPr>
            <w:tcW w:type="dxa" w:w="5156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</w:tcPr>
          <w:p>
            <w:r>
              <w:t>• ____________________________</w:t>
            </w:r>
          </w:p>
        </w:tc>
      </w:tr>
      <w:tr>
        <w:tc>
          <w:tcPr>
            <w:tcW w:type="dxa" w:w="5156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</w:tcPr>
          <w:p>
            <w:r>
              <w:t>• ____________________________</w:t>
            </w:r>
          </w:p>
        </w:tc>
        <w:tc>
          <w:tcPr>
            <w:tcW w:type="dxa" w:w="5156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</w:tcPr>
          <w:p>
            <w:r>
              <w:t>• ____________________________</w:t>
            </w:r>
          </w:p>
        </w:tc>
      </w:tr>
      <w:tr>
        <w:tc>
          <w:tcPr>
            <w:tcW w:type="dxa" w:w="5156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</w:tcPr>
          <w:p>
            <w:r>
              <w:t>• ____________________________</w:t>
            </w:r>
          </w:p>
        </w:tc>
        <w:tc>
          <w:tcPr>
            <w:tcW w:type="dxa" w:w="5156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</w:tcPr>
          <w:p>
            <w:r>
              <w:t>• ____________________________</w:t>
            </w:r>
          </w:p>
        </w:tc>
      </w:tr>
      <w:tr>
        <w:tc>
          <w:tcPr>
            <w:tcW w:type="dxa" w:w="5156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</w:tcPr>
          <w:p>
            <w:r>
              <w:t>• ____________________________</w:t>
            </w:r>
          </w:p>
        </w:tc>
        <w:tc>
          <w:tcPr>
            <w:tcW w:type="dxa" w:w="5156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</w:tcPr>
          <w:p>
            <w:r>
              <w:t>• ____________________________</w:t>
            </w:r>
          </w:p>
        </w:tc>
      </w:tr>
      <w:tr>
        <w:tc>
          <w:tcPr>
            <w:tcW w:type="dxa" w:w="5156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</w:tcPr>
          <w:p>
            <w:r>
              <w:t>• ____________________________</w:t>
            </w:r>
          </w:p>
        </w:tc>
        <w:tc>
          <w:tcPr>
            <w:tcW w:type="dxa" w:w="5156"/>
            <w:tcBorders>
              <w:top w:val="single" w:sz="4" w:color="C8D2E0"/>
              <w:left w:val="single" w:sz="4" w:color="C8D2E0"/>
              <w:bottom w:val="single" w:sz="4" w:color="C8D2E0"/>
              <w:right w:val="single" w:sz="4" w:color="C8D2E0"/>
            </w:tcBorders>
            <w:shd w:val="clear" w:color="auto" w:fill="FFFFFF"/>
          </w:tcPr>
          <w:p>
            <w:r>
              <w:t>• ____________________________</w:t>
            </w:r>
          </w:p>
        </w:tc>
      </w:tr>
    </w:tbl>
    <w:p/>
    <w:p>
      <w:pPr>
        <w:pStyle w:val="Heading2"/>
      </w:pPr>
      <w:r>
        <w:t>3) Petit texte à compléter (ON / OM).</w:t>
      </w:r>
    </w:p>
    <w:p>
      <w:r>
        <w:t>📌 Complète chaque trou, puis lis le texte deux fois.</w:t>
      </w:r>
    </w:p>
    <w:p>
      <w:pPr>
        <w:spacing w:before="0" w:after="40" w:lineRule="auto" w:line="300"/>
      </w:pPr>
      <w:r>
        <w:t>• Ce matin, je c__pte mes crayons dans ma trousse.</w:t>
      </w:r>
    </w:p>
    <w:p>
      <w:pPr>
        <w:spacing w:before="0" w:after="40" w:lineRule="auto" w:line="300"/>
      </w:pPr>
      <w:r>
        <w:t>• Je regarde l’__bre au fond du jard__.</w:t>
      </w:r>
    </w:p>
    <w:p>
      <w:pPr>
        <w:spacing w:before="0" w:after="40" w:lineRule="auto" w:line="300"/>
      </w:pPr>
      <w:r>
        <w:t>• Une b__be est tombée : je la ramasse et je la lave.</w:t>
      </w:r>
    </w:p>
    <w:p>
      <w:pPr>
        <w:spacing w:before="0" w:after="40" w:lineRule="auto" w:line="300"/>
      </w:pPr>
      <w:r>
        <w:t>• Ensuite, je m__te dans le sal__ avec mon frère.</w:t>
      </w:r>
    </w:p>
    <w:p>
      <w:pPr>
        <w:spacing w:before="0" w:after="40" w:lineRule="auto" w:line="300"/>
      </w:pPr>
      <w:r>
        <w:t>• Je lis calmement : je p__ce les mots du doigt.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val="clear" w:color="auto" w:fill="E8F0FE"/>
            <w:tcBorders>
              <w:top w:val="single" w:sz="8" w:color="2B6CB0"/>
              <w:left w:val="single" w:sz="8" w:color="2B6CB0"/>
              <w:bottom w:val="single" w:sz="8" w:color="2B6CB0"/>
              <w:right w:val="single" w:sz="8" w:color="2B6CB0"/>
            </w:tcBorders>
          </w:tcPr>
          <w:p/>
          <w:p>
            <w:pPr>
              <w:spacing w:after="80"/>
            </w:pPr>
            <w:r>
              <w:rPr>
                <w:b/>
                <w:color w:val="5F3C0A"/>
                <w:sz w:val="24"/>
              </w:rPr>
              <w:t>🟡 Méthode de lecture douce (30 secondes)</w:t>
            </w:r>
          </w:p>
          <w:p>
            <w:pPr>
              <w:spacing w:after="40"/>
              <w:ind w:left="170"/>
            </w:pPr>
            <w:r>
              <w:t>• Je pointe chaque mot avec mon doigt.</w:t>
            </w:r>
          </w:p>
          <w:p>
            <w:pPr>
              <w:spacing w:after="40"/>
              <w:ind w:left="170"/>
            </w:pPr>
            <w:r>
              <w:t>• Je lis une phrase, je respire, puis je relis plus lentement.</w:t>
            </w:r>
          </w:p>
          <w:p>
            <w:pPr>
              <w:spacing w:after="40"/>
              <w:ind w:left="170"/>
            </w:pPr>
            <w:r>
              <w:t>• Je vérifie seulement les mots avec ON / OM.</w:t>
            </w:r>
          </w:p>
        </w:tc>
      </w:tr>
    </w:tbl>
    <w:p/>
    <w:p>
      <w:pPr>
        <w:pStyle w:val="Heading3"/>
      </w:pPr>
      <w:r>
        <w:t>Auto-évaluation</w:t>
      </w:r>
    </w:p>
    <w:p>
      <w:pPr>
        <w:spacing w:before="0" w:after="0" w:lineRule="auto" w:line="276"/>
      </w:pPr>
      <w:r>
        <w:t>☐ J’ai repéré la lettre après le son.    ☐ J’ai relu calmement.    ☐ Je peux expliquer la règle.</w:t>
      </w:r>
    </w:p>
    <w:sectPr w:rsidR="00FC693F" w:rsidRPr="0006063C" w:rsidSect="00034616">
      <w:footerReference w:type="default" r:id="rId9"/>
      <w:pgSz w:w="12240" w:h="15840"/>
      <w:pgMar w:top="850" w:right="964" w:bottom="850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E6E6E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20" w:line="276" w:lineRule="auto"/>
    </w:pPr>
    <w:rPr>
      <w:rFonts w:ascii="Calibri" w:hAnsi="Calibri"/>
      <w:color w:val="212121"/>
      <w:sz w:val="26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200" w:after="120" w:line="264" w:lineRule="auto"/>
      <w:outlineLvl w:val="0"/>
    </w:pPr>
    <w:rPr>
      <w:rFonts w:asciiTheme="majorHAnsi" w:eastAsiaTheme="majorEastAsia" w:hAnsiTheme="majorHAnsi" w:cstheme="majorBidi" w:ascii="Calibri" w:hAnsi="Calibri"/>
      <w:b/>
      <w:bCs/>
      <w:color w:val="144059"/>
      <w:sz w:val="44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160" w:after="120" w:line="264" w:lineRule="auto"/>
      <w:outlineLvl w:val="1"/>
    </w:pPr>
    <w:rPr>
      <w:rFonts w:asciiTheme="majorHAnsi" w:eastAsiaTheme="majorEastAsia" w:hAnsiTheme="majorHAnsi" w:cstheme="majorBidi" w:ascii="Calibri" w:hAnsi="Calibri"/>
      <w:b/>
      <w:bCs/>
      <w:color w:val="144059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160" w:after="120" w:line="264" w:lineRule="auto"/>
      <w:outlineLvl w:val="2"/>
    </w:pPr>
    <w:rPr>
      <w:rFonts w:asciiTheme="majorHAnsi" w:eastAsiaTheme="majorEastAsia" w:hAnsiTheme="majorHAnsi" w:cstheme="majorBidi" w:ascii="Calibri" w:hAnsi="Calibri"/>
      <w:b/>
      <w:bCs/>
      <w:color w:val="144059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