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1F6FEB"/>
            <w:tcMar>
              <w:top w:w="160" w:type="dxa"/>
              <w:start w:w="220" w:type="dxa"/>
              <w:bottom w:w="160" w:type="dxa"/>
              <w:end w:w="22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Atelier Dyslexie – b / d / p / q</w:t>
            </w:r>
          </w:p>
          <w:p>
            <w:pPr>
              <w:jc w:val="center"/>
            </w:pPr>
            <w:r>
              <w:rPr>
                <w:color w:val="F0F6FC"/>
                <w:sz w:val="24"/>
              </w:rPr>
              <w:t>Discrimination visuelle • Lecture guidée • Dictée à choix multiple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3437"/>
            <w:shd w:val="clear" w:color="auto" w:fill="F2F4F8"/>
            <w:tcMar>
              <w:top w:w="120" w:type="dxa"/>
              <w:start w:w="180" w:type="dxa"/>
              <w:bottom w:w="120" w:type="dxa"/>
              <w:end w:w="180" w:type="dxa"/>
            </w:tcMar>
          </w:tcPr>
          <w:p>
            <w:r>
              <w:rPr>
                <w:b/>
                <w:color w:val="333333"/>
                <w:sz w:val="24"/>
              </w:rPr>
              <w:t xml:space="preserve">Nom / Prénom : </w:t>
            </w:r>
            <w:r>
              <w:rPr>
                <w:color w:val="787878"/>
                <w:sz w:val="24"/>
              </w:rPr>
              <w:t>________________________</w:t>
            </w:r>
          </w:p>
        </w:tc>
        <w:tc>
          <w:tcPr>
            <w:tcW w:type="dxa" w:w="3437"/>
            <w:shd w:val="clear" w:color="auto" w:fill="F2F4F8"/>
            <w:tcMar>
              <w:top w:w="120" w:type="dxa"/>
              <w:start w:w="180" w:type="dxa"/>
              <w:bottom w:w="120" w:type="dxa"/>
              <w:end w:w="180" w:type="dxa"/>
            </w:tcMar>
          </w:tcPr>
          <w:p>
            <w:r>
              <w:rPr>
                <w:b/>
                <w:color w:val="333333"/>
                <w:sz w:val="24"/>
              </w:rPr>
              <w:t xml:space="preserve">Classe : </w:t>
            </w:r>
            <w:r>
              <w:rPr>
                <w:color w:val="787878"/>
                <w:sz w:val="24"/>
              </w:rPr>
              <w:t>________________________</w:t>
            </w:r>
          </w:p>
        </w:tc>
        <w:tc>
          <w:tcPr>
            <w:tcW w:type="dxa" w:w="3437"/>
            <w:shd w:val="clear" w:color="auto" w:fill="F2F4F8"/>
            <w:tcMar>
              <w:top w:w="120" w:type="dxa"/>
              <w:start w:w="180" w:type="dxa"/>
              <w:bottom w:w="120" w:type="dxa"/>
              <w:end w:w="180" w:type="dxa"/>
            </w:tcMar>
          </w:tcPr>
          <w:p>
            <w:r>
              <w:rPr>
                <w:b/>
                <w:color w:val="333333"/>
                <w:sz w:val="24"/>
              </w:rPr>
              <w:t xml:space="preserve">Date : </w:t>
            </w:r>
            <w:r>
              <w:rPr>
                <w:color w:val="787878"/>
                <w:sz w:val="24"/>
              </w:rPr>
              <w:t>________________________</w:t>
            </w:r>
          </w:p>
        </w:tc>
      </w:tr>
    </w:tbl>
    <w:p/>
    <w:p>
      <w:r>
        <w:rPr>
          <w:b/>
          <w:color w:val="1F6FEB"/>
          <w:sz w:val="32"/>
        </w:rPr>
        <w:t xml:space="preserve">Consignes (2–3 minutes) </w:t>
      </w:r>
    </w:p>
    <w:p>
      <w:pPr>
        <w:spacing w:line="336" w:lineRule="auto"/>
      </w:pPr>
      <w:r>
        <w:t>• Lis doucement. Pose ton doigt sous les mots.</w:t>
        <w:br/>
        <w:t>• Si tu hésites, respire et recommence.</w:t>
        <w:br/>
        <w:t>• Tu peux entourer / cocher : pas besoin d’écrire beaucoup.</w:t>
      </w:r>
    </w:p>
    <w:p/>
    <w:p>
      <w:r>
        <w:rPr>
          <w:b/>
          <w:color w:val="008060"/>
          <w:sz w:val="32"/>
        </w:rPr>
        <w:t>A. Échauffement (1 minute)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val="clear" w:color="auto" w:fill="E8FFF4"/>
            <w:tcMar>
              <w:top w:w="140" w:type="dxa"/>
              <w:start w:w="180" w:type="dxa"/>
              <w:bottom w:w="140" w:type="dxa"/>
              <w:end w:w="180" w:type="dxa"/>
            </w:tcMar>
            <w:vAlign w:val="center"/>
          </w:tcPr>
          <w:p>
            <w:r>
              <w:rPr>
                <w:b/>
              </w:rPr>
              <w:t>☐ Je place mon doigt sous la ligne.</w:t>
            </w:r>
          </w:p>
        </w:tc>
        <w:tc>
          <w:tcPr>
            <w:tcW w:type="dxa" w:w="5156"/>
            <w:shd w:val="clear" w:color="auto" w:fill="FFFFFF"/>
            <w:tcMar>
              <w:top w:w="140" w:type="dxa"/>
              <w:start w:w="180" w:type="dxa"/>
              <w:bottom w:w="140" w:type="dxa"/>
              <w:end w:w="180" w:type="dxa"/>
            </w:tcMar>
            <w:vAlign w:val="center"/>
          </w:tcPr>
          <w:p>
            <w:r>
              <w:rPr>
                <w:b/>
              </w:rPr>
              <w:t>☐ Je lis à voix basse (ou dans ma tête).</w:t>
            </w:r>
          </w:p>
        </w:tc>
      </w:tr>
      <w:tr>
        <w:tc>
          <w:tcPr>
            <w:tcW w:type="dxa" w:w="5156"/>
            <w:shd w:val="clear" w:color="auto" w:fill="FFFFFF"/>
            <w:tcMar>
              <w:top w:w="140" w:type="dxa"/>
              <w:start w:w="180" w:type="dxa"/>
              <w:bottom w:w="140" w:type="dxa"/>
              <w:end w:w="180" w:type="dxa"/>
            </w:tcMar>
            <w:vAlign w:val="center"/>
          </w:tcPr>
          <w:p>
            <w:r>
              <w:rPr>
                <w:b/>
              </w:rPr>
              <w:t>☐ Je repère b / d / p / q.</w:t>
            </w:r>
          </w:p>
        </w:tc>
        <w:tc>
          <w:tcPr>
            <w:tcW w:type="dxa" w:w="5156"/>
            <w:shd w:val="clear" w:color="auto" w:fill="E8FFF4"/>
            <w:tcMar>
              <w:top w:w="140" w:type="dxa"/>
              <w:start w:w="180" w:type="dxa"/>
              <w:bottom w:w="140" w:type="dxa"/>
              <w:end w:w="180" w:type="dxa"/>
            </w:tcMar>
            <w:vAlign w:val="center"/>
          </w:tcPr>
          <w:p>
            <w:r>
              <w:rPr>
                <w:b/>
              </w:rPr>
              <w:t>☐ Je prends mon temps, c’est OK.</w:t>
            </w:r>
          </w:p>
        </w:tc>
      </w:tr>
    </w:tbl>
    <w:p/>
    <w:p>
      <w:r>
        <w:rPr>
          <w:b/>
          <w:color w:val="9443C6"/>
          <w:sz w:val="32"/>
        </w:rPr>
        <w:t>B. Discrimination visuelle – Choisis la bonne lettre</w:t>
      </w:r>
    </w:p>
    <w:p>
      <w:r>
        <w:t>Entoure la lettre demandée dans chaque ligne (b, d, p ou q).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78"/>
        <w:gridCol w:w="2578"/>
        <w:gridCol w:w="2578"/>
        <w:gridCol w:w="2578"/>
      </w:tblGrid>
      <w:tr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6F0FF"/>
          </w:tcPr>
          <w:p>
            <w:pPr>
              <w:jc w:val="center"/>
            </w:pPr>
            <w:r>
              <w:rPr>
                <w:b/>
                <w:sz w:val="22"/>
              </w:rPr>
              <w:t>À entourer : B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B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D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P</w:t>
            </w:r>
          </w:p>
        </w:tc>
      </w:tr>
      <w:tr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6F0FF"/>
          </w:tcPr>
          <w:p>
            <w:pPr>
              <w:jc w:val="center"/>
            </w:pPr>
            <w:r>
              <w:rPr>
                <w:b/>
                <w:sz w:val="22"/>
              </w:rPr>
              <w:t>À entourer : D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D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B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Q</w:t>
            </w:r>
          </w:p>
        </w:tc>
      </w:tr>
      <w:tr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6F0FF"/>
          </w:tcPr>
          <w:p>
            <w:pPr>
              <w:jc w:val="center"/>
            </w:pPr>
            <w:r>
              <w:rPr>
                <w:b/>
                <w:sz w:val="22"/>
              </w:rPr>
              <w:t>À entourer : P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P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Q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B</w:t>
            </w:r>
          </w:p>
        </w:tc>
      </w:tr>
      <w:tr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6F0FF"/>
          </w:tcPr>
          <w:p>
            <w:pPr>
              <w:jc w:val="center"/>
            </w:pPr>
            <w:r>
              <w:rPr>
                <w:b/>
                <w:sz w:val="22"/>
              </w:rPr>
              <w:t>À entourer : Q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Q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P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D</w:t>
            </w:r>
          </w:p>
        </w:tc>
      </w:tr>
      <w:tr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6F0FF"/>
          </w:tcPr>
          <w:p>
            <w:pPr>
              <w:jc w:val="center"/>
            </w:pPr>
            <w:r>
              <w:rPr>
                <w:b/>
                <w:sz w:val="22"/>
              </w:rPr>
              <w:t>À entourer : B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B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P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D</w:t>
            </w:r>
          </w:p>
        </w:tc>
      </w:tr>
      <w:tr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6F0FF"/>
          </w:tcPr>
          <w:p>
            <w:pPr>
              <w:jc w:val="center"/>
            </w:pPr>
            <w:r>
              <w:rPr>
                <w:b/>
                <w:sz w:val="22"/>
              </w:rPr>
              <w:t>À entourer : D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D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Q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B</w:t>
            </w:r>
          </w:p>
        </w:tc>
      </w:tr>
      <w:tr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6F0FF"/>
          </w:tcPr>
          <w:p>
            <w:pPr>
              <w:jc w:val="center"/>
            </w:pPr>
            <w:r>
              <w:rPr>
                <w:b/>
                <w:sz w:val="22"/>
              </w:rPr>
              <w:t>À entourer : P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P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B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Q</w:t>
            </w:r>
          </w:p>
        </w:tc>
      </w:tr>
      <w:tr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6F0FF"/>
          </w:tcPr>
          <w:p>
            <w:pPr>
              <w:jc w:val="center"/>
            </w:pPr>
            <w:r>
              <w:rPr>
                <w:b/>
                <w:sz w:val="22"/>
              </w:rPr>
              <w:t>À entourer : Q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Q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D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P</w:t>
            </w:r>
          </w:p>
        </w:tc>
      </w:tr>
      <w:tr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6F0FF"/>
          </w:tcPr>
          <w:p>
            <w:pPr>
              <w:jc w:val="center"/>
            </w:pPr>
            <w:r>
              <w:rPr>
                <w:b/>
                <w:sz w:val="22"/>
              </w:rPr>
              <w:t>À entourer : B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B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Q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P</w:t>
            </w:r>
          </w:p>
        </w:tc>
      </w:tr>
      <w:tr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6F0FF"/>
          </w:tcPr>
          <w:p>
            <w:pPr>
              <w:jc w:val="center"/>
            </w:pPr>
            <w:r>
              <w:rPr>
                <w:b/>
                <w:sz w:val="22"/>
              </w:rPr>
              <w:t>À entourer : D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D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P</w:t>
            </w:r>
          </w:p>
        </w:tc>
        <w:tc>
          <w:tcPr>
            <w:tcW w:type="dxa" w:w="2578"/>
            <w:tcMar>
              <w:top w:w="120" w:type="dxa"/>
              <w:start w:w="180" w:type="dxa"/>
              <w:bottom w:w="120" w:type="dxa"/>
              <w:end w:w="180" w:type="dxa"/>
            </w:tcMar>
            <w:shd w:val="clear" w:color="auto" w:fill="FFFFFF"/>
          </w:tcPr>
          <w:p>
            <w:pPr>
              <w:jc w:val="center"/>
            </w:pPr>
            <w:r>
              <w:rPr>
                <w:b/>
                <w:sz w:val="32"/>
              </w:rPr>
              <w:t>Q</w:t>
            </w:r>
          </w:p>
        </w:tc>
      </w:tr>
    </w:tbl>
    <w:p/>
    <w:p>
      <w:r>
        <w:rPr>
          <w:b/>
          <w:color w:val="F59E0B"/>
          <w:sz w:val="32"/>
        </w:rPr>
        <w:t>C. Mots à trous – Coche la bonne réponse</w:t>
      </w:r>
    </w:p>
    <w:p>
      <w:r>
        <w:t>Complète chaque mot avec la bonne lettre (b / d / p / q). Coche une seule case.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FFF7ED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sz w:val="22"/>
              </w:rPr>
              <w:t>Mot</w:t>
            </w:r>
          </w:p>
        </w:tc>
        <w:tc>
          <w:tcPr>
            <w:tcW w:type="dxa" w:w="1719"/>
            <w:shd w:val="clear" w:color="auto" w:fill="FFF7ED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sz w:val="22"/>
              </w:rPr>
              <w:t>☐ b</w:t>
            </w:r>
          </w:p>
        </w:tc>
        <w:tc>
          <w:tcPr>
            <w:tcW w:type="dxa" w:w="1719"/>
            <w:shd w:val="clear" w:color="auto" w:fill="FFF7ED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sz w:val="22"/>
              </w:rPr>
              <w:t>☐ d</w:t>
            </w:r>
          </w:p>
        </w:tc>
        <w:tc>
          <w:tcPr>
            <w:tcW w:type="dxa" w:w="1719"/>
            <w:shd w:val="clear" w:color="auto" w:fill="FFF7ED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sz w:val="22"/>
              </w:rPr>
              <w:t>☐ p</w:t>
            </w:r>
          </w:p>
        </w:tc>
        <w:tc>
          <w:tcPr>
            <w:tcW w:type="dxa" w:w="1719"/>
            <w:shd w:val="clear" w:color="auto" w:fill="FFF7ED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sz w:val="22"/>
              </w:rPr>
              <w:t>☐ q</w:t>
            </w:r>
          </w:p>
        </w:tc>
        <w:tc>
          <w:tcPr>
            <w:tcW w:type="dxa" w:w="1719"/>
            <w:shd w:val="clear" w:color="auto" w:fill="FFF7ED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sz w:val="22"/>
              </w:rPr>
              <w:t>Réponse</w:t>
            </w:r>
          </w:p>
        </w:tc>
      </w:tr>
      <w:tr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r>
              <w:rPr>
                <w:b/>
              </w:rPr>
              <w:t>__ateau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_____</w:t>
            </w:r>
          </w:p>
        </w:tc>
      </w:tr>
      <w:tr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r>
              <w:rPr>
                <w:b/>
              </w:rPr>
              <w:t>__oule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_____</w:t>
            </w:r>
          </w:p>
        </w:tc>
      </w:tr>
      <w:tr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r>
              <w:rPr>
                <w:b/>
              </w:rPr>
              <w:t>__ain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_____</w:t>
            </w:r>
          </w:p>
        </w:tc>
      </w:tr>
      <w:tr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r>
              <w:rPr>
                <w:b/>
              </w:rPr>
              <w:t>__ied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_____</w:t>
            </w:r>
          </w:p>
        </w:tc>
      </w:tr>
      <w:tr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r>
              <w:rPr>
                <w:b/>
              </w:rPr>
              <w:t>__uatre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_____</w:t>
            </w:r>
          </w:p>
        </w:tc>
      </w:tr>
      <w:tr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r>
              <w:rPr>
                <w:b/>
              </w:rPr>
              <w:t>__irate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_____</w:t>
            </w:r>
          </w:p>
        </w:tc>
      </w:tr>
      <w:tr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r>
              <w:rPr>
                <w:b/>
              </w:rPr>
              <w:t>__ouce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_____</w:t>
            </w:r>
          </w:p>
        </w:tc>
      </w:tr>
      <w:tr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r>
              <w:rPr>
                <w:b/>
              </w:rPr>
              <w:t>__ossier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_____</w:t>
            </w:r>
          </w:p>
        </w:tc>
      </w:tr>
      <w:tr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r>
              <w:rPr>
                <w:b/>
              </w:rPr>
              <w:t>__allon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BF5"/>
          </w:tcPr>
          <w:p>
            <w:pPr>
              <w:jc w:val="center"/>
            </w:pPr>
            <w:r>
              <w:t>_____</w:t>
            </w:r>
          </w:p>
        </w:tc>
      </w:tr>
      <w:tr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r>
              <w:rPr>
                <w:b/>
              </w:rPr>
              <w:t>__ai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1719"/>
            <w:tcMar>
              <w:top w:w="140" w:type="dxa"/>
              <w:start w:w="160" w:type="dxa"/>
              <w:bottom w:w="140" w:type="dxa"/>
              <w:end w:w="160" w:type="dxa"/>
            </w:tcMar>
            <w:shd w:val="clear" w:color="auto" w:fill="FFFFFF"/>
          </w:tcPr>
          <w:p>
            <w:pPr>
              <w:jc w:val="center"/>
            </w:pPr>
            <w:r>
              <w:t>_____</w:t>
            </w:r>
          </w:p>
        </w:tc>
      </w:tr>
    </w:tbl>
    <w:p/>
    <w:p>
      <w:r>
        <w:rPr>
          <w:b/>
          <w:color w:val="1F6FEB"/>
          <w:sz w:val="32"/>
        </w:rPr>
        <w:t>D. Lecture guidée – Phrases courtes</w:t>
      </w:r>
    </w:p>
    <w:p>
      <w:r>
        <w:t>Lis chaque phrase. Entoure la lettre b / d / p / q quand tu la vois.</w:t>
      </w:r>
    </w:p>
    <w:p>
      <w:pPr>
        <w:spacing w:line="360" w:lineRule="auto" w:after="120"/>
      </w:pPr>
      <w:r>
        <w:rPr>
          <w:sz w:val="28"/>
        </w:rPr>
        <w:t>•</w:t>
      </w:r>
      <w:r>
        <w:rPr>
          <w:sz w:val="28"/>
        </w:rPr>
        <w:t xml:space="preserve"> </w:t>
      </w:r>
      <w:r>
        <w:rPr>
          <w:sz w:val="28"/>
        </w:rPr>
        <w:t>L</w:t>
      </w:r>
      <w:r>
        <w:rPr>
          <w:sz w:val="28"/>
        </w:rPr>
        <w:t>e</w:t>
      </w:r>
      <w:r>
        <w:rPr>
          <w:sz w:val="28"/>
        </w:rPr>
        <w:t xml:space="preserve"> </w:t>
      </w:r>
      <w:r>
        <w:rPr>
          <w:b/>
          <w:color w:val="008060"/>
          <w:sz w:val="28"/>
        </w:rPr>
        <w:t>b</w:t>
      </w:r>
      <w:r>
        <w:rPr>
          <w:sz w:val="28"/>
        </w:rPr>
        <w:t>a</w:t>
      </w:r>
      <w:r>
        <w:rPr>
          <w:sz w:val="28"/>
        </w:rPr>
        <w:t>t</w:t>
      </w:r>
      <w:r>
        <w:rPr>
          <w:sz w:val="28"/>
        </w:rPr>
        <w:t>e</w:t>
      </w:r>
      <w:r>
        <w:rPr>
          <w:sz w:val="28"/>
        </w:rPr>
        <w:t>a</w:t>
      </w:r>
      <w:r>
        <w:rPr>
          <w:sz w:val="28"/>
        </w:rPr>
        <w:t>u</w:t>
      </w:r>
      <w:r>
        <w:rPr>
          <w:sz w:val="28"/>
        </w:rPr>
        <w:t xml:space="preserve"> </w:t>
      </w:r>
      <w:r>
        <w:rPr>
          <w:sz w:val="28"/>
        </w:rPr>
        <w:t>a</w:t>
      </w:r>
      <w:r>
        <w:rPr>
          <w:sz w:val="28"/>
        </w:rPr>
        <w:t>v</w:t>
      </w:r>
      <w:r>
        <w:rPr>
          <w:sz w:val="28"/>
        </w:rPr>
        <w:t>a</w:t>
      </w:r>
      <w:r>
        <w:rPr>
          <w:sz w:val="28"/>
        </w:rPr>
        <w:t>n</w:t>
      </w:r>
      <w:r>
        <w:rPr>
          <w:sz w:val="28"/>
        </w:rPr>
        <w:t>c</w:t>
      </w:r>
      <w:r>
        <w:rPr>
          <w:sz w:val="28"/>
        </w:rPr>
        <w:t>e</w:t>
      </w:r>
      <w:r>
        <w:rPr>
          <w:sz w:val="28"/>
        </w:rPr>
        <w:t xml:space="preserve"> </w:t>
      </w:r>
      <w:r>
        <w:rPr>
          <w:b/>
          <w:color w:val="9443C6"/>
          <w:sz w:val="28"/>
        </w:rPr>
        <w:t>d</w:t>
      </w:r>
      <w:r>
        <w:rPr>
          <w:sz w:val="28"/>
        </w:rPr>
        <w:t>o</w:t>
      </w:r>
      <w:r>
        <w:rPr>
          <w:sz w:val="28"/>
        </w:rPr>
        <w:t>u</w:t>
      </w:r>
      <w:r>
        <w:rPr>
          <w:sz w:val="28"/>
        </w:rPr>
        <w:t>c</w:t>
      </w:r>
      <w:r>
        <w:rPr>
          <w:sz w:val="28"/>
        </w:rPr>
        <w:t>e</w:t>
      </w:r>
      <w:r>
        <w:rPr>
          <w:sz w:val="28"/>
        </w:rPr>
        <w:t>m</w:t>
      </w:r>
      <w:r>
        <w:rPr>
          <w:sz w:val="28"/>
        </w:rPr>
        <w:t>e</w:t>
      </w:r>
      <w:r>
        <w:rPr>
          <w:sz w:val="28"/>
        </w:rPr>
        <w:t>n</w:t>
      </w:r>
      <w:r>
        <w:rPr>
          <w:sz w:val="28"/>
        </w:rPr>
        <w:t>t</w:t>
      </w:r>
      <w:r>
        <w:rPr>
          <w:sz w:val="28"/>
        </w:rPr>
        <w:t>.</w:t>
      </w:r>
    </w:p>
    <w:p>
      <w:pPr>
        <w:spacing w:line="360" w:lineRule="auto" w:after="120"/>
      </w:pPr>
      <w:r>
        <w:rPr>
          <w:sz w:val="28"/>
        </w:rPr>
        <w:t>•</w:t>
      </w:r>
      <w:r>
        <w:rPr>
          <w:sz w:val="28"/>
        </w:rPr>
        <w:t xml:space="preserve"> </w:t>
      </w:r>
      <w:r>
        <w:rPr>
          <w:b/>
          <w:color w:val="F59E0B"/>
          <w:sz w:val="28"/>
        </w:rPr>
        <w:t>P</w:t>
      </w:r>
      <w:r>
        <w:rPr>
          <w:sz w:val="28"/>
        </w:rPr>
        <w:t>a</w:t>
      </w:r>
      <w:r>
        <w:rPr>
          <w:b/>
          <w:color w:val="F59E0B"/>
          <w:sz w:val="28"/>
        </w:rPr>
        <w:t>p</w:t>
      </w:r>
      <w:r>
        <w:rPr>
          <w:sz w:val="28"/>
        </w:rPr>
        <w:t>a</w:t>
      </w:r>
      <w:r>
        <w:rPr>
          <w:sz w:val="28"/>
        </w:rPr>
        <w:t xml:space="preserve"> </w:t>
      </w:r>
      <w:r>
        <w:rPr>
          <w:b/>
          <w:color w:val="F59E0B"/>
          <w:sz w:val="28"/>
        </w:rPr>
        <w:t>p</w:t>
      </w:r>
      <w:r>
        <w:rPr>
          <w:sz w:val="28"/>
        </w:rPr>
        <w:t>r</w:t>
      </w:r>
      <w:r>
        <w:rPr>
          <w:sz w:val="28"/>
        </w:rPr>
        <w:t>é</w:t>
      </w:r>
      <w:r>
        <w:rPr>
          <w:b/>
          <w:color w:val="F59E0B"/>
          <w:sz w:val="28"/>
        </w:rPr>
        <w:t>p</w:t>
      </w:r>
      <w:r>
        <w:rPr>
          <w:sz w:val="28"/>
        </w:rPr>
        <w:t>a</w:t>
      </w:r>
      <w:r>
        <w:rPr>
          <w:sz w:val="28"/>
        </w:rPr>
        <w:t>r</w:t>
      </w:r>
      <w:r>
        <w:rPr>
          <w:sz w:val="28"/>
        </w:rPr>
        <w:t>e</w:t>
      </w:r>
      <w:r>
        <w:rPr>
          <w:sz w:val="28"/>
        </w:rPr>
        <w:t xml:space="preserve"> </w:t>
      </w:r>
      <w:r>
        <w:rPr>
          <w:sz w:val="28"/>
        </w:rPr>
        <w:t>u</w:t>
      </w:r>
      <w:r>
        <w:rPr>
          <w:sz w:val="28"/>
        </w:rPr>
        <w:t>n</w:t>
      </w:r>
      <w:r>
        <w:rPr>
          <w:sz w:val="28"/>
        </w:rPr>
        <w:t>e</w:t>
      </w:r>
      <w:r>
        <w:rPr>
          <w:sz w:val="28"/>
        </w:rPr>
        <w:t xml:space="preserve"> </w:t>
      </w:r>
      <w:r>
        <w:rPr>
          <w:b/>
          <w:color w:val="F59E0B"/>
          <w:sz w:val="28"/>
        </w:rPr>
        <w:t>p</w:t>
      </w:r>
      <w:r>
        <w:rPr>
          <w:sz w:val="28"/>
        </w:rPr>
        <w:t>i</w:t>
      </w:r>
      <w:r>
        <w:rPr>
          <w:sz w:val="28"/>
        </w:rPr>
        <w:t>z</w:t>
      </w:r>
      <w:r>
        <w:rPr>
          <w:sz w:val="28"/>
        </w:rPr>
        <w:t>z</w:t>
      </w:r>
      <w:r>
        <w:rPr>
          <w:sz w:val="28"/>
        </w:rPr>
        <w:t>a</w:t>
      </w:r>
      <w:r>
        <w:rPr>
          <w:sz w:val="28"/>
        </w:rPr>
        <w:t>.</w:t>
      </w:r>
    </w:p>
    <w:p>
      <w:pPr>
        <w:spacing w:line="360" w:lineRule="auto" w:after="120"/>
      </w:pPr>
      <w:r>
        <w:rPr>
          <w:sz w:val="28"/>
        </w:rPr>
        <w:t>•</w:t>
      </w:r>
      <w:r>
        <w:rPr>
          <w:sz w:val="28"/>
        </w:rPr>
        <w:t xml:space="preserve"> </w:t>
      </w:r>
      <w:r>
        <w:rPr>
          <w:b/>
          <w:color w:val="9443C6"/>
          <w:sz w:val="28"/>
        </w:rPr>
        <w:t>D</w:t>
      </w:r>
      <w:r>
        <w:rPr>
          <w:sz w:val="28"/>
        </w:rPr>
        <w:t>i</w:t>
      </w:r>
      <w:r>
        <w:rPr>
          <w:sz w:val="28"/>
        </w:rPr>
        <w:t>n</w:t>
      </w:r>
      <w:r>
        <w:rPr>
          <w:sz w:val="28"/>
        </w:rPr>
        <w:t>a</w:t>
      </w:r>
      <w:r>
        <w:rPr>
          <w:sz w:val="28"/>
        </w:rPr>
        <w:t xml:space="preserve"> </w:t>
      </w:r>
      <w:r>
        <w:rPr>
          <w:b/>
          <w:color w:val="9443C6"/>
          <w:sz w:val="28"/>
        </w:rPr>
        <w:t>d</w:t>
      </w:r>
      <w:r>
        <w:rPr>
          <w:sz w:val="28"/>
        </w:rPr>
        <w:t>i</w:t>
      </w:r>
      <w:r>
        <w:rPr>
          <w:sz w:val="28"/>
        </w:rPr>
        <w:t>t</w:t>
      </w:r>
      <w:r>
        <w:rPr>
          <w:sz w:val="28"/>
        </w:rPr>
        <w:t xml:space="preserve"> </w:t>
      </w:r>
      <w:r>
        <w:rPr>
          <w:b/>
          <w:color w:val="008060"/>
          <w:sz w:val="28"/>
        </w:rPr>
        <w:t>b</w:t>
      </w:r>
      <w:r>
        <w:rPr>
          <w:sz w:val="28"/>
        </w:rPr>
        <w:t>o</w:t>
      </w:r>
      <w:r>
        <w:rPr>
          <w:sz w:val="28"/>
        </w:rPr>
        <w:t>n</w:t>
      </w:r>
      <w:r>
        <w:rPr>
          <w:sz w:val="28"/>
        </w:rPr>
        <w:t>j</w:t>
      </w:r>
      <w:r>
        <w:rPr>
          <w:sz w:val="28"/>
        </w:rPr>
        <w:t>o</w:t>
      </w:r>
      <w:r>
        <w:rPr>
          <w:sz w:val="28"/>
        </w:rPr>
        <w:t>u</w:t>
      </w:r>
      <w:r>
        <w:rPr>
          <w:sz w:val="28"/>
        </w:rPr>
        <w:t>r</w:t>
      </w:r>
      <w:r>
        <w:rPr>
          <w:sz w:val="28"/>
        </w:rPr>
        <w:t xml:space="preserve"> </w:t>
      </w:r>
      <w:r>
        <w:rPr>
          <w:sz w:val="28"/>
        </w:rPr>
        <w:t>à</w:t>
      </w:r>
      <w:r>
        <w:rPr>
          <w:sz w:val="28"/>
        </w:rPr>
        <w:t xml:space="preserve"> </w:t>
      </w:r>
      <w:r>
        <w:rPr>
          <w:sz w:val="28"/>
        </w:rPr>
        <w:t>l</w:t>
      </w:r>
      <w:r>
        <w:rPr>
          <w:sz w:val="28"/>
        </w:rPr>
        <w:t>a</w:t>
      </w:r>
      <w:r>
        <w:rPr>
          <w:sz w:val="28"/>
        </w:rPr>
        <w:t xml:space="preserve"> </w:t>
      </w:r>
      <w:r>
        <w:rPr>
          <w:b/>
          <w:color w:val="F59E0B"/>
          <w:sz w:val="28"/>
        </w:rPr>
        <w:t>p</w:t>
      </w:r>
      <w:r>
        <w:rPr>
          <w:sz w:val="28"/>
        </w:rPr>
        <w:t>o</w:t>
      </w:r>
      <w:r>
        <w:rPr>
          <w:sz w:val="28"/>
        </w:rPr>
        <w:t>r</w:t>
      </w:r>
      <w:r>
        <w:rPr>
          <w:sz w:val="28"/>
        </w:rPr>
        <w:t>t</w:t>
      </w:r>
      <w:r>
        <w:rPr>
          <w:sz w:val="28"/>
        </w:rPr>
        <w:t>e</w:t>
      </w:r>
      <w:r>
        <w:rPr>
          <w:sz w:val="28"/>
        </w:rPr>
        <w:t>.</w:t>
      </w:r>
    </w:p>
    <w:p>
      <w:pPr>
        <w:spacing w:line="360" w:lineRule="auto" w:after="120"/>
      </w:pPr>
      <w:r>
        <w:rPr>
          <w:sz w:val="28"/>
        </w:rPr>
        <w:t>•</w:t>
      </w:r>
      <w:r>
        <w:rPr>
          <w:sz w:val="28"/>
        </w:rPr>
        <w:t xml:space="preserve"> </w:t>
      </w:r>
      <w:r>
        <w:rPr>
          <w:b/>
          <w:color w:val="1F6FEB"/>
          <w:sz w:val="28"/>
        </w:rPr>
        <w:t>Q</w:t>
      </w:r>
      <w:r>
        <w:rPr>
          <w:sz w:val="28"/>
        </w:rPr>
        <w:t>u</w:t>
      </w:r>
      <w:r>
        <w:rPr>
          <w:sz w:val="28"/>
        </w:rPr>
        <w:t>a</w:t>
      </w:r>
      <w:r>
        <w:rPr>
          <w:sz w:val="28"/>
        </w:rPr>
        <w:t>t</w:t>
      </w:r>
      <w:r>
        <w:rPr>
          <w:sz w:val="28"/>
        </w:rPr>
        <w:t>r</w:t>
      </w:r>
      <w:r>
        <w:rPr>
          <w:sz w:val="28"/>
        </w:rPr>
        <w:t>e</w:t>
      </w:r>
      <w:r>
        <w:rPr>
          <w:sz w:val="28"/>
        </w:rPr>
        <w:t xml:space="preserve"> </w:t>
      </w:r>
      <w:r>
        <w:rPr>
          <w:b/>
          <w:color w:val="F59E0B"/>
          <w:sz w:val="28"/>
        </w:rPr>
        <w:t>p</w:t>
      </w:r>
      <w:r>
        <w:rPr>
          <w:sz w:val="28"/>
        </w:rPr>
        <w:t>e</w:t>
      </w:r>
      <w:r>
        <w:rPr>
          <w:sz w:val="28"/>
        </w:rPr>
        <w:t>t</w:t>
      </w:r>
      <w:r>
        <w:rPr>
          <w:sz w:val="28"/>
        </w:rPr>
        <w:t>i</w:t>
      </w:r>
      <w:r>
        <w:rPr>
          <w:sz w:val="28"/>
        </w:rPr>
        <w:t>t</w:t>
      </w:r>
      <w:r>
        <w:rPr>
          <w:sz w:val="28"/>
        </w:rPr>
        <w:t>s</w:t>
      </w:r>
      <w:r>
        <w:rPr>
          <w:sz w:val="28"/>
        </w:rPr>
        <w:t xml:space="preserve"> </w:t>
      </w:r>
      <w:r>
        <w:rPr>
          <w:sz w:val="28"/>
        </w:rPr>
        <w:t>c</w:t>
      </w:r>
      <w:r>
        <w:rPr>
          <w:sz w:val="28"/>
        </w:rPr>
        <w:t>a</w:t>
      </w:r>
      <w:r>
        <w:rPr>
          <w:sz w:val="28"/>
        </w:rPr>
        <w:t>n</w:t>
      </w:r>
      <w:r>
        <w:rPr>
          <w:sz w:val="28"/>
        </w:rPr>
        <w:t>a</w:t>
      </w:r>
      <w:r>
        <w:rPr>
          <w:sz w:val="28"/>
        </w:rPr>
        <w:t>r</w:t>
      </w:r>
      <w:r>
        <w:rPr>
          <w:b/>
          <w:color w:val="9443C6"/>
          <w:sz w:val="28"/>
        </w:rPr>
        <w:t>d</w:t>
      </w:r>
      <w:r>
        <w:rPr>
          <w:sz w:val="28"/>
        </w:rPr>
        <w:t>s</w:t>
      </w:r>
      <w:r>
        <w:rPr>
          <w:sz w:val="28"/>
        </w:rPr>
        <w:t xml:space="preserve"> </w:t>
      </w:r>
      <w:r>
        <w:rPr>
          <w:sz w:val="28"/>
        </w:rPr>
        <w:t>n</w:t>
      </w:r>
      <w:r>
        <w:rPr>
          <w:sz w:val="28"/>
        </w:rPr>
        <w:t>a</w:t>
      </w:r>
      <w:r>
        <w:rPr>
          <w:sz w:val="28"/>
        </w:rPr>
        <w:t>g</w:t>
      </w:r>
      <w:r>
        <w:rPr>
          <w:sz w:val="28"/>
        </w:rPr>
        <w:t>e</w:t>
      </w:r>
      <w:r>
        <w:rPr>
          <w:sz w:val="28"/>
        </w:rPr>
        <w:t>n</w:t>
      </w:r>
      <w:r>
        <w:rPr>
          <w:sz w:val="28"/>
        </w:rPr>
        <w:t>t</w:t>
      </w:r>
      <w:r>
        <w:rPr>
          <w:sz w:val="28"/>
        </w:rPr>
        <w:t>.</w:t>
      </w:r>
    </w:p>
    <w:p>
      <w:pPr>
        <w:spacing w:line="360" w:lineRule="auto" w:after="120"/>
      </w:pPr>
      <w:r>
        <w:rPr>
          <w:sz w:val="28"/>
        </w:rPr>
        <w:t>•</w:t>
      </w:r>
      <w:r>
        <w:rPr>
          <w:sz w:val="28"/>
        </w:rPr>
        <w:t xml:space="preserve"> </w:t>
      </w:r>
      <w:r>
        <w:rPr>
          <w:sz w:val="28"/>
        </w:rPr>
        <w:t>L</w:t>
      </w:r>
      <w:r>
        <w:rPr>
          <w:sz w:val="28"/>
        </w:rPr>
        <w:t>e</w:t>
      </w:r>
      <w:r>
        <w:rPr>
          <w:sz w:val="28"/>
        </w:rPr>
        <w:t xml:space="preserve"> </w:t>
      </w:r>
      <w:r>
        <w:rPr>
          <w:b/>
          <w:color w:val="008060"/>
          <w:sz w:val="28"/>
        </w:rPr>
        <w:t>b</w:t>
      </w:r>
      <w:r>
        <w:rPr>
          <w:sz w:val="28"/>
        </w:rPr>
        <w:t>a</w:t>
      </w:r>
      <w:r>
        <w:rPr>
          <w:sz w:val="28"/>
        </w:rPr>
        <w:t>l</w:t>
      </w:r>
      <w:r>
        <w:rPr>
          <w:sz w:val="28"/>
        </w:rPr>
        <w:t>l</w:t>
      </w:r>
      <w:r>
        <w:rPr>
          <w:sz w:val="28"/>
        </w:rPr>
        <w:t>o</w:t>
      </w:r>
      <w:r>
        <w:rPr>
          <w:sz w:val="28"/>
        </w:rPr>
        <w:t>n</w:t>
      </w:r>
      <w:r>
        <w:rPr>
          <w:sz w:val="28"/>
        </w:rPr>
        <w:t xml:space="preserve"> </w:t>
      </w:r>
      <w:r>
        <w:rPr>
          <w:sz w:val="28"/>
        </w:rPr>
        <w:t>r</w:t>
      </w:r>
      <w:r>
        <w:rPr>
          <w:sz w:val="28"/>
        </w:rPr>
        <w:t>e</w:t>
      </w:r>
      <w:r>
        <w:rPr>
          <w:b/>
          <w:color w:val="008060"/>
          <w:sz w:val="28"/>
        </w:rPr>
        <w:t>b</w:t>
      </w:r>
      <w:r>
        <w:rPr>
          <w:sz w:val="28"/>
        </w:rPr>
        <w:t>o</w:t>
      </w:r>
      <w:r>
        <w:rPr>
          <w:sz w:val="28"/>
        </w:rPr>
        <w:t>n</w:t>
      </w:r>
      <w:r>
        <w:rPr>
          <w:b/>
          <w:color w:val="9443C6"/>
          <w:sz w:val="28"/>
        </w:rPr>
        <w:t>d</w:t>
      </w:r>
      <w:r>
        <w:rPr>
          <w:sz w:val="28"/>
        </w:rPr>
        <w:t>i</w:t>
      </w:r>
      <w:r>
        <w:rPr>
          <w:sz w:val="28"/>
        </w:rPr>
        <w:t>t</w:t>
      </w:r>
      <w:r>
        <w:rPr>
          <w:sz w:val="28"/>
        </w:rPr>
        <w:t xml:space="preserve"> </w:t>
      </w:r>
      <w:r>
        <w:rPr>
          <w:sz w:val="28"/>
        </w:rPr>
        <w:t>s</w:t>
      </w:r>
      <w:r>
        <w:rPr>
          <w:sz w:val="28"/>
        </w:rPr>
        <w:t>u</w:t>
      </w:r>
      <w:r>
        <w:rPr>
          <w:sz w:val="28"/>
        </w:rPr>
        <w:t>r</w:t>
      </w:r>
      <w:r>
        <w:rPr>
          <w:sz w:val="28"/>
        </w:rPr>
        <w:t xml:space="preserve"> </w:t>
      </w:r>
      <w:r>
        <w:rPr>
          <w:sz w:val="28"/>
        </w:rPr>
        <w:t>l</w:t>
      </w:r>
      <w:r>
        <w:rPr>
          <w:sz w:val="28"/>
        </w:rPr>
        <w:t>e</w:t>
      </w:r>
      <w:r>
        <w:rPr>
          <w:sz w:val="28"/>
        </w:rPr>
        <w:t xml:space="preserve"> </w:t>
      </w:r>
      <w:r>
        <w:rPr>
          <w:sz w:val="28"/>
        </w:rPr>
        <w:t>t</w:t>
      </w:r>
      <w:r>
        <w:rPr>
          <w:sz w:val="28"/>
        </w:rPr>
        <w:t>a</w:t>
      </w:r>
      <w:r>
        <w:rPr>
          <w:b/>
          <w:color w:val="F59E0B"/>
          <w:sz w:val="28"/>
        </w:rPr>
        <w:t>p</w:t>
      </w:r>
      <w:r>
        <w:rPr>
          <w:sz w:val="28"/>
        </w:rPr>
        <w:t>i</w:t>
      </w:r>
      <w:r>
        <w:rPr>
          <w:sz w:val="28"/>
        </w:rPr>
        <w:t>s</w:t>
      </w:r>
      <w:r>
        <w:rPr>
          <w:sz w:val="28"/>
        </w:rPr>
        <w:t>.</w:t>
      </w:r>
    </w:p>
    <w:p>
      <w:pPr>
        <w:spacing w:line="360" w:lineRule="auto" w:after="120"/>
      </w:pPr>
      <w:r>
        <w:rPr>
          <w:sz w:val="28"/>
        </w:rPr>
        <w:t>•</w:t>
      </w:r>
      <w:r>
        <w:rPr>
          <w:sz w:val="28"/>
        </w:rPr>
        <w:t xml:space="preserve"> </w:t>
      </w:r>
      <w:r>
        <w:rPr>
          <w:sz w:val="28"/>
        </w:rPr>
        <w:t>L</w:t>
      </w:r>
      <w:r>
        <w:rPr>
          <w:sz w:val="28"/>
        </w:rPr>
        <w:t>e</w:t>
      </w:r>
      <w:r>
        <w:rPr>
          <w:sz w:val="28"/>
        </w:rPr>
        <w:t xml:space="preserve"> </w:t>
      </w:r>
      <w:r>
        <w:rPr>
          <w:b/>
          <w:color w:val="9443C6"/>
          <w:sz w:val="28"/>
        </w:rPr>
        <w:t>d</w:t>
      </w:r>
      <w:r>
        <w:rPr>
          <w:sz w:val="28"/>
        </w:rPr>
        <w:t>o</w:t>
      </w:r>
      <w:r>
        <w:rPr>
          <w:sz w:val="28"/>
        </w:rPr>
        <w:t>u</w:t>
      </w:r>
      <w:r>
        <w:rPr>
          <w:b/>
          <w:color w:val="9443C6"/>
          <w:sz w:val="28"/>
        </w:rPr>
        <w:t>d</w:t>
      </w:r>
      <w:r>
        <w:rPr>
          <w:sz w:val="28"/>
        </w:rPr>
        <w:t>o</w:t>
      </w:r>
      <w:r>
        <w:rPr>
          <w:sz w:val="28"/>
        </w:rPr>
        <w:t>u</w:t>
      </w:r>
      <w:r>
        <w:rPr>
          <w:sz w:val="28"/>
        </w:rPr>
        <w:t xml:space="preserve"> </w:t>
      </w:r>
      <w:r>
        <w:rPr>
          <w:b/>
          <w:color w:val="9443C6"/>
          <w:sz w:val="28"/>
        </w:rPr>
        <w:t>d</w:t>
      </w:r>
      <w:r>
        <w:rPr>
          <w:sz w:val="28"/>
        </w:rPr>
        <w:t>o</w:t>
      </w:r>
      <w:r>
        <w:rPr>
          <w:sz w:val="28"/>
        </w:rPr>
        <w:t>r</w:t>
      </w:r>
      <w:r>
        <w:rPr>
          <w:sz w:val="28"/>
        </w:rPr>
        <w:t>t</w:t>
      </w:r>
      <w:r>
        <w:rPr>
          <w:sz w:val="28"/>
        </w:rPr>
        <w:t xml:space="preserve"> </w:t>
      </w:r>
      <w:r>
        <w:rPr>
          <w:b/>
          <w:color w:val="9443C6"/>
          <w:sz w:val="28"/>
        </w:rPr>
        <w:t>d</w:t>
      </w:r>
      <w:r>
        <w:rPr>
          <w:sz w:val="28"/>
        </w:rPr>
        <w:t>a</w:t>
      </w:r>
      <w:r>
        <w:rPr>
          <w:sz w:val="28"/>
        </w:rPr>
        <w:t>n</w:t>
      </w:r>
      <w:r>
        <w:rPr>
          <w:sz w:val="28"/>
        </w:rPr>
        <w:t>s</w:t>
      </w:r>
      <w:r>
        <w:rPr>
          <w:sz w:val="28"/>
        </w:rPr>
        <w:t xml:space="preserve"> </w:t>
      </w:r>
      <w:r>
        <w:rPr>
          <w:sz w:val="28"/>
        </w:rPr>
        <w:t>l</w:t>
      </w:r>
      <w:r>
        <w:rPr>
          <w:sz w:val="28"/>
        </w:rPr>
        <w:t>e</w:t>
      </w:r>
      <w:r>
        <w:rPr>
          <w:sz w:val="28"/>
        </w:rPr>
        <w:t xml:space="preserve"> </w:t>
      </w:r>
      <w:r>
        <w:rPr>
          <w:sz w:val="28"/>
        </w:rPr>
        <w:t>l</w:t>
      </w:r>
      <w:r>
        <w:rPr>
          <w:sz w:val="28"/>
        </w:rPr>
        <w:t>i</w:t>
      </w:r>
      <w:r>
        <w:rPr>
          <w:sz w:val="28"/>
        </w:rPr>
        <w:t>t</w:t>
      </w:r>
      <w:r>
        <w:rPr>
          <w:sz w:val="28"/>
        </w:rPr>
        <w:t>.</w:t>
      </w:r>
    </w:p>
    <w:p>
      <w:pPr>
        <w:spacing w:line="360" w:lineRule="auto" w:after="120"/>
      </w:pPr>
      <w:r>
        <w:rPr>
          <w:sz w:val="28"/>
        </w:rPr>
        <w:t>•</w:t>
      </w:r>
      <w:r>
        <w:rPr>
          <w:sz w:val="28"/>
        </w:rPr>
        <w:t xml:space="preserve"> </w:t>
      </w:r>
      <w:r>
        <w:rPr>
          <w:sz w:val="28"/>
        </w:rPr>
        <w:t>L</w:t>
      </w:r>
      <w:r>
        <w:rPr>
          <w:sz w:val="28"/>
        </w:rPr>
        <w:t>e</w:t>
      </w:r>
      <w:r>
        <w:rPr>
          <w:sz w:val="28"/>
        </w:rPr>
        <w:t xml:space="preserve"> </w:t>
      </w:r>
      <w:r>
        <w:rPr>
          <w:b/>
          <w:color w:val="F59E0B"/>
          <w:sz w:val="28"/>
        </w:rPr>
        <w:t>p</w:t>
      </w:r>
      <w:r>
        <w:rPr>
          <w:sz w:val="28"/>
        </w:rPr>
        <w:t>o</w:t>
      </w:r>
      <w:r>
        <w:rPr>
          <w:sz w:val="28"/>
        </w:rPr>
        <w:t>i</w:t>
      </w:r>
      <w:r>
        <w:rPr>
          <w:sz w:val="28"/>
        </w:rPr>
        <w:t>s</w:t>
      </w:r>
      <w:r>
        <w:rPr>
          <w:sz w:val="28"/>
        </w:rPr>
        <w:t>s</w:t>
      </w:r>
      <w:r>
        <w:rPr>
          <w:sz w:val="28"/>
        </w:rPr>
        <w:t>o</w:t>
      </w:r>
      <w:r>
        <w:rPr>
          <w:sz w:val="28"/>
        </w:rPr>
        <w:t>n</w:t>
      </w:r>
      <w:r>
        <w:rPr>
          <w:sz w:val="28"/>
        </w:rPr>
        <w:t xml:space="preserve"> </w:t>
      </w:r>
      <w:r>
        <w:rPr>
          <w:b/>
          <w:color w:val="F59E0B"/>
          <w:sz w:val="28"/>
        </w:rPr>
        <w:t>p</w:t>
      </w:r>
      <w:r>
        <w:rPr>
          <w:sz w:val="28"/>
        </w:rPr>
        <w:t>l</w:t>
      </w:r>
      <w:r>
        <w:rPr>
          <w:sz w:val="28"/>
        </w:rPr>
        <w:t>o</w:t>
      </w:r>
      <w:r>
        <w:rPr>
          <w:sz w:val="28"/>
        </w:rPr>
        <w:t>n</w:t>
      </w:r>
      <w:r>
        <w:rPr>
          <w:sz w:val="28"/>
        </w:rPr>
        <w:t>g</w:t>
      </w:r>
      <w:r>
        <w:rPr>
          <w:sz w:val="28"/>
        </w:rPr>
        <w:t>e</w:t>
      </w:r>
      <w:r>
        <w:rPr>
          <w:sz w:val="28"/>
        </w:rPr>
        <w:t xml:space="preserve"> </w:t>
      </w:r>
      <w:r>
        <w:rPr>
          <w:b/>
          <w:color w:val="F59E0B"/>
          <w:sz w:val="28"/>
        </w:rPr>
        <w:t>p</w:t>
      </w:r>
      <w:r>
        <w:rPr>
          <w:sz w:val="28"/>
        </w:rPr>
        <w:t>u</w:t>
      </w:r>
      <w:r>
        <w:rPr>
          <w:sz w:val="28"/>
        </w:rPr>
        <w:t>i</w:t>
      </w:r>
      <w:r>
        <w:rPr>
          <w:sz w:val="28"/>
        </w:rPr>
        <w:t>s</w:t>
      </w:r>
      <w:r>
        <w:rPr>
          <w:sz w:val="28"/>
        </w:rPr>
        <w:t xml:space="preserve"> </w:t>
      </w:r>
      <w:r>
        <w:rPr>
          <w:sz w:val="28"/>
        </w:rPr>
        <w:t>r</w:t>
      </w:r>
      <w:r>
        <w:rPr>
          <w:sz w:val="28"/>
        </w:rPr>
        <w:t>e</w:t>
      </w:r>
      <w:r>
        <w:rPr>
          <w:sz w:val="28"/>
        </w:rPr>
        <w:t>m</w:t>
      </w:r>
      <w:r>
        <w:rPr>
          <w:sz w:val="28"/>
        </w:rPr>
        <w:t>o</w:t>
      </w:r>
      <w:r>
        <w:rPr>
          <w:sz w:val="28"/>
        </w:rPr>
        <w:t>n</w:t>
      </w:r>
      <w:r>
        <w:rPr>
          <w:sz w:val="28"/>
        </w:rPr>
        <w:t>t</w:t>
      </w:r>
      <w:r>
        <w:rPr>
          <w:sz w:val="28"/>
        </w:rPr>
        <w:t>e</w:t>
      </w:r>
      <w:r>
        <w:rPr>
          <w:sz w:val="28"/>
        </w:rPr>
        <w:t>.</w:t>
      </w:r>
    </w:p>
    <w:p>
      <w:pPr>
        <w:spacing w:line="360" w:lineRule="auto" w:after="120"/>
      </w:pPr>
      <w:r>
        <w:rPr>
          <w:sz w:val="28"/>
        </w:rPr>
        <w:t>•</w:t>
      </w:r>
      <w:r>
        <w:rPr>
          <w:sz w:val="28"/>
        </w:rPr>
        <w:t xml:space="preserve"> </w:t>
      </w:r>
      <w:r>
        <w:rPr>
          <w:sz w:val="28"/>
        </w:rPr>
        <w:t>L</w:t>
      </w:r>
      <w:r>
        <w:rPr>
          <w:sz w:val="28"/>
        </w:rPr>
        <w:t>a</w:t>
      </w:r>
      <w:r>
        <w:rPr>
          <w:sz w:val="28"/>
        </w:rPr>
        <w:t xml:space="preserve"> </w:t>
      </w:r>
      <w:r>
        <w:rPr>
          <w:b/>
          <w:color w:val="1F6FEB"/>
          <w:sz w:val="28"/>
        </w:rPr>
        <w:t>q</w:t>
      </w:r>
      <w:r>
        <w:rPr>
          <w:sz w:val="28"/>
        </w:rPr>
        <w:t>u</w:t>
      </w:r>
      <w:r>
        <w:rPr>
          <w:sz w:val="28"/>
        </w:rPr>
        <w:t>e</w:t>
      </w:r>
      <w:r>
        <w:rPr>
          <w:sz w:val="28"/>
        </w:rPr>
        <w:t>u</w:t>
      </w:r>
      <w:r>
        <w:rPr>
          <w:sz w:val="28"/>
        </w:rPr>
        <w:t>e</w:t>
      </w:r>
      <w:r>
        <w:rPr>
          <w:sz w:val="28"/>
        </w:rPr>
        <w:t xml:space="preserve"> </w:t>
      </w:r>
      <w:r>
        <w:rPr>
          <w:b/>
          <w:color w:val="9443C6"/>
          <w:sz w:val="28"/>
        </w:rPr>
        <w:t>d</w:t>
      </w:r>
      <w:r>
        <w:rPr>
          <w:sz w:val="28"/>
        </w:rPr>
        <w:t>u</w:t>
      </w:r>
      <w:r>
        <w:rPr>
          <w:sz w:val="28"/>
        </w:rPr>
        <w:t xml:space="preserve"> </w:t>
      </w:r>
      <w:r>
        <w:rPr>
          <w:sz w:val="28"/>
        </w:rPr>
        <w:t>c</w:t>
      </w:r>
      <w:r>
        <w:rPr>
          <w:sz w:val="28"/>
        </w:rPr>
        <w:t>e</w:t>
      </w:r>
      <w:r>
        <w:rPr>
          <w:sz w:val="28"/>
        </w:rPr>
        <w:t>r</w:t>
      </w:r>
      <w:r>
        <w:rPr>
          <w:sz w:val="28"/>
        </w:rPr>
        <w:t>f</w:t>
      </w:r>
      <w:r>
        <w:rPr>
          <w:sz w:val="28"/>
        </w:rPr>
        <w:t>-</w:t>
      </w:r>
      <w:r>
        <w:rPr>
          <w:sz w:val="28"/>
        </w:rPr>
        <w:t>v</w:t>
      </w:r>
      <w:r>
        <w:rPr>
          <w:sz w:val="28"/>
        </w:rPr>
        <w:t>o</w:t>
      </w:r>
      <w:r>
        <w:rPr>
          <w:sz w:val="28"/>
        </w:rPr>
        <w:t>l</w:t>
      </w:r>
      <w:r>
        <w:rPr>
          <w:sz w:val="28"/>
        </w:rPr>
        <w:t>a</w:t>
      </w:r>
      <w:r>
        <w:rPr>
          <w:sz w:val="28"/>
        </w:rPr>
        <w:t>n</w:t>
      </w:r>
      <w:r>
        <w:rPr>
          <w:sz w:val="28"/>
        </w:rPr>
        <w:t>t</w:t>
      </w:r>
      <w:r>
        <w:rPr>
          <w:sz w:val="28"/>
        </w:rPr>
        <w:t xml:space="preserve"> </w:t>
      </w:r>
      <w:r>
        <w:rPr>
          <w:b/>
          <w:color w:val="008060"/>
          <w:sz w:val="28"/>
        </w:rPr>
        <w:t>b</w:t>
      </w:r>
      <w:r>
        <w:rPr>
          <w:sz w:val="28"/>
        </w:rPr>
        <w:t>o</w:t>
      </w:r>
      <w:r>
        <w:rPr>
          <w:sz w:val="28"/>
        </w:rPr>
        <w:t>u</w:t>
      </w:r>
      <w:r>
        <w:rPr>
          <w:sz w:val="28"/>
        </w:rPr>
        <w:t>g</w:t>
      </w:r>
      <w:r>
        <w:rPr>
          <w:sz w:val="28"/>
        </w:rPr>
        <w:t>e</w:t>
      </w:r>
      <w:r>
        <w:rPr>
          <w:sz w:val="28"/>
        </w:rPr>
        <w:t>.</w:t>
      </w:r>
    </w:p>
    <w:p/>
    <w:p>
      <w:r>
        <w:rPr>
          <w:b/>
          <w:color w:val="000000"/>
          <w:sz w:val="32"/>
        </w:rPr>
        <w:t>E. Auto-évaluation</w:t>
      </w:r>
    </w:p>
    <w:p>
      <w:pPr>
        <w:spacing w:after="120"/>
      </w:pPr>
      <w:r>
        <w:rPr>
          <w:b/>
          <w:color w:val="1F6FEB"/>
        </w:rPr>
        <w:t xml:space="preserve">Astuce : </w:t>
      </w:r>
      <w:r>
        <w:t>si b/d/p/q se mélangent, trace un petit repère au crayon (ex : b = “ventre à droite”).</w:t>
      </w:r>
    </w:p>
    <w:p>
      <w:r>
        <w:t>Coche ce qui te correspond aujourd’hui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3437"/>
            <w:shd w:val="clear" w:color="auto" w:fill="F2F4F8"/>
            <w:tcMar>
              <w:top w:w="180" w:type="dxa"/>
              <w:start w:w="220" w:type="dxa"/>
              <w:bottom w:w="180" w:type="dxa"/>
              <w:end w:w="220" w:type="dxa"/>
            </w:tcMar>
          </w:tcPr>
          <w:p>
            <w:pPr>
              <w:jc w:val="center"/>
            </w:pPr>
            <w:r>
              <w:rPr>
                <w:b/>
                <w:sz w:val="24"/>
              </w:rPr>
              <w:t>☐ 🙂 Facile</w:t>
            </w:r>
          </w:p>
        </w:tc>
        <w:tc>
          <w:tcPr>
            <w:tcW w:type="dxa" w:w="3437"/>
            <w:shd w:val="clear" w:color="auto" w:fill="F2F4F8"/>
            <w:tcMar>
              <w:top w:w="180" w:type="dxa"/>
              <w:start w:w="220" w:type="dxa"/>
              <w:bottom w:w="180" w:type="dxa"/>
              <w:end w:w="220" w:type="dxa"/>
            </w:tcMar>
          </w:tcPr>
          <w:p>
            <w:pPr>
              <w:jc w:val="center"/>
            </w:pPr>
            <w:r>
              <w:rPr>
                <w:b/>
                <w:sz w:val="24"/>
              </w:rPr>
              <w:t>☐ 😐 Moyen</w:t>
            </w:r>
          </w:p>
        </w:tc>
        <w:tc>
          <w:tcPr>
            <w:tcW w:type="dxa" w:w="3437"/>
            <w:shd w:val="clear" w:color="auto" w:fill="F2F4F8"/>
            <w:tcMar>
              <w:top w:w="180" w:type="dxa"/>
              <w:start w:w="220" w:type="dxa"/>
              <w:bottom w:w="180" w:type="dxa"/>
              <w:end w:w="220" w:type="dxa"/>
            </w:tcMar>
          </w:tcPr>
          <w:p>
            <w:pPr>
              <w:jc w:val="center"/>
            </w:pPr>
            <w:r>
              <w:rPr>
                <w:b/>
                <w:sz w:val="24"/>
              </w:rPr>
              <w:t>☐ 🙁 Difficile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