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1F4E79"/>
            <w:tcMar>
              <w:top w:w="180" w:type="dxa"/>
              <w:start w:w="180" w:type="dxa"/>
              <w:bottom w:w="18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48"/>
              </w:rPr>
              <w:t>30 cas de production écrite - DELF B1</w:t>
            </w:r>
          </w:p>
        </w:tc>
      </w:tr>
    </w:tbl>
    <w:p/>
    <w:p>
      <w:pPr>
        <w:jc w:val="center"/>
      </w:pPr>
      <w:r>
        <w:rPr>
          <w:color w:val="505050"/>
          <w:sz w:val="24"/>
        </w:rPr>
        <w:t>Entraînement complet : Tâche 1 (message) + Tâche 2 (opinion/argumentation)</w:t>
      </w:r>
    </w:p>
    <w:p/>
    <w:p>
      <w:pPr>
        <w:jc w:val="center"/>
      </w:pPr>
      <w:r>
        <w:rPr>
          <w:i/>
          <w:color w:val="5A5A5A"/>
        </w:rPr>
        <w:t>Objectif : s’entraîner avec des situations réalistes, variées et calibrées niveau B1.</w:t>
      </w:r>
    </w:p>
    <w:p/>
    <w:p>
      <w:pPr>
        <w:jc w:val="center"/>
      </w:pPr>
      <w:r>
        <w:rPr>
          <w:b/>
          <w:color w:val="1F4E79"/>
        </w:rPr>
        <w:t>Repères :</w:t>
      </w:r>
    </w:p>
    <w:p>
      <w:pPr>
        <w:jc w:val="center"/>
      </w:pPr>
      <w:r>
        <w:t>• Tâche 1 : 80 à 100 mots (message/email/lettre)</w:t>
      </w:r>
    </w:p>
    <w:p>
      <w:pPr>
        <w:jc w:val="center"/>
      </w:pPr>
      <w:r>
        <w:t>• Tâche 2 : 160 à 180 mots (texte argumentatif)</w:t>
      </w:r>
    </w:p>
    <w:p>
      <w:r>
        <w:br w:type="page"/>
      </w:r>
    </w:p>
    <w:p>
      <w:pPr>
        <w:pStyle w:val="Heading1"/>
      </w:pPr>
      <w:r>
        <w:t>Mode d’emploi (rapide)</w:t>
      </w:r>
    </w:p>
    <w:p>
      <w:pPr>
        <w:spacing w:before="0" w:after="180" w:line="276" w:lineRule="auto"/>
      </w:pPr>
      <w:r>
        <w:t>Pour chaque cas, vous trouverez une situation, une Tâche 1 (message) et une Tâche 2 (opinion). Entraînez-vous en respectant les nombres de mots et en structurant votre texte (introduction, développement, conclusion).</w:t>
      </w:r>
    </w:p>
    <w:p>
      <w:pPr>
        <w:pStyle w:val="Heading2"/>
      </w:pPr>
      <w:r>
        <w:t>Méthode simple en 4 étapes</w:t>
      </w:r>
    </w:p>
    <w:p>
      <w:pPr>
        <w:pStyle w:val="ListBullet"/>
      </w:pPr>
      <w:r>
        <w:t>Lire la consigne et souligner les éléments obligatoires (qui écrit ? à qui ? pourquoi ?).</w:t>
      </w:r>
    </w:p>
    <w:p>
      <w:pPr>
        <w:pStyle w:val="ListBullet"/>
      </w:pPr>
      <w:r>
        <w:t>Faire un mini-plan (3 idées maximum) et choisir 6 à 10 mots de vocabulaire utiles.</w:t>
      </w:r>
    </w:p>
    <w:p>
      <w:pPr>
        <w:pStyle w:val="ListBullet"/>
      </w:pPr>
      <w:r>
        <w:t>Rédiger en phrases courtes, avec des connecteurs (d’abord, ensuite, cependant, donc...).</w:t>
      </w:r>
    </w:p>
    <w:p>
      <w:pPr>
        <w:pStyle w:val="ListBullet"/>
      </w:pPr>
      <w:r>
        <w:t>Relire : accords, temps verbaux, ponctuation, répétitions, cohérence.</w:t>
      </w:r>
    </w:p>
    <w:p/>
    <w:p>
      <w:pPr>
        <w:pStyle w:val="Heading2"/>
      </w:pPr>
      <w:r>
        <w:t>Connecteurs utiles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EAF2FB"/>
          </w:tcPr>
          <w:p>
            <w:r>
              <w:t>Organiser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EAF2FB"/>
          </w:tcPr>
          <w:p>
            <w:r>
              <w:t>D’abord / ensuite / enfin ; en plus ; d’une part / d’autre part</w:t>
            </w:r>
          </w:p>
        </w:tc>
      </w:tr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Opposer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Cependant ; pourtant ; en revanche ; tandis que ; malgré</w:t>
            </w:r>
          </w:p>
        </w:tc>
      </w:tr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Expliquer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Parce que ; puisque ; en effet ; c’est pourquoi ; donc</w:t>
            </w:r>
          </w:p>
        </w:tc>
      </w:tr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Conclure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Pour résumer ; en conclusion ; au final ; selon moi</w:t>
            </w:r>
          </w:p>
        </w:tc>
      </w:tr>
    </w:tbl>
    <w:p/>
    <w:p>
      <w:pPr>
        <w:pStyle w:val="Heading2"/>
      </w:pPr>
      <w:r>
        <w:t>Grille d’auto-évaluation (à cocher)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E8F5E9"/>
          </w:tcPr>
          <w:p>
            <w:r>
              <w:t>Consigne respectée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  <w:shd w:val="clear" w:color="auto" w:fill="E8F5E9"/>
          </w:tcPr>
          <w:p>
            <w:r>
              <w:t>□ Tous les points demandés sont traités, bon destinataire, ton adapté.</w:t>
            </w:r>
          </w:p>
        </w:tc>
      </w:tr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Organisation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□ Paragraphes clairs, connecteurs, progression logique.</w:t>
            </w:r>
          </w:p>
        </w:tc>
      </w:tr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Argumentation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□ Exemples concrets, opinion claire, nuances.</w:t>
            </w:r>
          </w:p>
        </w:tc>
      </w:tr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Lexique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□ Vocabulaire varié, mots précis, peu de répétitions.</w:t>
            </w:r>
          </w:p>
        </w:tc>
      </w:tr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Grammaire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□ Accords et temps majoritairement corrects.</w:t>
            </w:r>
          </w:p>
        </w:tc>
      </w:tr>
      <w:tr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Orthographe</w:t>
            </w:r>
          </w:p>
        </w:tc>
        <w:tc>
          <w:tcPr>
            <w:tcW w:type="dxa" w:w="4986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t>□ Ponctuation, accents, mots courants corrects.</w:t>
            </w:r>
          </w:p>
        </w:tc>
      </w:tr>
    </w:tbl>
    <w:p>
      <w:r>
        <w:br w:type="page"/>
      </w:r>
    </w:p>
    <w:p>
      <w:pPr>
        <w:pStyle w:val="Heading1"/>
      </w:pPr>
      <w:r>
        <w:t>Cas 01 - Changement d’horaires au travail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Travail / organisation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travaillez dans une entreprise où de nouveaux horaires vont être appliqués le mois prochain. Vous souhaitez demander des ajustements pour des raisons familiales.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à votre responsable (email professionnel).</w:t>
      </w:r>
    </w:p>
    <w:p>
      <w:pPr>
        <w:pStyle w:val="ListBullet"/>
      </w:pPr>
      <w:r>
        <w:t>Expliquer votre situation et les contraintes.</w:t>
      </w:r>
    </w:p>
    <w:p>
      <w:pPr>
        <w:pStyle w:val="ListBullet"/>
      </w:pPr>
      <w:r>
        <w:t>Proposer une solution réaliste (ex. horaires décalés, télétravail 1 jour).</w:t>
      </w:r>
    </w:p>
    <w:p>
      <w:pPr>
        <w:pStyle w:val="ListBullet"/>
      </w:pPr>
      <w:r>
        <w:t>Demander une réponse et remercier.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court article interne indique que l’entreprise teste des horaires plus tôt le matin pour améliorer la productivité et réduire les réunions tardives.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ces nouveaux horaires.</w:t>
      </w:r>
    </w:p>
    <w:p>
      <w:pPr>
        <w:pStyle w:val="ListBullet"/>
      </w:pPr>
      <w:r>
        <w:t>Présenter 2 avantages et 2 inconvénients.</w:t>
      </w:r>
    </w:p>
    <w:p>
      <w:pPr>
        <w:pStyle w:val="ListBullet"/>
      </w:pPr>
      <w:r>
        <w:t>Proposer une mesure d’accompagnement pour les salariés.</w:t>
      </w:r>
    </w:p>
    <w:p/>
    <w:p>
      <w:pPr>
        <w:pStyle w:val="Heading2"/>
      </w:pPr>
      <w:r>
        <w:t>Lexique utile</w:t>
      </w:r>
    </w:p>
    <w:p>
      <w:r>
        <w:t>horaires, flexibilité, contraintes, organisation, transport, équilibre, productivité, planning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me permets de vous écrire au sujet de...</w:t>
      </w:r>
    </w:p>
    <w:p>
      <w:pPr>
        <w:pStyle w:val="ListBullet"/>
      </w:pPr>
      <w:r>
        <w:t>Serait-il envisageable de... ?</w:t>
      </w:r>
    </w:p>
    <w:p>
      <w:pPr>
        <w:pStyle w:val="ListBullet"/>
      </w:pPr>
      <w:r>
        <w:t>D’un côté..., de l’autre...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02 - Réservation annulée - demander un geste commercial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Consommation / services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aviez réservé une chambre d’hôtel pour un week-end. L’hôtel annule la réservation à la dernière minute. Vous devez réagir.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service client de l’hôtel.</w:t>
      </w:r>
    </w:p>
    <w:p>
      <w:pPr>
        <w:pStyle w:val="ListBullet"/>
      </w:pPr>
      <w:r>
        <w:t>Rappeler la réservation (dates, référence).</w:t>
      </w:r>
    </w:p>
    <w:p>
      <w:pPr>
        <w:pStyle w:val="ListBullet"/>
      </w:pPr>
      <w:r>
        <w:t>Expliquer les conséquences (billets, déplacement).</w:t>
      </w:r>
    </w:p>
    <w:p>
      <w:pPr>
        <w:pStyle w:val="ListBullet"/>
      </w:pPr>
      <w:r>
        <w:t>Demander une solution (relogement, remboursement, réduction).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forum de voyageurs discute des annulations de dernière minute : certains demandent un remboursement total, d’autres préfèrent un relogement équivalent.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Dire quelle solution vous semble la plus juste.</w:t>
      </w:r>
    </w:p>
    <w:p>
      <w:pPr>
        <w:pStyle w:val="ListBullet"/>
      </w:pPr>
      <w:r>
        <w:t>Argumenter avec des exemples concrets.</w:t>
      </w:r>
    </w:p>
    <w:p>
      <w:pPr>
        <w:pStyle w:val="ListBullet"/>
      </w:pPr>
      <w:r>
        <w:t>Conclure par un conseil aux voyageurs.</w:t>
      </w:r>
    </w:p>
    <w:p/>
    <w:p>
      <w:pPr>
        <w:pStyle w:val="Heading2"/>
      </w:pPr>
      <w:r>
        <w:t>Lexique utile</w:t>
      </w:r>
    </w:p>
    <w:p>
      <w:r>
        <w:t>réservation, annulation, remboursement, relogement, préjudice, dédommagement, conditions, service client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Suite à votre message du...</w:t>
      </w:r>
    </w:p>
    <w:p>
      <w:pPr>
        <w:pStyle w:val="ListBullet"/>
      </w:pPr>
      <w:r>
        <w:t>Je vous remercie de bien vouloir...</w:t>
      </w:r>
    </w:p>
    <w:p>
      <w:pPr>
        <w:pStyle w:val="ListBullet"/>
      </w:pPr>
      <w:r>
        <w:t>À défaut de..., je souhaiterais...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03 - Club sportif - s’inscrire et poser des questions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Loisirs / sport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voulez vous inscrire dans un club sportif de votre ville. Vous avez besoin d’informations avant de payer l’adhésion.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club (email).</w:t>
      </w:r>
    </w:p>
    <w:p>
      <w:pPr>
        <w:pStyle w:val="ListBullet"/>
      </w:pPr>
      <w:r>
        <w:t>Demander les horaires, tarifs et niveau requis.</w:t>
      </w:r>
    </w:p>
    <w:p>
      <w:pPr>
        <w:pStyle w:val="ListBullet"/>
      </w:pPr>
      <w:r>
        <w:t>Demander s’il existe un cours d’essai.</w:t>
      </w:r>
    </w:p>
    <w:p>
      <w:pPr>
        <w:pStyle w:val="ListBullet"/>
      </w:pPr>
      <w:r>
        <w:t>Préciser vos disponibilités et votre niveau.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Une affiche municipale encourage les habitants à pratiquer une activité physique régulière pour la santé et la cohésion sociale.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point de vue sur les campagnes sport-santé.</w:t>
      </w:r>
    </w:p>
    <w:p>
      <w:pPr>
        <w:pStyle w:val="ListBullet"/>
      </w:pPr>
      <w:r>
        <w:t>Expliquer ce qui peut motiver ou freiner les gens.</w:t>
      </w:r>
    </w:p>
    <w:p>
      <w:pPr>
        <w:pStyle w:val="ListBullet"/>
      </w:pPr>
      <w:r>
        <w:t>Proposer une action concrète pour votre quartier.</w:t>
      </w:r>
    </w:p>
    <w:p/>
    <w:p>
      <w:pPr>
        <w:pStyle w:val="Heading2"/>
      </w:pPr>
      <w:r>
        <w:t>Lexique utile</w:t>
      </w:r>
    </w:p>
    <w:p>
      <w:r>
        <w:t>adhésion, cours d’essai, niveau, encadrement, équipement, inscription, motivation, santé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Pourriez-vous m’indiquer... ?</w:t>
      </w:r>
    </w:p>
    <w:p>
      <w:pPr>
        <w:pStyle w:val="ListBullet"/>
      </w:pPr>
      <w:r>
        <w:t>Je suis disponible plutôt...</w:t>
      </w:r>
    </w:p>
    <w:p>
      <w:pPr>
        <w:pStyle w:val="ListBullet"/>
      </w:pPr>
      <w:r>
        <w:t>Il me semble que...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04 - Appartement bruyant - écrire au voisin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Vie quotidienne / voisinage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Votre voisin fait souvent du bruit tard le soir. Vous voulez régler le problème sans conflit.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un mot ou un email au voisin.</w:t>
      </w:r>
    </w:p>
    <w:p>
      <w:pPr>
        <w:pStyle w:val="ListBullet"/>
      </w:pPr>
      <w:r>
        <w:t>Décrire le problème avec des exemples précis.</w:t>
      </w:r>
    </w:p>
    <w:p>
      <w:pPr>
        <w:pStyle w:val="ListBullet"/>
      </w:pPr>
      <w:r>
        <w:t>Rester poli et proposer une solution (horaires, prévenir).</w:t>
      </w:r>
    </w:p>
    <w:p>
      <w:pPr>
        <w:pStyle w:val="ListBullet"/>
      </w:pPr>
      <w:r>
        <w:t>Inviter au dialogue.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de presse explique que la médiation de voisinage permet de résoudre des conflits du quotidien plus facilement que les procédures juridiques.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Dire si la médiation est une bonne solution.</w:t>
      </w:r>
    </w:p>
    <w:p>
      <w:pPr>
        <w:pStyle w:val="ListBullet"/>
      </w:pPr>
      <w:r>
        <w:t>Comparer avec d’autres méthodes (plainte, syndic).</w:t>
      </w:r>
    </w:p>
    <w:p>
      <w:pPr>
        <w:pStyle w:val="ListBullet"/>
      </w:pPr>
      <w:r>
        <w:t>Donner un exemple de règles de “bien vivre ensemble”.</w:t>
      </w:r>
    </w:p>
    <w:p/>
    <w:p>
      <w:pPr>
        <w:pStyle w:val="Heading2"/>
      </w:pPr>
      <w:r>
        <w:t>Lexique utile</w:t>
      </w:r>
    </w:p>
    <w:p>
      <w:r>
        <w:t>nuisances sonores, respect, médiation, dialogue, règlement, syndic, calme, horaires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vous écris car...</w:t>
      </w:r>
    </w:p>
    <w:p>
      <w:pPr>
        <w:pStyle w:val="ListBullet"/>
      </w:pPr>
      <w:r>
        <w:t>Je suis certain(e) que nous pouvons trouver un accord.</w:t>
      </w:r>
    </w:p>
    <w:p>
      <w:pPr>
        <w:pStyle w:val="ListBullet"/>
      </w:pPr>
      <w:r>
        <w:t>Je vous propose de...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05 - Demande de stage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Études / insertion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cherchez un stage de 4 semaines dans une entreprise. Vous devez envoyer un email de candidature spontanée.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responsable RH ou au manager.</w:t>
      </w:r>
    </w:p>
    <w:p>
      <w:pPr>
        <w:pStyle w:val="ListBullet"/>
      </w:pPr>
      <w:r>
        <w:t>Présenter votre formation et vos compétences.</w:t>
      </w:r>
    </w:p>
    <w:p>
      <w:pPr>
        <w:pStyle w:val="ListBullet"/>
      </w:pPr>
      <w:r>
        <w:t>Expliquer ce que vous souhaitez apprendre.</w:t>
      </w:r>
    </w:p>
    <w:p>
      <w:pPr>
        <w:pStyle w:val="ListBullet"/>
      </w:pPr>
      <w:r>
        <w:t>Proposer un entretien et joindre votre CV.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billet de blog affirme que les stages sont utiles s’ils comportent de vraies missions et un encadrement clair.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la valeur des stages.</w:t>
      </w:r>
    </w:p>
    <w:p>
      <w:pPr>
        <w:pStyle w:val="ListBullet"/>
      </w:pPr>
      <w:r>
        <w:t>Dire ce qu’un “bon stage” doit contenir.</w:t>
      </w:r>
    </w:p>
    <w:p>
      <w:pPr>
        <w:pStyle w:val="ListBullet"/>
      </w:pPr>
      <w:r>
        <w:t>Conclure par une recommandation aux étudiants.</w:t>
      </w:r>
    </w:p>
    <w:p/>
    <w:p>
      <w:pPr>
        <w:pStyle w:val="Heading2"/>
      </w:pPr>
      <w:r>
        <w:t>Lexique utile</w:t>
      </w:r>
    </w:p>
    <w:p>
      <w:r>
        <w:t>candidature, stage, compétences, mission, encadrement, CV, entretien, motivation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vous adresse ma candidature pour...</w:t>
      </w:r>
    </w:p>
    <w:p>
      <w:pPr>
        <w:pStyle w:val="ListBullet"/>
      </w:pPr>
      <w:r>
        <w:t>Je souhaiterais mettre à profit...</w:t>
      </w:r>
    </w:p>
    <w:p>
      <w:pPr>
        <w:pStyle w:val="ListBullet"/>
      </w:pPr>
      <w:r>
        <w:t>Je reste à votre disposition pour...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06 - Association - proposer de devenir bénévole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Citoyenneté / engagement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avez vu une annonce d’une association qui cherche des bénévoles. Vous voulez proposer votre aide.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à l’association.</w:t>
      </w:r>
    </w:p>
    <w:p>
      <w:pPr>
        <w:pStyle w:val="ListBullet"/>
      </w:pPr>
      <w:r>
        <w:t>Expliquer pourquoi la cause vous intéresse.</w:t>
      </w:r>
    </w:p>
    <w:p>
      <w:pPr>
        <w:pStyle w:val="ListBullet"/>
      </w:pPr>
      <w:r>
        <w:t>Indiquer vos compétences et vos disponibilités.</w:t>
      </w:r>
    </w:p>
    <w:p>
      <w:pPr>
        <w:pStyle w:val="ListBullet"/>
      </w:pPr>
      <w:r>
        <w:t>Demander comment se déroule l’intégration.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local explique que le bénévolat renforce les liens sociaux, mais que beaucoup de personnes manquent de temps.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point de vue sur le bénévolat aujourd’hui.</w:t>
      </w:r>
    </w:p>
    <w:p>
      <w:pPr>
        <w:pStyle w:val="ListBullet"/>
      </w:pPr>
      <w:r>
        <w:t>Présenter des solutions pour attirer des bénévoles.</w:t>
      </w:r>
    </w:p>
    <w:p>
      <w:pPr>
        <w:pStyle w:val="ListBullet"/>
      </w:pPr>
      <w:r>
        <w:t>Donner un exemple d’action simple et utile.</w:t>
      </w:r>
    </w:p>
    <w:p/>
    <w:p>
      <w:pPr>
        <w:pStyle w:val="Heading2"/>
      </w:pPr>
      <w:r>
        <w:t>Lexique utile</w:t>
      </w:r>
    </w:p>
    <w:p>
      <w:r>
        <w:t>bénévole, association, engagement, disponibilités, solidarité, mission, collecte, organisation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souhaiterais m’investir dans...</w:t>
      </w:r>
    </w:p>
    <w:p>
      <w:pPr>
        <w:pStyle w:val="ListBullet"/>
      </w:pPr>
      <w:r>
        <w:t>Je peux intervenir notamment pour...</w:t>
      </w:r>
    </w:p>
    <w:p>
      <w:pPr>
        <w:pStyle w:val="ListBullet"/>
      </w:pPr>
      <w:r>
        <w:t>Comment se déroule... ?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07 - Cours de langue - demander un changement de groupe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Études / formation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suivez un cours de français. Le niveau du groupe est trop facile pour vous. Vous voulez changer de groupe.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professeur ou au secrétariat.</w:t>
      </w:r>
    </w:p>
    <w:p>
      <w:pPr>
        <w:pStyle w:val="ListBullet"/>
      </w:pPr>
      <w:r>
        <w:t>Expliquer votre niveau et vos objectifs.</w:t>
      </w:r>
    </w:p>
    <w:p>
      <w:pPr>
        <w:pStyle w:val="ListBullet"/>
      </w:pPr>
      <w:r>
        <w:t>Demander un test de placement si nécessaire.</w:t>
      </w:r>
    </w:p>
    <w:p>
      <w:pPr>
        <w:pStyle w:val="ListBullet"/>
      </w:pPr>
      <w:r>
        <w:t>Proposer une solution (autre créneau, autre groupe).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pédagogique explique que progresser exige un niveau de défi adapté : ni trop facile, ni trop difficile.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opinion sur l’apprentissage des langues.</w:t>
      </w:r>
    </w:p>
    <w:p>
      <w:pPr>
        <w:pStyle w:val="ListBullet"/>
      </w:pPr>
      <w:r>
        <w:t>Parler de l’importance de la pratique.</w:t>
      </w:r>
    </w:p>
    <w:p>
      <w:pPr>
        <w:pStyle w:val="ListBullet"/>
      </w:pPr>
      <w:r>
        <w:t>Donner 2 conseils concrets pour progresser.</w:t>
      </w:r>
    </w:p>
    <w:p/>
    <w:p>
      <w:pPr>
        <w:pStyle w:val="Heading2"/>
      </w:pPr>
      <w:r>
        <w:t>Lexique utile</w:t>
      </w:r>
    </w:p>
    <w:p>
      <w:r>
        <w:t>niveau, progression, placement, groupe, créneau, objectif, pratique, compréhension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constate que...</w:t>
      </w:r>
    </w:p>
    <w:p>
      <w:pPr>
        <w:pStyle w:val="ListBullet"/>
      </w:pPr>
      <w:r>
        <w:t>Afin de progresser, j’aimerais...</w:t>
      </w:r>
    </w:p>
    <w:p>
      <w:pPr>
        <w:pStyle w:val="ListBullet"/>
      </w:pPr>
      <w:r>
        <w:t>Pensez-vous possible de... ?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08 - Transport en commun - signaler un problème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Ville / services publics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Votre ligne de bus est souvent en retard et cela vous cause des difficultés. Vous écrivez au service transport.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service de transport de votre ville.</w:t>
      </w:r>
    </w:p>
    <w:p>
      <w:pPr>
        <w:pStyle w:val="ListBullet"/>
      </w:pPr>
      <w:r>
        <w:t>Décrire les retards (heures, jours).</w:t>
      </w:r>
    </w:p>
    <w:p>
      <w:pPr>
        <w:pStyle w:val="ListBullet"/>
      </w:pPr>
      <w:r>
        <w:t>Expliquer les conséquences (travail, rendez-vous).</w:t>
      </w:r>
    </w:p>
    <w:p>
      <w:pPr>
        <w:pStyle w:val="ListBullet"/>
      </w:pPr>
      <w:r>
        <w:t>Demander des améliorations ou des informations.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municipal annonce un projet de modernisation des transports : nouvelles voies, applis de suivi en temps réel.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avis sur les investissements dans les transports.</w:t>
      </w:r>
    </w:p>
    <w:p>
      <w:pPr>
        <w:pStyle w:val="ListBullet"/>
      </w:pPr>
      <w:r>
        <w:t>Expliquer l’impact sur la vie quotidienne et l’environnement.</w:t>
      </w:r>
    </w:p>
    <w:p>
      <w:pPr>
        <w:pStyle w:val="ListBullet"/>
      </w:pPr>
      <w:r>
        <w:t>Proposer une priorité pour votre ville.</w:t>
      </w:r>
    </w:p>
    <w:p/>
    <w:p>
      <w:pPr>
        <w:pStyle w:val="Heading2"/>
      </w:pPr>
      <w:r>
        <w:t>Lexique utile</w:t>
      </w:r>
    </w:p>
    <w:p>
      <w:r>
        <w:t>retard, fréquence, trajet, usagers, ponctualité, itinéraire, modernisation, mobilité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me permets de signaler...</w:t>
      </w:r>
    </w:p>
    <w:p>
      <w:pPr>
        <w:pStyle w:val="ListBullet"/>
      </w:pPr>
      <w:r>
        <w:t>Ces dysfonctionnements entraînent...</w:t>
      </w:r>
    </w:p>
    <w:p>
      <w:pPr>
        <w:pStyle w:val="ListBullet"/>
      </w:pPr>
      <w:r>
        <w:t>Je vous saurais gré de...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09 - Organisation d’un anniversaire - inviter et organiser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Vie personnelle / événement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organisez un anniversaire et vous devez écrire à un ami pour l’inviter et lui demander de l’aide.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un email ou message à un ami.</w:t>
      </w:r>
    </w:p>
    <w:p>
      <w:pPr>
        <w:pStyle w:val="ListBullet"/>
      </w:pPr>
      <w:r>
        <w:t>Donner la date, le lieu et le programme.</w:t>
      </w:r>
    </w:p>
    <w:p>
      <w:pPr>
        <w:pStyle w:val="ListBullet"/>
      </w:pPr>
      <w:r>
        <w:t>Demander un coup de main (musique, décoration, gâteau).</w:t>
      </w:r>
    </w:p>
    <w:p>
      <w:pPr>
        <w:pStyle w:val="ListBullet"/>
      </w:pPr>
      <w:r>
        <w:t>Confirmer la réponse avant une date limite.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de magazine explique que les fêtes simples et conviviales sont souvent plus réussies que les événements coûteux.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Dire si vous êtes d’accord avec cette idée.</w:t>
      </w:r>
    </w:p>
    <w:p>
      <w:pPr>
        <w:pStyle w:val="ListBullet"/>
      </w:pPr>
      <w:r>
        <w:t>Donner des exemples de fêtes réussies.</w:t>
      </w:r>
    </w:p>
    <w:p>
      <w:pPr>
        <w:pStyle w:val="ListBullet"/>
      </w:pPr>
      <w:r>
        <w:t>Proposer 3 idées pour une fête “simple mais mémorable”.</w:t>
      </w:r>
    </w:p>
    <w:p/>
    <w:p>
      <w:pPr>
        <w:pStyle w:val="Heading2"/>
      </w:pPr>
      <w:r>
        <w:t>Lexique utile</w:t>
      </w:r>
    </w:p>
    <w:p>
      <w:r>
        <w:t>invitation, programme, préparation, convivial, budget, décoration, ambiance, confirmation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Ça me ferait plaisir que tu viennes...</w:t>
      </w:r>
    </w:p>
    <w:p>
      <w:pPr>
        <w:pStyle w:val="ListBullet"/>
      </w:pPr>
      <w:r>
        <w:t>Peux-tu me rendre un service ?</w:t>
      </w:r>
    </w:p>
    <w:p>
      <w:pPr>
        <w:pStyle w:val="ListBullet"/>
      </w:pPr>
      <w:r>
        <w:t>On fait au plus simple, mais...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10 - Vente d’un objet d’occasion - répondre à un acheteur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Consommation / numérique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avez mis un objet en vente sur un site d’annonces. Un acheteur vous pose des questions. Vous répondez.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Répondre poliment et clairement.</w:t>
      </w:r>
    </w:p>
    <w:p>
      <w:pPr>
        <w:pStyle w:val="ListBullet"/>
      </w:pPr>
      <w:r>
        <w:t>Donner l’état, les accessoires, la raison de la vente.</w:t>
      </w:r>
    </w:p>
    <w:p>
      <w:pPr>
        <w:pStyle w:val="ListBullet"/>
      </w:pPr>
      <w:r>
        <w:t>Proposer un lieu et une heure pour la remise.</w:t>
      </w:r>
    </w:p>
    <w:p>
      <w:pPr>
        <w:pStyle w:val="ListBullet"/>
      </w:pPr>
      <w:r>
        <w:t>Préciser les conditions de paiement.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avertit que les ventes entre particuliers nécessitent prudence : rendez-vous dans un lieu public, paiement sécurisé.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l’achat-vente d’occasion.</w:t>
      </w:r>
    </w:p>
    <w:p>
      <w:pPr>
        <w:pStyle w:val="ListBullet"/>
      </w:pPr>
      <w:r>
        <w:t>Présenter les avantages (budget, écologie) et les risques.</w:t>
      </w:r>
    </w:p>
    <w:p>
      <w:pPr>
        <w:pStyle w:val="ListBullet"/>
      </w:pPr>
      <w:r>
        <w:t>Donner 4 règles de sécurité.</w:t>
      </w:r>
    </w:p>
    <w:p/>
    <w:p>
      <w:pPr>
        <w:pStyle w:val="Heading2"/>
      </w:pPr>
      <w:r>
        <w:t>Lexique utile</w:t>
      </w:r>
    </w:p>
    <w:p>
      <w:r>
        <w:t>annonce, état, accessoires, remise en main propre, paiement, sécurité, négociation, garantie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L’objet est en très bon état...</w:t>
      </w:r>
    </w:p>
    <w:p>
      <w:pPr>
        <w:pStyle w:val="ListBullet"/>
      </w:pPr>
      <w:r>
        <w:t>Je vous propose de...</w:t>
      </w:r>
    </w:p>
    <w:p>
      <w:pPr>
        <w:pStyle w:val="ListBullet"/>
      </w:pPr>
      <w:r>
        <w:t>Pour plus de sécurité, je préfère...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11 - Bibliothèque - demander l’inscription et des services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Culture / services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venez d’arriver dans une ville. Vous voulez vous inscrire à la bibliothèque et connaître les services.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à la bibliothèque.</w:t>
      </w:r>
    </w:p>
    <w:p>
      <w:pPr>
        <w:pStyle w:val="ListBullet"/>
      </w:pPr>
      <w:r>
        <w:t>Demander les documents nécessaires pour l’inscription.</w:t>
      </w:r>
    </w:p>
    <w:p>
      <w:pPr>
        <w:pStyle w:val="ListBullet"/>
      </w:pPr>
      <w:r>
        <w:t>Demander s’il existe une carte gratuite/étudiant.</w:t>
      </w:r>
    </w:p>
    <w:p>
      <w:pPr>
        <w:pStyle w:val="ListBullet"/>
      </w:pPr>
      <w:r>
        <w:t>Se renseigner sur le prêt numérique et les horaires.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présente les bibliothèques modernes : espaces de travail, ateliers, accès à des ressources en ligne.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opinion sur le rôle des bibliothèques aujourd’hui.</w:t>
      </w:r>
    </w:p>
    <w:p>
      <w:pPr>
        <w:pStyle w:val="ListBullet"/>
      </w:pPr>
      <w:r>
        <w:t>Dire comment elles peuvent attirer les jeunes.</w:t>
      </w:r>
    </w:p>
    <w:p>
      <w:pPr>
        <w:pStyle w:val="ListBullet"/>
      </w:pPr>
      <w:r>
        <w:t>Proposer une activité à organiser.</w:t>
      </w:r>
    </w:p>
    <w:p/>
    <w:p>
      <w:pPr>
        <w:pStyle w:val="Heading2"/>
      </w:pPr>
      <w:r>
        <w:t>Lexique utile</w:t>
      </w:r>
    </w:p>
    <w:p>
      <w:r>
        <w:t>inscription, carte, prêt, ressources, atelier, horaire, espace de travail, accès en ligne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souhaiterais obtenir des renseignements...</w:t>
      </w:r>
    </w:p>
    <w:p>
      <w:pPr>
        <w:pStyle w:val="ListBullet"/>
      </w:pPr>
      <w:r>
        <w:t>Quelles sont les pièces à fournir ?</w:t>
      </w:r>
    </w:p>
    <w:p>
      <w:pPr>
        <w:pStyle w:val="ListBullet"/>
      </w:pPr>
      <w:r>
        <w:t>Existe-t-il un service de... ?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12 - Problème de livraison - réclamer une solution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Consommation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avez commandé un produit en ligne. La livraison est en retard de 10 jours. Vous écrivez au vendeur.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service client (ton ferme mais poli).</w:t>
      </w:r>
    </w:p>
    <w:p>
      <w:pPr>
        <w:pStyle w:val="ListBullet"/>
      </w:pPr>
      <w:r>
        <w:t>Rappeler la commande et la date prévue.</w:t>
      </w:r>
    </w:p>
    <w:p>
      <w:pPr>
        <w:pStyle w:val="ListBullet"/>
      </w:pPr>
      <w:r>
        <w:t>Demander une explication et une date précise.</w:t>
      </w:r>
    </w:p>
    <w:p>
      <w:pPr>
        <w:pStyle w:val="ListBullet"/>
      </w:pPr>
      <w:r>
        <w:t>Proposer une solution (remboursement, geste commercial).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explique que le commerce en ligne progresse, mais que la logistique et la relation client restent un point faible pour certains sites.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les achats en ligne.</w:t>
      </w:r>
    </w:p>
    <w:p>
      <w:pPr>
        <w:pStyle w:val="ListBullet"/>
      </w:pPr>
      <w:r>
        <w:t>Comparer avec les magasins physiques.</w:t>
      </w:r>
    </w:p>
    <w:p>
      <w:pPr>
        <w:pStyle w:val="ListBullet"/>
      </w:pPr>
      <w:r>
        <w:t>Proposer 2 améliorations pour la livraison.</w:t>
      </w:r>
    </w:p>
    <w:p/>
    <w:p>
      <w:pPr>
        <w:pStyle w:val="Heading2"/>
      </w:pPr>
      <w:r>
        <w:t>Lexique utile</w:t>
      </w:r>
    </w:p>
    <w:p>
      <w:r>
        <w:t>commande, délai, livraison, suivi, service client, remboursement, colis, réclamation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vous contacte concernant la commande n°...</w:t>
      </w:r>
    </w:p>
    <w:p>
      <w:pPr>
        <w:pStyle w:val="ListBullet"/>
      </w:pPr>
      <w:r>
        <w:t>Je vous prie de bien vouloir...</w:t>
      </w:r>
    </w:p>
    <w:p>
      <w:pPr>
        <w:pStyle w:val="ListBullet"/>
      </w:pPr>
      <w:r>
        <w:t>Dans l’attente de votre retour...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13 - Colocation - fixer des règles de vie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Logement / relations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emménagez en colocation. Vous écrivez un message aux colocataires pour proposer des règles.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aux colocataires (message collectif).</w:t>
      </w:r>
    </w:p>
    <w:p>
      <w:pPr>
        <w:pStyle w:val="ListBullet"/>
      </w:pPr>
      <w:r>
        <w:t>Proposer une organisation (ménage, courses).</w:t>
      </w:r>
    </w:p>
    <w:p>
      <w:pPr>
        <w:pStyle w:val="ListBullet"/>
      </w:pPr>
      <w:r>
        <w:t>Aborder les invités, le bruit, les espaces communs.</w:t>
      </w:r>
    </w:p>
    <w:p>
      <w:pPr>
        <w:pStyle w:val="ListBullet"/>
      </w:pPr>
      <w:r>
        <w:t>Inviter à une réunion pour en discuter.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explique que la colocation est économique mais demande communication et respect des espaces communs.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la colocation.</w:t>
      </w:r>
    </w:p>
    <w:p>
      <w:pPr>
        <w:pStyle w:val="ListBullet"/>
      </w:pPr>
      <w:r>
        <w:t>Présenter 2 avantages et 2 difficultés.</w:t>
      </w:r>
    </w:p>
    <w:p>
      <w:pPr>
        <w:pStyle w:val="ListBullet"/>
      </w:pPr>
      <w:r>
        <w:t>Proposer des conseils pour éviter les conflits.</w:t>
      </w:r>
    </w:p>
    <w:p/>
    <w:p>
      <w:pPr>
        <w:pStyle w:val="Heading2"/>
      </w:pPr>
      <w:r>
        <w:t>Lexique utile</w:t>
      </w:r>
    </w:p>
    <w:p>
      <w:r>
        <w:t>colocation, règles, ménage, courses, espaces communs, respect, planning, réunion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propose qu’on s’organise ainsi...</w:t>
      </w:r>
    </w:p>
    <w:p>
      <w:pPr>
        <w:pStyle w:val="ListBullet"/>
      </w:pPr>
      <w:r>
        <w:t>Qu’en pensez-vous ?</w:t>
      </w:r>
    </w:p>
    <w:p>
      <w:pPr>
        <w:pStyle w:val="ListBullet"/>
      </w:pPr>
      <w:r>
        <w:t>On peut en discuter calmement autour d’un café.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14 - Cours en ligne - donner un avis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Études / numérique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avez suivi un cours en ligne. L’organisateur vous demande un retour. Vous rédigez un avis détaillé.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à l’organisateur ou publier un avis.</w:t>
      </w:r>
    </w:p>
    <w:p>
      <w:pPr>
        <w:pStyle w:val="ListBullet"/>
      </w:pPr>
      <w:r>
        <w:t>Dire ce que vous avez aimé (contenu, rythme).</w:t>
      </w:r>
    </w:p>
    <w:p>
      <w:pPr>
        <w:pStyle w:val="ListBullet"/>
      </w:pPr>
      <w:r>
        <w:t>Mentionner ce qui doit être amélioré (support, exercices).</w:t>
      </w:r>
    </w:p>
    <w:p>
      <w:pPr>
        <w:pStyle w:val="ListBullet"/>
      </w:pPr>
      <w:r>
        <w:t>Recommander ou non le cours.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explique que l’e-learning permet de se former partout, mais que la motivation et l’interaction sont des défis.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opinion sur la formation en ligne.</w:t>
      </w:r>
    </w:p>
    <w:p>
      <w:pPr>
        <w:pStyle w:val="ListBullet"/>
      </w:pPr>
      <w:r>
        <w:t>Comparer avec un cours en présentiel.</w:t>
      </w:r>
    </w:p>
    <w:p>
      <w:pPr>
        <w:pStyle w:val="ListBullet"/>
      </w:pPr>
      <w:r>
        <w:t>Proposer 3 idées pour garder la motivation.</w:t>
      </w:r>
    </w:p>
    <w:p/>
    <w:p>
      <w:pPr>
        <w:pStyle w:val="Heading2"/>
      </w:pPr>
      <w:r>
        <w:t>Lexique utile</w:t>
      </w:r>
    </w:p>
    <w:p>
      <w:r>
        <w:t>plateforme, module, exercices, interaction, présentiel, autonomie, motivation, évaluation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Globalement, j’ai apprécié...</w:t>
      </w:r>
    </w:p>
    <w:p>
      <w:pPr>
        <w:pStyle w:val="ListBullet"/>
      </w:pPr>
      <w:r>
        <w:t>À mon avis, il serait utile de...</w:t>
      </w:r>
    </w:p>
    <w:p>
      <w:pPr>
        <w:pStyle w:val="ListBullet"/>
      </w:pPr>
      <w:r>
        <w:t>Je recommanderais ce cours à...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15 - Santé - prendre rendez-vous et demander des infos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Santé / administratif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devez consulter un spécialiste. Vous écrivez au cabinet pour demander un rendez-vous et des informations pratiques.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cabinet médical.</w:t>
      </w:r>
    </w:p>
    <w:p>
      <w:pPr>
        <w:pStyle w:val="ListBullet"/>
      </w:pPr>
      <w:r>
        <w:t>Demander un rendez-vous (disponibilités).</w:t>
      </w:r>
    </w:p>
    <w:p>
      <w:pPr>
        <w:pStyle w:val="ListBullet"/>
      </w:pPr>
      <w:r>
        <w:t>Se renseigner sur les documents nécessaires.</w:t>
      </w:r>
    </w:p>
    <w:p>
      <w:pPr>
        <w:pStyle w:val="ListBullet"/>
      </w:pPr>
      <w:r>
        <w:t>Demander le tarif ou la prise en charge.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de santé publique rappelle l’importance de la prévention et des consultations régulières, notamment quand on a un rythme de vie chargé.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la prévention.</w:t>
      </w:r>
    </w:p>
    <w:p>
      <w:pPr>
        <w:pStyle w:val="ListBullet"/>
      </w:pPr>
      <w:r>
        <w:t>Expliquer pourquoi on reporte parfois les soins.</w:t>
      </w:r>
    </w:p>
    <w:p>
      <w:pPr>
        <w:pStyle w:val="ListBullet"/>
      </w:pPr>
      <w:r>
        <w:t>Proposer des idées pour améliorer l’accès aux soins.</w:t>
      </w:r>
    </w:p>
    <w:p/>
    <w:p>
      <w:pPr>
        <w:pStyle w:val="Heading2"/>
      </w:pPr>
      <w:r>
        <w:t>Lexique utile</w:t>
      </w:r>
    </w:p>
    <w:p>
      <w:r>
        <w:t>rendez-vous, consultation, spécialiste, dossier, prise en charge, prévention, symptômes, tarif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souhaiterais prendre rendez-vous...</w:t>
      </w:r>
    </w:p>
    <w:p>
      <w:pPr>
        <w:pStyle w:val="ListBullet"/>
      </w:pPr>
      <w:r>
        <w:t>Quels documents dois-je apporter ?</w:t>
      </w:r>
    </w:p>
    <w:p>
      <w:pPr>
        <w:pStyle w:val="ListBullet"/>
      </w:pPr>
      <w:r>
        <w:t>Pourriez-vous me préciser... ?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16 - Écologie - organiser un nettoyage de quartier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Environnement / citoyenneté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Votre quartier est sale après un événement. Vous proposez une action collective de nettoyage.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aux habitants ou à la mairie.</w:t>
      </w:r>
    </w:p>
    <w:p>
      <w:pPr>
        <w:pStyle w:val="ListBullet"/>
      </w:pPr>
      <w:r>
        <w:t>Décrire le problème et l’impact.</w:t>
      </w:r>
    </w:p>
    <w:p>
      <w:pPr>
        <w:pStyle w:val="ListBullet"/>
      </w:pPr>
      <w:r>
        <w:t>Proposer une date et une organisation.</w:t>
      </w:r>
    </w:p>
    <w:p>
      <w:pPr>
        <w:pStyle w:val="ListBullet"/>
      </w:pPr>
      <w:r>
        <w:t>Demander du matériel et une autorisation.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explique que les actions locales (nettoyage, tri, compost) ont un effet réel si elles sont régulières et bien organisées.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les actions écologiques locales.</w:t>
      </w:r>
    </w:p>
    <w:p>
      <w:pPr>
        <w:pStyle w:val="ListBullet"/>
      </w:pPr>
      <w:r>
        <w:t>Dire ce qui fonctionne et ce qui bloque.</w:t>
      </w:r>
    </w:p>
    <w:p>
      <w:pPr>
        <w:pStyle w:val="ListBullet"/>
      </w:pPr>
      <w:r>
        <w:t>Proposer une action durable pour votre ville.</w:t>
      </w:r>
    </w:p>
    <w:p/>
    <w:p>
      <w:pPr>
        <w:pStyle w:val="Heading2"/>
      </w:pPr>
      <w:r>
        <w:t>Lexique utile</w:t>
      </w:r>
    </w:p>
    <w:p>
      <w:r>
        <w:t>déchets, tri, nettoyage, bénévoles, matériel, sensibilisation, compost, durable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propose d’organiser...</w:t>
      </w:r>
    </w:p>
    <w:p>
      <w:pPr>
        <w:pStyle w:val="ListBullet"/>
      </w:pPr>
      <w:r>
        <w:t>Si la mairie pouvait fournir...</w:t>
      </w:r>
    </w:p>
    <w:p>
      <w:pPr>
        <w:pStyle w:val="ListBullet"/>
      </w:pPr>
      <w:r>
        <w:t>Ensemble, nous pourrions...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17 - Demander une attestation à un ancien employeur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Travail / administratif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avez besoin d’une attestation de travail de votre ancien employeur. Vous écrivez pour la demander.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à l’ancien employeur (email ou lettre).</w:t>
      </w:r>
    </w:p>
    <w:p>
      <w:pPr>
        <w:pStyle w:val="ListBullet"/>
      </w:pPr>
      <w:r>
        <w:t>Rappeler vos dates d’emploi et votre poste.</w:t>
      </w:r>
    </w:p>
    <w:p>
      <w:pPr>
        <w:pStyle w:val="ListBullet"/>
      </w:pPr>
      <w:r>
        <w:t>Expliquer pourquoi vous en avez besoin.</w:t>
      </w:r>
    </w:p>
    <w:p>
      <w:pPr>
        <w:pStyle w:val="ListBullet"/>
      </w:pPr>
      <w:r>
        <w:t>Demander l’envoi par email ou courrier.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rappelle que les démarches administratives sont plus simples quand les documents sont numérisés et accessibles.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opinion sur la dématérialisation.</w:t>
      </w:r>
    </w:p>
    <w:p>
      <w:pPr>
        <w:pStyle w:val="ListBullet"/>
      </w:pPr>
      <w:r>
        <w:t>Présenter avantages et limites (accès, sécurité).</w:t>
      </w:r>
    </w:p>
    <w:p>
      <w:pPr>
        <w:pStyle w:val="ListBullet"/>
      </w:pPr>
      <w:r>
        <w:t>Proposer une amélioration pour les services.</w:t>
      </w:r>
    </w:p>
    <w:p/>
    <w:p>
      <w:pPr>
        <w:pStyle w:val="Heading2"/>
      </w:pPr>
      <w:r>
        <w:t>Lexique utile</w:t>
      </w:r>
    </w:p>
    <w:p>
      <w:r>
        <w:t>attestation, démarche, document, numérisation, courrier, signature, délai, administratif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vous serais reconnaissant(e) de...</w:t>
      </w:r>
    </w:p>
    <w:p>
      <w:pPr>
        <w:pStyle w:val="ListBullet"/>
      </w:pPr>
      <w:r>
        <w:t>Afin de compléter mon dossier...</w:t>
      </w:r>
    </w:p>
    <w:p>
      <w:pPr>
        <w:pStyle w:val="ListBullet"/>
      </w:pPr>
      <w:r>
        <w:t>Je vous remercie par avance.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18 - Réunion d’immeuble - proposer une amélioration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Logement / collectif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Une assemblée de copropriété a lieu bientôt. Vous voulez proposer d’installer un local à vélos sécurisé.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syndic ou au conseil syndical.</w:t>
      </w:r>
    </w:p>
    <w:p>
      <w:pPr>
        <w:pStyle w:val="ListBullet"/>
      </w:pPr>
      <w:r>
        <w:t>Expliquer le besoin (sécurité, place).</w:t>
      </w:r>
    </w:p>
    <w:p>
      <w:pPr>
        <w:pStyle w:val="ListBullet"/>
      </w:pPr>
      <w:r>
        <w:t>Proposer une solution et un budget approximatif.</w:t>
      </w:r>
    </w:p>
    <w:p>
      <w:pPr>
        <w:pStyle w:val="ListBullet"/>
      </w:pPr>
      <w:r>
        <w:t>Demander l’ajout du point à l’ordre du jour.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souligne que favoriser le vélo en ville passe aussi par des infrastructures simples : stationnements sécurisés, pistes continues.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le développement du vélo.</w:t>
      </w:r>
    </w:p>
    <w:p>
      <w:pPr>
        <w:pStyle w:val="ListBullet"/>
      </w:pPr>
      <w:r>
        <w:t>Parler des bénéfices et des obstacles.</w:t>
      </w:r>
    </w:p>
    <w:p>
      <w:pPr>
        <w:pStyle w:val="ListBullet"/>
      </w:pPr>
      <w:r>
        <w:t>Proposer 2 mesures pour encourager les habitants.</w:t>
      </w:r>
    </w:p>
    <w:p/>
    <w:p>
      <w:pPr>
        <w:pStyle w:val="Heading2"/>
      </w:pPr>
      <w:r>
        <w:t>Lexique utile</w:t>
      </w:r>
    </w:p>
    <w:p>
      <w:r>
        <w:t>copropriété, syndic, ordre du jour, stationnement, sécurisé, budget, infrastructure, mobilité douce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souhaiterais que le point suivant soit ajouté...</w:t>
      </w:r>
    </w:p>
    <w:p>
      <w:pPr>
        <w:pStyle w:val="ListBullet"/>
      </w:pPr>
      <w:r>
        <w:t>Cette installation permettrait de...</w:t>
      </w:r>
    </w:p>
    <w:p>
      <w:pPr>
        <w:pStyle w:val="ListBullet"/>
      </w:pPr>
      <w:r>
        <w:t>Je reste disponible pour en discuter.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19 - Échange universitaire - demander des informations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Études / mobilité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voulez partir en échange universitaire. Vous écrivez au bureau international pour poser des questions.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service des relations internationales.</w:t>
      </w:r>
    </w:p>
    <w:p>
      <w:pPr>
        <w:pStyle w:val="ListBullet"/>
      </w:pPr>
      <w:r>
        <w:t>Demander les destinations possibles et critères.</w:t>
      </w:r>
    </w:p>
    <w:p>
      <w:pPr>
        <w:pStyle w:val="ListBullet"/>
      </w:pPr>
      <w:r>
        <w:t>Se renseigner sur les bourses et le logement.</w:t>
      </w:r>
    </w:p>
    <w:p>
      <w:pPr>
        <w:pStyle w:val="ListBullet"/>
      </w:pPr>
      <w:r>
        <w:t>Demander les dates limites et la procédure.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présente les bénéfices d’une expérience à l’étranger : autonomie, ouverture culturelle, meilleure employabilité.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point de vue sur les échanges.</w:t>
      </w:r>
    </w:p>
    <w:p>
      <w:pPr>
        <w:pStyle w:val="ListBullet"/>
      </w:pPr>
      <w:r>
        <w:t>Dire ce qu’ils apportent et ce qu’ils coûtent (argent, stress).</w:t>
      </w:r>
    </w:p>
    <w:p>
      <w:pPr>
        <w:pStyle w:val="ListBullet"/>
      </w:pPr>
      <w:r>
        <w:t>Proposer un conseil à un futur candidat.</w:t>
      </w:r>
    </w:p>
    <w:p/>
    <w:p>
      <w:pPr>
        <w:pStyle w:val="Heading2"/>
      </w:pPr>
      <w:r>
        <w:t>Lexique utile</w:t>
      </w:r>
    </w:p>
    <w:p>
      <w:r>
        <w:t>échange, dossier, bourse, destination, logement, démarches, candidature, mobilité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me renseigne sur...</w:t>
      </w:r>
    </w:p>
    <w:p>
      <w:pPr>
        <w:pStyle w:val="ListBullet"/>
      </w:pPr>
      <w:r>
        <w:t>Pourriez-vous m’indiquer les conditions... ?</w:t>
      </w:r>
    </w:p>
    <w:p>
      <w:pPr>
        <w:pStyle w:val="ListBullet"/>
      </w:pPr>
      <w:r>
        <w:t>Quelles sont les dates limites ?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20 - Restaurant - faire un retour après une mauvaise expérience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Consommation / communication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êtes allé(e) au restaurant et vous avez été déçu(e) (attente, plat froid). Vous écrivez au gérant.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gérant (ton respectueux).</w:t>
      </w:r>
    </w:p>
    <w:p>
      <w:pPr>
        <w:pStyle w:val="ListBullet"/>
      </w:pPr>
      <w:r>
        <w:t>Décrire la situation et la date.</w:t>
      </w:r>
    </w:p>
    <w:p>
      <w:pPr>
        <w:pStyle w:val="ListBullet"/>
      </w:pPr>
      <w:r>
        <w:t>Expliquer votre déception et l’attente.</w:t>
      </w:r>
    </w:p>
    <w:p>
      <w:pPr>
        <w:pStyle w:val="ListBullet"/>
      </w:pPr>
      <w:r>
        <w:t>Demander un geste commercial ou une explication.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explique que les avis clients en ligne influencent fortement la réputation des restaurants, pour le meilleur et pour le pire.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les avis en ligne.</w:t>
      </w:r>
    </w:p>
    <w:p>
      <w:pPr>
        <w:pStyle w:val="ListBullet"/>
      </w:pPr>
      <w:r>
        <w:t>Dire comment écrire un avis juste et utile.</w:t>
      </w:r>
    </w:p>
    <w:p>
      <w:pPr>
        <w:pStyle w:val="ListBullet"/>
      </w:pPr>
      <w:r>
        <w:t>Proposer une règle pour les clients et une pour les entreprises.</w:t>
      </w:r>
    </w:p>
    <w:p/>
    <w:p>
      <w:pPr>
        <w:pStyle w:val="Heading2"/>
      </w:pPr>
      <w:r>
        <w:t>Lexique utile</w:t>
      </w:r>
    </w:p>
    <w:p>
      <w:r>
        <w:t>service, attente, qualité, gérant, réclamation, avis, réputation, geste commercial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tiens à vous faire part de...</w:t>
      </w:r>
    </w:p>
    <w:p>
      <w:pPr>
        <w:pStyle w:val="ListBullet"/>
      </w:pPr>
      <w:r>
        <w:t>Je comprends que..., cependant...</w:t>
      </w:r>
    </w:p>
    <w:p>
      <w:pPr>
        <w:pStyle w:val="ListBullet"/>
      </w:pPr>
      <w:r>
        <w:t>J’espère que vous pourrez...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21 - Changement de club / activité - informer un ami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Vie personnelle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changez d’activité (sport, musique) et vous voulez convaincre un ami de vous accompagner.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à un ami.</w:t>
      </w:r>
    </w:p>
    <w:p>
      <w:pPr>
        <w:pStyle w:val="ListBullet"/>
      </w:pPr>
      <w:r>
        <w:t>Expliquer pourquoi vous changez.</w:t>
      </w:r>
    </w:p>
    <w:p>
      <w:pPr>
        <w:pStyle w:val="ListBullet"/>
      </w:pPr>
      <w:r>
        <w:t>Décrire l’activité et les avantages.</w:t>
      </w:r>
    </w:p>
    <w:p>
      <w:pPr>
        <w:pStyle w:val="ListBullet"/>
      </w:pPr>
      <w:r>
        <w:t>Proposer une date pour essayer ensemble.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de psychologie dit que commencer une nouvelle activité est plus facile quand on le fait à deux, grâce au soutien et à l’engagement.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la motivation en groupe.</w:t>
      </w:r>
    </w:p>
    <w:p>
      <w:pPr>
        <w:pStyle w:val="ListBullet"/>
      </w:pPr>
      <w:r>
        <w:t>Parler de votre expérience personnelle.</w:t>
      </w:r>
    </w:p>
    <w:p>
      <w:pPr>
        <w:pStyle w:val="ListBullet"/>
      </w:pPr>
      <w:r>
        <w:t>Proposer 2 astuces pour tenir sur la durée.</w:t>
      </w:r>
    </w:p>
    <w:p/>
    <w:p>
      <w:pPr>
        <w:pStyle w:val="Heading2"/>
      </w:pPr>
      <w:r>
        <w:t>Lexique utile</w:t>
      </w:r>
    </w:p>
    <w:p>
      <w:r>
        <w:t>motivation, engagement, essai, habitude, progression, plaisir, objectif, soutien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J’ai envie de changer parce que...</w:t>
      </w:r>
    </w:p>
    <w:p>
      <w:pPr>
        <w:pStyle w:val="ListBullet"/>
      </w:pPr>
      <w:r>
        <w:t>Ça te dirait de... ?</w:t>
      </w:r>
    </w:p>
    <w:p>
      <w:pPr>
        <w:pStyle w:val="ListBullet"/>
      </w:pPr>
      <w:r>
        <w:t>On peut commencer doucement.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22 - Projet au travail - demander une prolongation de délai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Travail / communication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êtes responsable d’un petit projet. Vous n’aurez pas fini à temps. Vous devez demander un délai supplémentaire.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à votre supérieur.</w:t>
      </w:r>
    </w:p>
    <w:p>
      <w:pPr>
        <w:pStyle w:val="ListBullet"/>
      </w:pPr>
      <w:r>
        <w:t>Expliquer la situation et les causes.</w:t>
      </w:r>
    </w:p>
    <w:p>
      <w:pPr>
        <w:pStyle w:val="ListBullet"/>
      </w:pPr>
      <w:r>
        <w:t>Proposer un nouveau planning réaliste.</w:t>
      </w:r>
    </w:p>
    <w:p>
      <w:pPr>
        <w:pStyle w:val="ListBullet"/>
      </w:pPr>
      <w:r>
        <w:t>Indiquer ce que vous faites pour éviter que cela se reproduise.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de management dit qu’annoncer un retard tôt est une preuve de professionnalisme, à condition d’apporter un plan d’action.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opinion sur la gestion des délais.</w:t>
      </w:r>
    </w:p>
    <w:p>
      <w:pPr>
        <w:pStyle w:val="ListBullet"/>
      </w:pPr>
      <w:r>
        <w:t>Expliquer pourquoi les retards arrivent.</w:t>
      </w:r>
    </w:p>
    <w:p>
      <w:pPr>
        <w:pStyle w:val="ListBullet"/>
      </w:pPr>
      <w:r>
        <w:t>Proposer 3 bonnes pratiques de suivi.</w:t>
      </w:r>
    </w:p>
    <w:p/>
    <w:p>
      <w:pPr>
        <w:pStyle w:val="Heading2"/>
      </w:pPr>
      <w:r>
        <w:t>Lexique utile</w:t>
      </w:r>
    </w:p>
    <w:p>
      <w:r>
        <w:t>délai, planning, priorités, risque, plan d’action, livrable, avancement, coordination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préfère vous informer dès maintenant que...</w:t>
      </w:r>
    </w:p>
    <w:p>
      <w:pPr>
        <w:pStyle w:val="ListBullet"/>
      </w:pPr>
      <w:r>
        <w:t>Je propose le calendrier suivant...</w:t>
      </w:r>
    </w:p>
    <w:p>
      <w:pPr>
        <w:pStyle w:val="ListBullet"/>
      </w:pPr>
      <w:r>
        <w:t>Afin de sécuriser la suite, je vais...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23 - Demande de remboursement - abonnement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Consommation / contrats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avez été prélevé(e) pour un abonnement que vous aviez résilié. Vous écrivez pour obtenir un remboursement.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service facturation.</w:t>
      </w:r>
    </w:p>
    <w:p>
      <w:pPr>
        <w:pStyle w:val="ListBullet"/>
      </w:pPr>
      <w:r>
        <w:t>Rappeler la date de résiliation et le prélèvement.</w:t>
      </w:r>
    </w:p>
    <w:p>
      <w:pPr>
        <w:pStyle w:val="ListBullet"/>
      </w:pPr>
      <w:r>
        <w:t>Joindre une preuve (capture, email).</w:t>
      </w:r>
    </w:p>
    <w:p>
      <w:pPr>
        <w:pStyle w:val="ListBullet"/>
      </w:pPr>
      <w:r>
        <w:t>Demander le remboursement et l’arrêt immédiat.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conseille de lire les conditions d’abonnement et de conserver toutes les preuves de résiliation.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les abonnements.</w:t>
      </w:r>
    </w:p>
    <w:p>
      <w:pPr>
        <w:pStyle w:val="ListBullet"/>
      </w:pPr>
      <w:r>
        <w:t>Dire pourquoi ils sont pratiques mais parfois piégeux.</w:t>
      </w:r>
    </w:p>
    <w:p>
      <w:pPr>
        <w:pStyle w:val="ListBullet"/>
      </w:pPr>
      <w:r>
        <w:t>Proposer une règle simple pour protéger les consommateurs.</w:t>
      </w:r>
    </w:p>
    <w:p/>
    <w:p>
      <w:pPr>
        <w:pStyle w:val="Heading2"/>
      </w:pPr>
      <w:r>
        <w:t>Lexique utile</w:t>
      </w:r>
    </w:p>
    <w:p>
      <w:r>
        <w:t>abonnement, résiliation, prélèvement, facturation, preuve, contrat, remboursement, conditions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constate avec surprise que...</w:t>
      </w:r>
    </w:p>
    <w:p>
      <w:pPr>
        <w:pStyle w:val="ListBullet"/>
      </w:pPr>
      <w:r>
        <w:t>Je vous prie de procéder au remboursement de...</w:t>
      </w:r>
    </w:p>
    <w:p>
      <w:pPr>
        <w:pStyle w:val="ListBullet"/>
      </w:pPr>
      <w:r>
        <w:t>Je joins à cet email...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24 - École - message au professeur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Famille / éducation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Votre enfant a des difficultés dans une matière. Vous écrivez au professeur pour demander un rendez-vous et des conseils.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professeur (ton respectueux).</w:t>
      </w:r>
    </w:p>
    <w:p>
      <w:pPr>
        <w:pStyle w:val="ListBullet"/>
      </w:pPr>
      <w:r>
        <w:t>Expliquer la situation et ce que vous observez.</w:t>
      </w:r>
    </w:p>
    <w:p>
      <w:pPr>
        <w:pStyle w:val="ListBullet"/>
      </w:pPr>
      <w:r>
        <w:t>Demander un rendez-vous ou un échange.</w:t>
      </w:r>
    </w:p>
    <w:p>
      <w:pPr>
        <w:pStyle w:val="ListBullet"/>
      </w:pPr>
      <w:r>
        <w:t>Demander des conseils de travail à la maison.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explique que la coopération parents-professeurs aide l’élève à retrouver confiance et méthode.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opinion sur le rôle des parents dans la scolarité.</w:t>
      </w:r>
    </w:p>
    <w:p>
      <w:pPr>
        <w:pStyle w:val="ListBullet"/>
      </w:pPr>
      <w:r>
        <w:t>Trouver l’équilibre entre aide et autonomie.</w:t>
      </w:r>
    </w:p>
    <w:p>
      <w:pPr>
        <w:pStyle w:val="ListBullet"/>
      </w:pPr>
      <w:r>
        <w:t>Proposer 2 actions simples à la maison.</w:t>
      </w:r>
    </w:p>
    <w:p/>
    <w:p>
      <w:pPr>
        <w:pStyle w:val="Heading2"/>
      </w:pPr>
      <w:r>
        <w:t>Lexique utile</w:t>
      </w:r>
    </w:p>
    <w:p>
      <w:r>
        <w:t>difficultés, rendez-vous, méthode, confiance, devoirs, progrès, soutien, autonomie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vous contacte au sujet de...</w:t>
      </w:r>
    </w:p>
    <w:p>
      <w:pPr>
        <w:pStyle w:val="ListBullet"/>
      </w:pPr>
      <w:r>
        <w:t>Auriez-vous un créneau pour... ?</w:t>
      </w:r>
    </w:p>
    <w:p>
      <w:pPr>
        <w:pStyle w:val="ListBullet"/>
      </w:pPr>
      <w:r>
        <w:t>Merci pour votre accompagnement.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25 - Annonce de logement - demander une visite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Logement / démarches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avez vu une annonce d’appartement. Vous écrivez au propriétaire pour demander une visite.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propriétaire ou à l’agence.</w:t>
      </w:r>
    </w:p>
    <w:p>
      <w:pPr>
        <w:pStyle w:val="ListBullet"/>
      </w:pPr>
      <w:r>
        <w:t>Vous présenter (emploi, garanties).</w:t>
      </w:r>
    </w:p>
    <w:p>
      <w:pPr>
        <w:pStyle w:val="ListBullet"/>
      </w:pPr>
      <w:r>
        <w:t>Demander une visite et proposer des disponibilités.</w:t>
      </w:r>
    </w:p>
    <w:p>
      <w:pPr>
        <w:pStyle w:val="ListBullet"/>
      </w:pPr>
      <w:r>
        <w:t>Demander les documents à fournir.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dit que trouver un logement en ville est difficile : forte demande, dossiers exigeants.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le marché du logement.</w:t>
      </w:r>
    </w:p>
    <w:p>
      <w:pPr>
        <w:pStyle w:val="ListBullet"/>
      </w:pPr>
      <w:r>
        <w:t>Expliquer les conséquences pour les jeunes et les familles.</w:t>
      </w:r>
    </w:p>
    <w:p>
      <w:pPr>
        <w:pStyle w:val="ListBullet"/>
      </w:pPr>
      <w:r>
        <w:t>Proposer une mesure pour améliorer la situation.</w:t>
      </w:r>
    </w:p>
    <w:p/>
    <w:p>
      <w:pPr>
        <w:pStyle w:val="Heading2"/>
      </w:pPr>
      <w:r>
        <w:t>Lexique utile</w:t>
      </w:r>
    </w:p>
    <w:p>
      <w:r>
        <w:t>annonce, visite, dossier, garanties, loyer, charges, disponibilités, agence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me permets de vous contacter suite à l’annonce...</w:t>
      </w:r>
    </w:p>
    <w:p>
      <w:pPr>
        <w:pStyle w:val="ListBullet"/>
      </w:pPr>
      <w:r>
        <w:t>Je peux vous transmettre mon dossier rapidement.</w:t>
      </w:r>
    </w:p>
    <w:p>
      <w:pPr>
        <w:pStyle w:val="ListBullet"/>
      </w:pPr>
      <w:r>
        <w:t>Seriez-vous disponible... ?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26 - Formation interne - proposer un sujet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Travail / développement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Votre entreprise propose des formations internes. Vous voulez suggérer un thème utile pour l’équipe.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responsable formation.</w:t>
      </w:r>
    </w:p>
    <w:p>
      <w:pPr>
        <w:pStyle w:val="ListBullet"/>
      </w:pPr>
      <w:r>
        <w:t>Proposer un sujet (ex. gestion du temps, Excel, communication).</w:t>
      </w:r>
    </w:p>
    <w:p>
      <w:pPr>
        <w:pStyle w:val="ListBullet"/>
      </w:pPr>
      <w:r>
        <w:t>Expliquer l’intérêt pour l’équipe.</w:t>
      </w:r>
    </w:p>
    <w:p>
      <w:pPr>
        <w:pStyle w:val="ListBullet"/>
      </w:pPr>
      <w:r>
        <w:t>Suggérer un format (atelier, 2h, cas pratiques).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RH souligne que la formation continue améliore la fidélisation et la performance, surtout quand elle est pratique.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opinion sur la formation en entreprise.</w:t>
      </w:r>
    </w:p>
    <w:p>
      <w:pPr>
        <w:pStyle w:val="ListBullet"/>
      </w:pPr>
      <w:r>
        <w:t>Dire pourquoi certains salariés n’y vont pas.</w:t>
      </w:r>
    </w:p>
    <w:p>
      <w:pPr>
        <w:pStyle w:val="ListBullet"/>
      </w:pPr>
      <w:r>
        <w:t>Proposer 2 idées pour la rendre attractive.</w:t>
      </w:r>
    </w:p>
    <w:p/>
    <w:p>
      <w:pPr>
        <w:pStyle w:val="Heading2"/>
      </w:pPr>
      <w:r>
        <w:t>Lexique utile</w:t>
      </w:r>
    </w:p>
    <w:p>
      <w:r>
        <w:t>formation, compétences, atelier, pratique, équipe, performance, plan, développement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vous propose le thème suivant...</w:t>
      </w:r>
    </w:p>
    <w:p>
      <w:pPr>
        <w:pStyle w:val="ListBullet"/>
      </w:pPr>
      <w:r>
        <w:t>Cela pourrait aider l’équipe à...</w:t>
      </w:r>
    </w:p>
    <w:p>
      <w:pPr>
        <w:pStyle w:val="ListBullet"/>
      </w:pPr>
      <w:r>
        <w:t>Un format atelier me semble adapté.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27 - Voyage - demander des conseils à un ami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Voyage / relations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préparez un voyage dans la ville d’un ami. Vous lui écrivez pour demander des conseils et proposer de se voir.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à un ami.</w:t>
      </w:r>
    </w:p>
    <w:p>
      <w:pPr>
        <w:pStyle w:val="ListBullet"/>
      </w:pPr>
      <w:r>
        <w:t>Expliquer vos dates et votre budget.</w:t>
      </w:r>
    </w:p>
    <w:p>
      <w:pPr>
        <w:pStyle w:val="ListBullet"/>
      </w:pPr>
      <w:r>
        <w:t>Demander des idées de visites et quartiers.</w:t>
      </w:r>
    </w:p>
    <w:p>
      <w:pPr>
        <w:pStyle w:val="ListBullet"/>
      </w:pPr>
      <w:r>
        <w:t>Proposer une rencontre.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de tourisme dit que les visiteurs cherchent des expériences authentiques plutôt que les lieux “trop touristiques”.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le tourisme.</w:t>
      </w:r>
    </w:p>
    <w:p>
      <w:pPr>
        <w:pStyle w:val="ListBullet"/>
      </w:pPr>
      <w:r>
        <w:t>Comparer tourisme de masse et tourisme responsable.</w:t>
      </w:r>
    </w:p>
    <w:p>
      <w:pPr>
        <w:pStyle w:val="ListBullet"/>
      </w:pPr>
      <w:r>
        <w:t>Proposer 3 gestes simples pour voyager mieux.</w:t>
      </w:r>
    </w:p>
    <w:p/>
    <w:p>
      <w:pPr>
        <w:pStyle w:val="Heading2"/>
      </w:pPr>
      <w:r>
        <w:t>Lexique utile</w:t>
      </w:r>
    </w:p>
    <w:p>
      <w:r>
        <w:t>itinéraire, quartier, hébergement, budget, authentique, touristique, réservation, transport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viens chez toi du... au...</w:t>
      </w:r>
    </w:p>
    <w:p>
      <w:pPr>
        <w:pStyle w:val="ListBullet"/>
      </w:pPr>
      <w:r>
        <w:t>Tu me conseilles plutôt... ?</w:t>
      </w:r>
    </w:p>
    <w:p>
      <w:pPr>
        <w:pStyle w:val="ListBullet"/>
      </w:pPr>
      <w:r>
        <w:t>Ça te dirait qu’on se voie... ?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28 - Salle de sport - résilier l’abonnement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Consommation / démarches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voulez résilier votre abonnement à une salle de sport car vous déménagez. Vous écrivez une lettre.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une lettre de résiliation.</w:t>
      </w:r>
    </w:p>
    <w:p>
      <w:pPr>
        <w:pStyle w:val="ListBullet"/>
      </w:pPr>
      <w:r>
        <w:t>Indiquer le motif (déménagement) et la date.</w:t>
      </w:r>
    </w:p>
    <w:p>
      <w:pPr>
        <w:pStyle w:val="ListBullet"/>
      </w:pPr>
      <w:r>
        <w:t>Demander la confirmation écrite.</w:t>
      </w:r>
    </w:p>
    <w:p>
      <w:pPr>
        <w:pStyle w:val="ListBullet"/>
      </w:pPr>
      <w:r>
        <w:t>Vérifier le dernier prélèvement.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explique que beaucoup de personnes s’inscrivent en salle mais arrêtent vite, faute de temps ou de motivation.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Exprimer votre opinion sur la pratique sportive régulière.</w:t>
      </w:r>
    </w:p>
    <w:p>
      <w:pPr>
        <w:pStyle w:val="ListBullet"/>
      </w:pPr>
      <w:r>
        <w:t>Dire ce qui aide à tenir sur le long terme.</w:t>
      </w:r>
    </w:p>
    <w:p>
      <w:pPr>
        <w:pStyle w:val="ListBullet"/>
      </w:pPr>
      <w:r>
        <w:t>Proposer un plan simple sur 4 semaines.</w:t>
      </w:r>
    </w:p>
    <w:p/>
    <w:p>
      <w:pPr>
        <w:pStyle w:val="Heading2"/>
      </w:pPr>
      <w:r>
        <w:t>Lexique utile</w:t>
      </w:r>
    </w:p>
    <w:p>
      <w:r>
        <w:t>résiliation, abonnement, préavis, déménagement, confirmation, prélèvement, motif, contrat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vous informe de ma décision de résilier...</w:t>
      </w:r>
    </w:p>
    <w:p>
      <w:pPr>
        <w:pStyle w:val="ListBullet"/>
      </w:pPr>
      <w:r>
        <w:t>Merci de me confirmer la prise en compte...</w:t>
      </w:r>
    </w:p>
    <w:p>
      <w:pPr>
        <w:pStyle w:val="ListBullet"/>
      </w:pPr>
      <w:r>
        <w:t>Je vous prie d’agréer...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29 - Événement culturel - proposer une idée à la mairie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Culture / ville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souhaitez que votre ville organise une “semaine culturelle” (cinéma, musique, ateliers). Vous écrivez à la mairie.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au service culturel.</w:t>
      </w:r>
    </w:p>
    <w:p>
      <w:pPr>
        <w:pStyle w:val="ListBullet"/>
      </w:pPr>
      <w:r>
        <w:t>Présenter l’idée et le public visé.</w:t>
      </w:r>
    </w:p>
    <w:p>
      <w:pPr>
        <w:pStyle w:val="ListBullet"/>
      </w:pPr>
      <w:r>
        <w:t>Proposer 2 ou 3 activités.</w:t>
      </w:r>
    </w:p>
    <w:p>
      <w:pPr>
        <w:pStyle w:val="ListBullet"/>
      </w:pPr>
      <w:r>
        <w:t>Demander un rendez-vous ou un contact.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explique que les événements culturels renforcent l’attractivité d’une ville et l’économie locale.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l’importance de la culture.</w:t>
      </w:r>
    </w:p>
    <w:p>
      <w:pPr>
        <w:pStyle w:val="ListBullet"/>
      </w:pPr>
      <w:r>
        <w:t>Expliquer les bénéfices sociaux et économiques.</w:t>
      </w:r>
    </w:p>
    <w:p>
      <w:pPr>
        <w:pStyle w:val="ListBullet"/>
      </w:pPr>
      <w:r>
        <w:t>Proposer une idée pour inclure tous les publics.</w:t>
      </w:r>
    </w:p>
    <w:p/>
    <w:p>
      <w:pPr>
        <w:pStyle w:val="Heading2"/>
      </w:pPr>
      <w:r>
        <w:t>Lexique utile</w:t>
      </w:r>
    </w:p>
    <w:p>
      <w:r>
        <w:t>service culturel, atelier, programmation, public, budget, partenaires, attractivité, bénévoles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souhaiterais vous soumettre une proposition...</w:t>
      </w:r>
    </w:p>
    <w:p>
      <w:pPr>
        <w:pStyle w:val="ListBullet"/>
      </w:pPr>
      <w:r>
        <w:t>Cette initiative pourrait...</w:t>
      </w:r>
    </w:p>
    <w:p>
      <w:pPr>
        <w:pStyle w:val="ListBullet"/>
      </w:pPr>
      <w:r>
        <w:t>Je serais ravi(e) d’en discuter.</w:t>
      </w:r>
    </w:p>
    <w:p>
      <w:r>
        <w:rPr>
          <w:i/>
          <w:color w:val="787878"/>
        </w:rPr>
        <w:t>Conseil : visez 2 ou 3 paragraphes en Tâche 2, avec une mini-conclusion.</w:t>
      </w:r>
    </w:p>
    <w:p>
      <w:r>
        <w:br w:type="page"/>
      </w:r>
    </w:p>
    <w:p>
      <w:pPr>
        <w:pStyle w:val="Heading1"/>
      </w:pPr>
      <w:r>
        <w:t>Cas 30 - Problème avec un ami - s’excuser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Thème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Relations / communication</w:t>
            </w:r>
          </w:p>
        </w:tc>
      </w:tr>
      <w:tr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  <w:shd w:val="clear" w:color="auto" w:fill="EAF2FB"/>
          </w:tcPr>
          <w:p>
            <w:r>
              <w:t>Situation</w:t>
            </w:r>
          </w:p>
        </w:tc>
        <w:tc>
          <w:tcPr>
            <w:tcW w:type="dxa" w:w="4986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Vous avez annulé un rendez-vous à la dernière minute. Votre ami est vexé. Vous écrivez pour vous excuser et proposer une solution.</w:t>
            </w:r>
          </w:p>
        </w:tc>
      </w:tr>
    </w:tbl>
    <w:p/>
    <w:p>
      <w:pPr>
        <w:pStyle w:val="Heading2"/>
      </w:pPr>
      <w:r>
        <w:t>Tâche 1 - Message (80-100 mots)</w:t>
      </w:r>
    </w:p>
    <w:p>
      <w:pPr>
        <w:pStyle w:val="ListBullet"/>
      </w:pPr>
      <w:r>
        <w:t>Écrire à votre ami.</w:t>
      </w:r>
    </w:p>
    <w:p>
      <w:pPr>
        <w:pStyle w:val="ListBullet"/>
      </w:pPr>
      <w:r>
        <w:t>S’excuser clairement et expliquer sans se justifier trop.</w:t>
      </w:r>
    </w:p>
    <w:p>
      <w:pPr>
        <w:pStyle w:val="ListBullet"/>
      </w:pPr>
      <w:r>
        <w:t>Reconnaître l’impact sur l’autre.</w:t>
      </w:r>
    </w:p>
    <w:p>
      <w:pPr>
        <w:pStyle w:val="ListBullet"/>
      </w:pPr>
      <w:r>
        <w:t>Proposer une nouvelle date et une attention.</w:t>
      </w:r>
    </w:p>
    <w:p/>
    <w:p>
      <w:pPr>
        <w:pStyle w:val="Heading2"/>
      </w:pPr>
      <w:r>
        <w:t>Document déclencheur (résumé)</w:t>
      </w:r>
    </w:p>
    <w:p>
      <w:r>
        <w:rPr>
          <w:i/>
          <w:color w:val="5A5A5A"/>
        </w:rPr>
        <w:t>Un article dit que les excuses efficaces contiennent : reconnaissance, responsabilité, réparation.</w:t>
      </w:r>
    </w:p>
    <w:p/>
    <w:p>
      <w:pPr>
        <w:pStyle w:val="Heading2"/>
      </w:pPr>
      <w:r>
        <w:t>Tâche 2 - Opinion / argumentation (160-180 mots)</w:t>
      </w:r>
    </w:p>
    <w:p>
      <w:pPr>
        <w:pStyle w:val="ListBullet"/>
      </w:pPr>
      <w:r>
        <w:t>Donner votre opinion sur la communication dans l’amitié.</w:t>
      </w:r>
    </w:p>
    <w:p>
      <w:pPr>
        <w:pStyle w:val="ListBullet"/>
      </w:pPr>
      <w:r>
        <w:t>Dire pourquoi les malentendus arrivent.</w:t>
      </w:r>
    </w:p>
    <w:p>
      <w:pPr>
        <w:pStyle w:val="ListBullet"/>
      </w:pPr>
      <w:r>
        <w:t>Proposer 3 règles pour éviter les conflits.</w:t>
      </w:r>
    </w:p>
    <w:p/>
    <w:p>
      <w:pPr>
        <w:pStyle w:val="Heading2"/>
      </w:pPr>
      <w:r>
        <w:t>Lexique utile</w:t>
      </w:r>
    </w:p>
    <w:p>
      <w:r>
        <w:t>excuses, malentendu, respect, confiance, rendez-vous, réparer, relation, franchise</w:t>
      </w:r>
    </w:p>
    <w:p>
      <w:pPr>
        <w:pStyle w:val="Heading2"/>
      </w:pPr>
      <w:r>
        <w:t>Expressions utiles</w:t>
      </w:r>
    </w:p>
    <w:p>
      <w:pPr>
        <w:pStyle w:val="ListBullet"/>
      </w:pPr>
      <w:r>
        <w:t>Je suis vraiment désolé(e) de...</w:t>
      </w:r>
    </w:p>
    <w:p>
      <w:pPr>
        <w:pStyle w:val="ListBullet"/>
      </w:pPr>
      <w:r>
        <w:t>Je comprends que tu aies pu...</w:t>
      </w:r>
    </w:p>
    <w:p>
      <w:pPr>
        <w:pStyle w:val="ListBullet"/>
      </w:pPr>
      <w:r>
        <w:t>Je te propose de...</w:t>
      </w:r>
    </w:p>
    <w:p>
      <w:r>
        <w:rPr>
          <w:i/>
          <w:color w:val="787878"/>
        </w:rPr>
        <w:t>Conseil : visez 2 ou 3 paragraphes en Tâche 2, avec une mini-conclusion.</w:t>
      </w:r>
    </w:p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 w:ascii="Calibri" w:hAnsi="Calibri"/>
      <w:b/>
      <w:bCs/>
      <w:color w:val="0061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