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972"/>
      </w:tblGrid>
      <w:tr w:rsidR="00F255FB" w14:paraId="259769FE" w14:textId="77777777">
        <w:trPr>
          <w:jc w:val="center"/>
        </w:trPr>
        <w:tc>
          <w:tcPr>
            <w:tcW w:w="9972" w:type="dxa"/>
            <w:shd w:val="clear" w:color="auto" w:fill="1F4E79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FC4A269" w14:textId="77777777" w:rsidR="00F255FB" w:rsidRDefault="004E51C8">
            <w:pPr>
              <w:jc w:val="center"/>
            </w:pPr>
            <w:r>
              <w:rPr>
                <w:b/>
                <w:color w:val="FFFFFF"/>
                <w:sz w:val="48"/>
              </w:rPr>
              <w:t>30 cas de production écrite - DELF B1</w:t>
            </w:r>
          </w:p>
        </w:tc>
      </w:tr>
    </w:tbl>
    <w:p w14:paraId="3CC9F291" w14:textId="77777777" w:rsidR="00F255FB" w:rsidRDefault="00F255FB"/>
    <w:p w14:paraId="2A6B6E7B" w14:textId="77777777" w:rsidR="00F255FB" w:rsidRDefault="004E51C8">
      <w:pPr>
        <w:jc w:val="center"/>
      </w:pPr>
      <w:r>
        <w:rPr>
          <w:color w:val="505050"/>
          <w:sz w:val="24"/>
        </w:rPr>
        <w:t>Entraînement complet : Tâche 1 (message) + Tâche 2 (opinion/argumentation)</w:t>
      </w:r>
    </w:p>
    <w:p w14:paraId="767A3B4C" w14:textId="77777777" w:rsidR="00F255FB" w:rsidRDefault="00F255FB"/>
    <w:p w14:paraId="4A41D1EA" w14:textId="77777777" w:rsidR="00F255FB" w:rsidRDefault="004E51C8">
      <w:pPr>
        <w:jc w:val="center"/>
      </w:pPr>
      <w:r>
        <w:rPr>
          <w:i/>
          <w:color w:val="5A5A5A"/>
        </w:rPr>
        <w:t>Objectif : s’entraîner avec des situations réalistes, variées et calibrées niveau B1.</w:t>
      </w:r>
    </w:p>
    <w:p w14:paraId="5A1EC8DC" w14:textId="77777777" w:rsidR="00F255FB" w:rsidRDefault="00F255FB"/>
    <w:p w14:paraId="6A0C8B5E" w14:textId="77777777" w:rsidR="00F255FB" w:rsidRDefault="004E51C8">
      <w:pPr>
        <w:jc w:val="center"/>
      </w:pPr>
      <w:r>
        <w:rPr>
          <w:b/>
          <w:color w:val="1F4E79"/>
        </w:rPr>
        <w:t>Repères :</w:t>
      </w:r>
    </w:p>
    <w:p w14:paraId="7E4B811E" w14:textId="77777777" w:rsidR="00F255FB" w:rsidRDefault="004E51C8">
      <w:pPr>
        <w:jc w:val="center"/>
      </w:pPr>
      <w:r>
        <w:t xml:space="preserve">• Tâche 1 : 80 à 100 mots </w:t>
      </w:r>
      <w:r>
        <w:t>(message/email/lettre)</w:t>
      </w:r>
    </w:p>
    <w:p w14:paraId="31A55249" w14:textId="77777777" w:rsidR="00F255FB" w:rsidRDefault="004E51C8">
      <w:pPr>
        <w:jc w:val="center"/>
      </w:pPr>
      <w:r>
        <w:t>• Tâche 2 : 160 à 180 mots (texte argumentatif)</w:t>
      </w:r>
    </w:p>
    <w:p w14:paraId="2E52940F" w14:textId="77777777" w:rsidR="00F255FB" w:rsidRDefault="004E51C8">
      <w:r>
        <w:br w:type="page"/>
      </w:r>
    </w:p>
    <w:p w14:paraId="3106DF9D" w14:textId="77777777" w:rsidR="00F255FB" w:rsidRDefault="004E51C8">
      <w:pPr>
        <w:pStyle w:val="Titre1"/>
      </w:pPr>
      <w:r>
        <w:lastRenderedPageBreak/>
        <w:t>Mode d’emploi (rapide)</w:t>
      </w:r>
    </w:p>
    <w:p w14:paraId="6FBD4D8B" w14:textId="77777777" w:rsidR="00F255FB" w:rsidRDefault="004E51C8">
      <w:pPr>
        <w:spacing w:after="180"/>
      </w:pPr>
      <w:r>
        <w:t>Pour chaque cas, vous trouverez une situation, une Tâche 1 (message) et une Tâche 2 (opinion). Entraînez-vous en respectant les nombres de mots et en structuran</w:t>
      </w:r>
      <w:r>
        <w:t>t votre texte (introduction, développement, conclusion).</w:t>
      </w:r>
    </w:p>
    <w:p w14:paraId="4C54C096" w14:textId="77777777" w:rsidR="00F255FB" w:rsidRDefault="004E51C8">
      <w:pPr>
        <w:pStyle w:val="Titre2"/>
      </w:pPr>
      <w:r>
        <w:t>Méthode simple en 4 étapes</w:t>
      </w:r>
    </w:p>
    <w:p w14:paraId="6A6D1454" w14:textId="77777777" w:rsidR="00F255FB" w:rsidRDefault="004E51C8">
      <w:pPr>
        <w:pStyle w:val="Listepuces"/>
      </w:pPr>
      <w:r>
        <w:t>Lire la consigne et souligner les éléments obligatoires (qui écrit ? à qui ? pourquoi ?).</w:t>
      </w:r>
    </w:p>
    <w:p w14:paraId="75B1D28C" w14:textId="77777777" w:rsidR="00F255FB" w:rsidRDefault="004E51C8">
      <w:pPr>
        <w:pStyle w:val="Listepuces"/>
      </w:pPr>
      <w:r>
        <w:t>Faire un mini-plan (3 idées maximum) et choisir 6 à 10 mots de vocabulaire utiles.</w:t>
      </w:r>
    </w:p>
    <w:p w14:paraId="41E7449D" w14:textId="77777777" w:rsidR="00F255FB" w:rsidRDefault="004E51C8">
      <w:pPr>
        <w:pStyle w:val="Listepuces"/>
      </w:pPr>
      <w:r>
        <w:t>Rédiger en phrases courtes, avec des connecteurs (d’abord, ensuite, cependant, donc...).</w:t>
      </w:r>
    </w:p>
    <w:p w14:paraId="60400955" w14:textId="77777777" w:rsidR="00F255FB" w:rsidRDefault="004E51C8">
      <w:pPr>
        <w:pStyle w:val="Listepuces"/>
      </w:pPr>
      <w:r>
        <w:t>Relire : accords, temps verbaux, ponctuation, répétitions, cohérence.</w:t>
      </w:r>
    </w:p>
    <w:p w14:paraId="13B2FAF7" w14:textId="77777777" w:rsidR="00F255FB" w:rsidRDefault="00F255FB"/>
    <w:p w14:paraId="54529D96" w14:textId="77777777" w:rsidR="00F255FB" w:rsidRDefault="004E51C8">
      <w:pPr>
        <w:pStyle w:val="Titre2"/>
      </w:pPr>
      <w:r>
        <w:t>Connecteurs utiles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0ABF88CB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7464C1" w14:textId="77777777" w:rsidR="00F255FB" w:rsidRDefault="004E51C8">
            <w:r>
              <w:t>Organiser</w:t>
            </w:r>
          </w:p>
        </w:tc>
        <w:tc>
          <w:tcPr>
            <w:tcW w:w="4986" w:type="dxa"/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49EAC0" w14:textId="77777777" w:rsidR="00F255FB" w:rsidRDefault="004E51C8">
            <w:r>
              <w:t xml:space="preserve">D’abord / ensuite / enfin ; en plus ; d’une part / d’autre </w:t>
            </w:r>
            <w:r>
              <w:t>part</w:t>
            </w:r>
          </w:p>
        </w:tc>
      </w:tr>
      <w:tr w:rsidR="00F255FB" w14:paraId="612B26B0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F85D5" w14:textId="77777777" w:rsidR="00F255FB" w:rsidRDefault="004E51C8">
            <w:r>
              <w:t>Opposer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EE39C6" w14:textId="77777777" w:rsidR="00F255FB" w:rsidRDefault="004E51C8">
            <w:r>
              <w:t>Cependant ; pourtant ; en revanche ; tandis que ; malgré</w:t>
            </w:r>
          </w:p>
        </w:tc>
      </w:tr>
      <w:tr w:rsidR="00F255FB" w14:paraId="3A6A531B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780BE6" w14:textId="77777777" w:rsidR="00F255FB" w:rsidRDefault="004E51C8">
            <w:r>
              <w:t>Expliquer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6D47DA" w14:textId="77777777" w:rsidR="00F255FB" w:rsidRDefault="004E51C8">
            <w:r>
              <w:t>Parce que ; puisque ; en effet ; c’est pourquoi ; donc</w:t>
            </w:r>
          </w:p>
        </w:tc>
      </w:tr>
      <w:tr w:rsidR="00F255FB" w14:paraId="736BAC16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0315A4" w14:textId="77777777" w:rsidR="00F255FB" w:rsidRDefault="004E51C8">
            <w:r>
              <w:t>Conclure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61FE75" w14:textId="77777777" w:rsidR="00F255FB" w:rsidRDefault="004E51C8">
            <w:r>
              <w:t>Pour résumer ; en conclusion ; au final ; selon moi</w:t>
            </w:r>
          </w:p>
        </w:tc>
      </w:tr>
    </w:tbl>
    <w:p w14:paraId="04B5C32E" w14:textId="77777777" w:rsidR="00F255FB" w:rsidRDefault="00F255FB"/>
    <w:p w14:paraId="4C0D6080" w14:textId="77777777" w:rsidR="00F255FB" w:rsidRDefault="004E51C8">
      <w:pPr>
        <w:pStyle w:val="Titre2"/>
      </w:pPr>
      <w:r>
        <w:t>Grille d’auto-évaluation (à cocher)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2F707FCC" w14:textId="77777777">
        <w:trPr>
          <w:jc w:val="center"/>
        </w:trPr>
        <w:tc>
          <w:tcPr>
            <w:tcW w:w="4986" w:type="dxa"/>
            <w:shd w:val="clear" w:color="auto" w:fill="E8F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3BEF75" w14:textId="77777777" w:rsidR="00F255FB" w:rsidRDefault="004E51C8">
            <w:r>
              <w:t>Consigne respectée</w:t>
            </w:r>
          </w:p>
        </w:tc>
        <w:tc>
          <w:tcPr>
            <w:tcW w:w="4986" w:type="dxa"/>
            <w:shd w:val="clear" w:color="auto" w:fill="E8F5E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5E36FD" w14:textId="77777777" w:rsidR="00F255FB" w:rsidRDefault="004E51C8">
            <w:r>
              <w:t>□ Tous les points demandés sont traités, bon destinataire, ton adapté.</w:t>
            </w:r>
          </w:p>
        </w:tc>
      </w:tr>
      <w:tr w:rsidR="00F255FB" w14:paraId="4B86C5A9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E38091" w14:textId="77777777" w:rsidR="00F255FB" w:rsidRDefault="004E51C8">
            <w:r>
              <w:t>Organisation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C7EAC7" w14:textId="77777777" w:rsidR="00F255FB" w:rsidRDefault="004E51C8">
            <w:r>
              <w:t>□ Paragraphes clairs, connecteurs, progression logique.</w:t>
            </w:r>
          </w:p>
        </w:tc>
      </w:tr>
      <w:tr w:rsidR="00F255FB" w14:paraId="1FBFFBD3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59B77E" w14:textId="77777777" w:rsidR="00F255FB" w:rsidRDefault="004E51C8">
            <w:r>
              <w:t>Argumentation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E1211B" w14:textId="77777777" w:rsidR="00F255FB" w:rsidRDefault="004E51C8">
            <w:r>
              <w:t>□ Exemples concrets, opinion claire, nuances.</w:t>
            </w:r>
          </w:p>
        </w:tc>
      </w:tr>
      <w:tr w:rsidR="00F255FB" w14:paraId="48F99CF9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2CA086" w14:textId="77777777" w:rsidR="00F255FB" w:rsidRDefault="004E51C8">
            <w:r>
              <w:t>Lexique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170A7A" w14:textId="77777777" w:rsidR="00F255FB" w:rsidRDefault="004E51C8">
            <w:r>
              <w:t xml:space="preserve">□ Vocabulaire varié, mots précis, peu de </w:t>
            </w:r>
            <w:r>
              <w:t>répétitions.</w:t>
            </w:r>
          </w:p>
        </w:tc>
      </w:tr>
      <w:tr w:rsidR="00F255FB" w14:paraId="44A3B6A7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07CE35" w14:textId="77777777" w:rsidR="00F255FB" w:rsidRDefault="004E51C8">
            <w:r>
              <w:t>Grammaire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7E9840" w14:textId="77777777" w:rsidR="00F255FB" w:rsidRDefault="004E51C8">
            <w:r>
              <w:t>□ Accords et temps majoritairement corrects.</w:t>
            </w:r>
          </w:p>
        </w:tc>
      </w:tr>
      <w:tr w:rsidR="00F255FB" w14:paraId="506335C0" w14:textId="77777777">
        <w:trPr>
          <w:jc w:val="center"/>
        </w:trPr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A2F19E" w14:textId="77777777" w:rsidR="00F255FB" w:rsidRDefault="004E51C8">
            <w:r>
              <w:t>Orthographe</w:t>
            </w:r>
          </w:p>
        </w:tc>
        <w:tc>
          <w:tcPr>
            <w:tcW w:w="498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1C2925" w14:textId="77777777" w:rsidR="00F255FB" w:rsidRDefault="004E51C8">
            <w:r>
              <w:t>□ Ponctuation, accents, mots courants corrects.</w:t>
            </w:r>
          </w:p>
        </w:tc>
      </w:tr>
    </w:tbl>
    <w:p w14:paraId="0911E144" w14:textId="77777777" w:rsidR="00F255FB" w:rsidRDefault="004E51C8">
      <w:r>
        <w:br w:type="page"/>
      </w:r>
    </w:p>
    <w:p w14:paraId="0DFBB15E" w14:textId="77777777" w:rsidR="00F255FB" w:rsidRDefault="004E51C8">
      <w:pPr>
        <w:pStyle w:val="Titre1"/>
      </w:pPr>
      <w:r>
        <w:lastRenderedPageBreak/>
        <w:t>Cas 01 - Changement d’horaires au travail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7B50FD4B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D01774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206860" w14:textId="77777777" w:rsidR="00F255FB" w:rsidRDefault="004E51C8">
            <w:r>
              <w:t>Travail / organisation</w:t>
            </w:r>
          </w:p>
        </w:tc>
      </w:tr>
      <w:tr w:rsidR="00F255FB" w14:paraId="3AC6270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121EF4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3A6874" w14:textId="77777777" w:rsidR="00F255FB" w:rsidRDefault="004E51C8">
            <w:r>
              <w:t xml:space="preserve">Vous travaillez dans une </w:t>
            </w:r>
            <w:r>
              <w:t>entreprise où de nouveaux horaires vont être appliqués le mois prochain. Vous souhaitez demander des ajustements pour des raisons familiales.</w:t>
            </w:r>
          </w:p>
        </w:tc>
      </w:tr>
    </w:tbl>
    <w:p w14:paraId="5ED4C968" w14:textId="77777777" w:rsidR="00F255FB" w:rsidRDefault="00F255FB"/>
    <w:p w14:paraId="243F70A7" w14:textId="77777777" w:rsidR="00F255FB" w:rsidRDefault="004E51C8">
      <w:pPr>
        <w:pStyle w:val="Titre2"/>
      </w:pPr>
      <w:r>
        <w:t>Tâche 1 - Message (80-100 mots)</w:t>
      </w:r>
    </w:p>
    <w:p w14:paraId="30D1704A" w14:textId="77777777" w:rsidR="00F255FB" w:rsidRDefault="004E51C8">
      <w:pPr>
        <w:pStyle w:val="Listepuces"/>
      </w:pPr>
      <w:r>
        <w:t>Écrire à votre responsable (email professionnel).</w:t>
      </w:r>
    </w:p>
    <w:p w14:paraId="6DCD9482" w14:textId="77777777" w:rsidR="00F255FB" w:rsidRDefault="004E51C8">
      <w:pPr>
        <w:pStyle w:val="Listepuces"/>
      </w:pPr>
      <w:r>
        <w:t xml:space="preserve">Expliquer votre </w:t>
      </w:r>
      <w:r>
        <w:t>situation et les contraintes.</w:t>
      </w:r>
    </w:p>
    <w:p w14:paraId="02C71FF7" w14:textId="77777777" w:rsidR="00F255FB" w:rsidRDefault="004E51C8">
      <w:pPr>
        <w:pStyle w:val="Listepuces"/>
      </w:pPr>
      <w:r>
        <w:t>Proposer une solution réaliste (ex. horaires décalés, télétravail 1 jour).</w:t>
      </w:r>
    </w:p>
    <w:p w14:paraId="2C21E707" w14:textId="77777777" w:rsidR="00F255FB" w:rsidRDefault="004E51C8">
      <w:pPr>
        <w:pStyle w:val="Listepuces"/>
      </w:pPr>
      <w:r>
        <w:t>Demander une réponse et remercier.</w:t>
      </w:r>
    </w:p>
    <w:p w14:paraId="2BA8B609" w14:textId="77777777" w:rsidR="00F255FB" w:rsidRDefault="00F255FB"/>
    <w:p w14:paraId="025C547C" w14:textId="77777777" w:rsidR="00F255FB" w:rsidRDefault="004E51C8">
      <w:pPr>
        <w:pStyle w:val="Titre2"/>
      </w:pPr>
      <w:r>
        <w:t>Document déclencheur (résumé)</w:t>
      </w:r>
    </w:p>
    <w:p w14:paraId="2B21CB07" w14:textId="77777777" w:rsidR="00F255FB" w:rsidRDefault="004E51C8">
      <w:r>
        <w:rPr>
          <w:i/>
          <w:color w:val="5A5A5A"/>
        </w:rPr>
        <w:t>Un court article interne indique que l’entreprise teste des horaires plus tôt le mati</w:t>
      </w:r>
      <w:r>
        <w:rPr>
          <w:i/>
          <w:color w:val="5A5A5A"/>
        </w:rPr>
        <w:t>n pour améliorer la productivité et réduire les réunions tardives.</w:t>
      </w:r>
    </w:p>
    <w:p w14:paraId="4A7684F1" w14:textId="77777777" w:rsidR="00F255FB" w:rsidRDefault="00F255FB"/>
    <w:p w14:paraId="3FD6E146" w14:textId="77777777" w:rsidR="00F255FB" w:rsidRDefault="004E51C8">
      <w:pPr>
        <w:pStyle w:val="Titre2"/>
      </w:pPr>
      <w:r>
        <w:t>Tâche 2 - Opinion / argumentation (160-180 mots)</w:t>
      </w:r>
    </w:p>
    <w:p w14:paraId="318D1E76" w14:textId="77777777" w:rsidR="00F255FB" w:rsidRDefault="004E51C8">
      <w:pPr>
        <w:pStyle w:val="Listepuces"/>
      </w:pPr>
      <w:r>
        <w:t>Donner votre opinion sur ces nouveaux horaires.</w:t>
      </w:r>
    </w:p>
    <w:p w14:paraId="0DD65B27" w14:textId="77777777" w:rsidR="00F255FB" w:rsidRDefault="004E51C8">
      <w:pPr>
        <w:pStyle w:val="Listepuces"/>
      </w:pPr>
      <w:r>
        <w:t>Présenter 2 avantages et 2 inconvénients.</w:t>
      </w:r>
    </w:p>
    <w:p w14:paraId="7373A92D" w14:textId="77777777" w:rsidR="00F255FB" w:rsidRDefault="004E51C8">
      <w:pPr>
        <w:pStyle w:val="Listepuces"/>
      </w:pPr>
      <w:r>
        <w:t>Proposer une mesure d’accompagnement pour les sal</w:t>
      </w:r>
      <w:r>
        <w:t>ariés.</w:t>
      </w:r>
    </w:p>
    <w:p w14:paraId="372E2486" w14:textId="77777777" w:rsidR="00F255FB" w:rsidRDefault="00F255FB"/>
    <w:p w14:paraId="003C0838" w14:textId="77777777" w:rsidR="00F255FB" w:rsidRDefault="004E51C8">
      <w:pPr>
        <w:pStyle w:val="Titre2"/>
      </w:pPr>
      <w:r>
        <w:t>Lexique utile</w:t>
      </w:r>
    </w:p>
    <w:p w14:paraId="1A13F02A" w14:textId="77777777" w:rsidR="00F255FB" w:rsidRDefault="004E51C8">
      <w:r>
        <w:t>horaires, flexibilité, contraintes, organisation, transport, équilibre, productivité, planning</w:t>
      </w:r>
    </w:p>
    <w:p w14:paraId="09F127FF" w14:textId="77777777" w:rsidR="00F255FB" w:rsidRDefault="004E51C8">
      <w:pPr>
        <w:pStyle w:val="Titre2"/>
      </w:pPr>
      <w:r>
        <w:t>Expressions utiles</w:t>
      </w:r>
    </w:p>
    <w:p w14:paraId="03980DFB" w14:textId="77777777" w:rsidR="00F255FB" w:rsidRDefault="004E51C8">
      <w:pPr>
        <w:pStyle w:val="Listepuces"/>
      </w:pPr>
      <w:r>
        <w:t>Je me permets de vous écrire au sujet de...</w:t>
      </w:r>
    </w:p>
    <w:p w14:paraId="7B5CFF86" w14:textId="77777777" w:rsidR="00F255FB" w:rsidRDefault="004E51C8">
      <w:pPr>
        <w:pStyle w:val="Listepuces"/>
      </w:pPr>
      <w:r>
        <w:t>Serait-il envisageable de... ?</w:t>
      </w:r>
    </w:p>
    <w:p w14:paraId="39C3A38F" w14:textId="77777777" w:rsidR="00F255FB" w:rsidRDefault="004E51C8">
      <w:pPr>
        <w:pStyle w:val="Listepuces"/>
      </w:pPr>
      <w:r>
        <w:t>D’un côté..., de l’autre...</w:t>
      </w:r>
    </w:p>
    <w:p w14:paraId="216675F3" w14:textId="77777777" w:rsidR="00F255FB" w:rsidRDefault="004E51C8">
      <w:r>
        <w:rPr>
          <w:i/>
          <w:color w:val="787878"/>
        </w:rPr>
        <w:t xml:space="preserve">Conseil : </w:t>
      </w:r>
      <w:r>
        <w:rPr>
          <w:i/>
          <w:color w:val="787878"/>
        </w:rPr>
        <w:t>visez 2 ou 3 paragraphes en Tâche 2, avec une mini-conclusion.</w:t>
      </w:r>
    </w:p>
    <w:p w14:paraId="72C7AC50" w14:textId="77777777" w:rsidR="00F255FB" w:rsidRDefault="004E51C8">
      <w:r>
        <w:br w:type="page"/>
      </w:r>
    </w:p>
    <w:p w14:paraId="712A6C60" w14:textId="77777777" w:rsidR="00F255FB" w:rsidRDefault="004E51C8">
      <w:pPr>
        <w:pStyle w:val="Titre1"/>
      </w:pPr>
      <w:r>
        <w:lastRenderedPageBreak/>
        <w:t>Cas 02 - Réservation annulée - demander un geste commercial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14CE20D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8C8DB3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24B204" w14:textId="77777777" w:rsidR="00F255FB" w:rsidRDefault="004E51C8">
            <w:r>
              <w:t>Consommation / services</w:t>
            </w:r>
          </w:p>
        </w:tc>
      </w:tr>
      <w:tr w:rsidR="00F255FB" w14:paraId="08EA1F99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CDB1D7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2C5C9F" w14:textId="77777777" w:rsidR="00F255FB" w:rsidRDefault="004E51C8">
            <w:r>
              <w:t>Vous aviez réservé une chambre d’hôtel pour un week-end. L’hôtel annule la réservation à l</w:t>
            </w:r>
            <w:r>
              <w:t>a dernière minute. Vous devez réagir.</w:t>
            </w:r>
          </w:p>
        </w:tc>
      </w:tr>
    </w:tbl>
    <w:p w14:paraId="18CAF046" w14:textId="77777777" w:rsidR="00F255FB" w:rsidRDefault="00F255FB"/>
    <w:p w14:paraId="3C70700B" w14:textId="77777777" w:rsidR="00F255FB" w:rsidRDefault="004E51C8">
      <w:pPr>
        <w:pStyle w:val="Titre2"/>
      </w:pPr>
      <w:r>
        <w:t>Tâche 1 - Message (80-100 mots)</w:t>
      </w:r>
    </w:p>
    <w:p w14:paraId="40871BD4" w14:textId="77777777" w:rsidR="00F255FB" w:rsidRDefault="004E51C8">
      <w:pPr>
        <w:pStyle w:val="Listepuces"/>
      </w:pPr>
      <w:r>
        <w:t>Écrire au service client de l’hôtel.</w:t>
      </w:r>
    </w:p>
    <w:p w14:paraId="1A4378F2" w14:textId="77777777" w:rsidR="00F255FB" w:rsidRDefault="004E51C8">
      <w:pPr>
        <w:pStyle w:val="Listepuces"/>
      </w:pPr>
      <w:r>
        <w:t>Rappeler la réservation (dates, référence).</w:t>
      </w:r>
    </w:p>
    <w:p w14:paraId="2983A918" w14:textId="77777777" w:rsidR="00F255FB" w:rsidRDefault="004E51C8">
      <w:pPr>
        <w:pStyle w:val="Listepuces"/>
      </w:pPr>
      <w:r>
        <w:t>Expliquer les conséquences (billets, déplacement).</w:t>
      </w:r>
    </w:p>
    <w:p w14:paraId="3AFAB4A4" w14:textId="77777777" w:rsidR="00F255FB" w:rsidRDefault="004E51C8">
      <w:pPr>
        <w:pStyle w:val="Listepuces"/>
      </w:pPr>
      <w:r>
        <w:t xml:space="preserve">Demander une solution (relogement, </w:t>
      </w:r>
      <w:r>
        <w:t>remboursement, réduction).</w:t>
      </w:r>
    </w:p>
    <w:p w14:paraId="3EF0D6E3" w14:textId="77777777" w:rsidR="00F255FB" w:rsidRDefault="00F255FB"/>
    <w:p w14:paraId="38709E1A" w14:textId="77777777" w:rsidR="00F255FB" w:rsidRDefault="004E51C8">
      <w:pPr>
        <w:pStyle w:val="Titre2"/>
      </w:pPr>
      <w:r>
        <w:t>Document déclencheur (résumé)</w:t>
      </w:r>
    </w:p>
    <w:p w14:paraId="536E2AE7" w14:textId="77777777" w:rsidR="00F255FB" w:rsidRDefault="004E51C8">
      <w:r>
        <w:rPr>
          <w:i/>
          <w:color w:val="5A5A5A"/>
        </w:rPr>
        <w:t>Un forum de voyageurs discute des annulations de dernière minute : certains demandent un remboursement total, d’autres préfèrent un relogement équivalent.</w:t>
      </w:r>
    </w:p>
    <w:p w14:paraId="4470C97E" w14:textId="77777777" w:rsidR="00F255FB" w:rsidRDefault="00F255FB"/>
    <w:p w14:paraId="35EEBDFE" w14:textId="77777777" w:rsidR="00F255FB" w:rsidRDefault="004E51C8">
      <w:pPr>
        <w:pStyle w:val="Titre2"/>
      </w:pPr>
      <w:r>
        <w:t>Tâche 2 - Opinion / argumentation (160-180</w:t>
      </w:r>
      <w:r>
        <w:t xml:space="preserve"> mots)</w:t>
      </w:r>
    </w:p>
    <w:p w14:paraId="22FB7D3C" w14:textId="77777777" w:rsidR="00F255FB" w:rsidRDefault="004E51C8">
      <w:pPr>
        <w:pStyle w:val="Listepuces"/>
      </w:pPr>
      <w:r>
        <w:t>Dire quelle solution vous semble la plus juste.</w:t>
      </w:r>
    </w:p>
    <w:p w14:paraId="250036F9" w14:textId="77777777" w:rsidR="00F255FB" w:rsidRDefault="004E51C8">
      <w:pPr>
        <w:pStyle w:val="Listepuces"/>
      </w:pPr>
      <w:r>
        <w:t>Argumenter avec des exemples concrets.</w:t>
      </w:r>
    </w:p>
    <w:p w14:paraId="1449AF93" w14:textId="77777777" w:rsidR="00F255FB" w:rsidRDefault="004E51C8">
      <w:pPr>
        <w:pStyle w:val="Listepuces"/>
      </w:pPr>
      <w:r>
        <w:t>Conclure par un conseil aux voyageurs.</w:t>
      </w:r>
    </w:p>
    <w:p w14:paraId="69E147F5" w14:textId="77777777" w:rsidR="00F255FB" w:rsidRDefault="00F255FB"/>
    <w:p w14:paraId="02926CA2" w14:textId="77777777" w:rsidR="00F255FB" w:rsidRDefault="004E51C8">
      <w:pPr>
        <w:pStyle w:val="Titre2"/>
      </w:pPr>
      <w:r>
        <w:t>Lexique utile</w:t>
      </w:r>
    </w:p>
    <w:p w14:paraId="465E222C" w14:textId="77777777" w:rsidR="00F255FB" w:rsidRDefault="004E51C8">
      <w:r>
        <w:t>réservation, annulation, remboursement, relogement, préjudice, dédommagement, conditions, service client</w:t>
      </w:r>
    </w:p>
    <w:p w14:paraId="2451C8FB" w14:textId="77777777" w:rsidR="00F255FB" w:rsidRDefault="004E51C8">
      <w:pPr>
        <w:pStyle w:val="Titre2"/>
      </w:pPr>
      <w:r>
        <w:t>Exp</w:t>
      </w:r>
      <w:r>
        <w:t>ressions utiles</w:t>
      </w:r>
    </w:p>
    <w:p w14:paraId="70980B3D" w14:textId="77777777" w:rsidR="00F255FB" w:rsidRDefault="004E51C8">
      <w:pPr>
        <w:pStyle w:val="Listepuces"/>
      </w:pPr>
      <w:r>
        <w:t>Suite à votre message du...</w:t>
      </w:r>
    </w:p>
    <w:p w14:paraId="13F41CFF" w14:textId="77777777" w:rsidR="00F255FB" w:rsidRDefault="004E51C8">
      <w:pPr>
        <w:pStyle w:val="Listepuces"/>
      </w:pPr>
      <w:r>
        <w:t>Je vous remercie de bien vouloir...</w:t>
      </w:r>
    </w:p>
    <w:p w14:paraId="1709239A" w14:textId="77777777" w:rsidR="00F255FB" w:rsidRDefault="004E51C8">
      <w:pPr>
        <w:pStyle w:val="Listepuces"/>
      </w:pPr>
      <w:r>
        <w:t>À défaut de..., je souhaiterais...</w:t>
      </w:r>
    </w:p>
    <w:p w14:paraId="54A790ED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3B6FC6F7" w14:textId="77777777" w:rsidR="00F255FB" w:rsidRDefault="004E51C8">
      <w:r>
        <w:br w:type="page"/>
      </w:r>
    </w:p>
    <w:p w14:paraId="4A30B6AA" w14:textId="77777777" w:rsidR="00F255FB" w:rsidRDefault="004E51C8">
      <w:pPr>
        <w:pStyle w:val="Titre1"/>
      </w:pPr>
      <w:r>
        <w:lastRenderedPageBreak/>
        <w:t>Cas 03 - Club sportif - s’inscrire et poser des questions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7155DCE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DC75CB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9FC503" w14:textId="77777777" w:rsidR="00F255FB" w:rsidRDefault="004E51C8">
            <w:r>
              <w:t>Lo</w:t>
            </w:r>
            <w:r>
              <w:t>isirs / sport</w:t>
            </w:r>
          </w:p>
        </w:tc>
      </w:tr>
      <w:tr w:rsidR="00F255FB" w14:paraId="073A1E6A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0786F2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D0B845" w14:textId="77777777" w:rsidR="00F255FB" w:rsidRDefault="004E51C8">
            <w:r>
              <w:t>Vous voulez vous inscrire dans un club sportif de votre ville. Vous avez besoin d’informations avant de payer l’adhésion.</w:t>
            </w:r>
          </w:p>
        </w:tc>
      </w:tr>
    </w:tbl>
    <w:p w14:paraId="5BAD78D6" w14:textId="77777777" w:rsidR="00F255FB" w:rsidRDefault="00F255FB"/>
    <w:p w14:paraId="290189A7" w14:textId="77777777" w:rsidR="00F255FB" w:rsidRDefault="004E51C8">
      <w:pPr>
        <w:pStyle w:val="Titre2"/>
      </w:pPr>
      <w:r>
        <w:t>Tâche 1 - Message (80-100 mots)</w:t>
      </w:r>
    </w:p>
    <w:p w14:paraId="3B0A9253" w14:textId="77777777" w:rsidR="00F255FB" w:rsidRDefault="004E51C8">
      <w:pPr>
        <w:pStyle w:val="Listepuces"/>
      </w:pPr>
      <w:r>
        <w:t>Écrire au club (email).</w:t>
      </w:r>
    </w:p>
    <w:p w14:paraId="1F9C5F02" w14:textId="77777777" w:rsidR="00F255FB" w:rsidRDefault="004E51C8">
      <w:pPr>
        <w:pStyle w:val="Listepuces"/>
      </w:pPr>
      <w:r>
        <w:t xml:space="preserve">Demander les horaires, tarifs et niveau </w:t>
      </w:r>
      <w:r>
        <w:t>requis.</w:t>
      </w:r>
    </w:p>
    <w:p w14:paraId="4CF595EF" w14:textId="77777777" w:rsidR="00F255FB" w:rsidRDefault="004E51C8">
      <w:pPr>
        <w:pStyle w:val="Listepuces"/>
      </w:pPr>
      <w:r>
        <w:t>Demander s’il existe un cours d’essai.</w:t>
      </w:r>
    </w:p>
    <w:p w14:paraId="0485D33C" w14:textId="77777777" w:rsidR="00F255FB" w:rsidRDefault="004E51C8">
      <w:pPr>
        <w:pStyle w:val="Listepuces"/>
      </w:pPr>
      <w:r>
        <w:t>Préciser vos disponibilités et votre niveau.</w:t>
      </w:r>
    </w:p>
    <w:p w14:paraId="1D055D5F" w14:textId="77777777" w:rsidR="00F255FB" w:rsidRDefault="00F255FB"/>
    <w:p w14:paraId="71DBBE4E" w14:textId="77777777" w:rsidR="00F255FB" w:rsidRDefault="004E51C8">
      <w:pPr>
        <w:pStyle w:val="Titre2"/>
      </w:pPr>
      <w:r>
        <w:t>Document déclencheur (résumé)</w:t>
      </w:r>
    </w:p>
    <w:p w14:paraId="1620AA67" w14:textId="77777777" w:rsidR="00F255FB" w:rsidRDefault="004E51C8">
      <w:r>
        <w:rPr>
          <w:i/>
          <w:color w:val="5A5A5A"/>
        </w:rPr>
        <w:t>Une affiche municipale encourage les habitants à pratiquer une activité physique régulière pour la santé et la cohésion sociale.</w:t>
      </w:r>
    </w:p>
    <w:p w14:paraId="7E35F2D4" w14:textId="77777777" w:rsidR="00F255FB" w:rsidRDefault="00F255FB"/>
    <w:p w14:paraId="76B19ECE" w14:textId="77777777" w:rsidR="00F255FB" w:rsidRDefault="004E51C8">
      <w:pPr>
        <w:pStyle w:val="Titre2"/>
      </w:pPr>
      <w:r>
        <w:t>Tâc</w:t>
      </w:r>
      <w:r>
        <w:t>he 2 - Opinion / argumentation (160-180 mots)</w:t>
      </w:r>
    </w:p>
    <w:p w14:paraId="17264557" w14:textId="77777777" w:rsidR="00F255FB" w:rsidRDefault="004E51C8">
      <w:pPr>
        <w:pStyle w:val="Listepuces"/>
      </w:pPr>
      <w:r>
        <w:t>Exprimer votre point de vue sur les campagnes sport-santé.</w:t>
      </w:r>
    </w:p>
    <w:p w14:paraId="323EE1DD" w14:textId="77777777" w:rsidR="00F255FB" w:rsidRDefault="004E51C8">
      <w:pPr>
        <w:pStyle w:val="Listepuces"/>
      </w:pPr>
      <w:r>
        <w:t>Expliquer ce qui peut motiver ou freiner les gens.</w:t>
      </w:r>
    </w:p>
    <w:p w14:paraId="316BAB29" w14:textId="77777777" w:rsidR="00F255FB" w:rsidRDefault="004E51C8">
      <w:pPr>
        <w:pStyle w:val="Listepuces"/>
      </w:pPr>
      <w:r>
        <w:t>Proposer une action concrète pour votre quartier.</w:t>
      </w:r>
    </w:p>
    <w:p w14:paraId="0A920F80" w14:textId="77777777" w:rsidR="00F255FB" w:rsidRDefault="00F255FB"/>
    <w:p w14:paraId="20695F8B" w14:textId="77777777" w:rsidR="00F255FB" w:rsidRDefault="004E51C8">
      <w:pPr>
        <w:pStyle w:val="Titre2"/>
      </w:pPr>
      <w:r>
        <w:t>Lexique utile</w:t>
      </w:r>
    </w:p>
    <w:p w14:paraId="05831A43" w14:textId="77777777" w:rsidR="00F255FB" w:rsidRDefault="004E51C8">
      <w:r>
        <w:t>adhésion, cours d’essai, niveau, en</w:t>
      </w:r>
      <w:r>
        <w:t>cadrement, équipement, inscription, motivation, santé</w:t>
      </w:r>
    </w:p>
    <w:p w14:paraId="119329C0" w14:textId="77777777" w:rsidR="00F255FB" w:rsidRDefault="004E51C8">
      <w:pPr>
        <w:pStyle w:val="Titre2"/>
      </w:pPr>
      <w:r>
        <w:t>Expressions utiles</w:t>
      </w:r>
    </w:p>
    <w:p w14:paraId="55B56112" w14:textId="77777777" w:rsidR="00F255FB" w:rsidRDefault="004E51C8">
      <w:pPr>
        <w:pStyle w:val="Listepuces"/>
      </w:pPr>
      <w:r>
        <w:t>Pourriez-vous m’indiquer... ?</w:t>
      </w:r>
    </w:p>
    <w:p w14:paraId="2A59E3D4" w14:textId="77777777" w:rsidR="00F255FB" w:rsidRDefault="004E51C8">
      <w:pPr>
        <w:pStyle w:val="Listepuces"/>
      </w:pPr>
      <w:r>
        <w:t>Je suis disponible plutôt...</w:t>
      </w:r>
    </w:p>
    <w:p w14:paraId="55861242" w14:textId="77777777" w:rsidR="00F255FB" w:rsidRDefault="004E51C8">
      <w:pPr>
        <w:pStyle w:val="Listepuces"/>
      </w:pPr>
      <w:r>
        <w:t>Il me semble que...</w:t>
      </w:r>
    </w:p>
    <w:p w14:paraId="13774A71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626F8A12" w14:textId="77777777" w:rsidR="00F255FB" w:rsidRDefault="004E51C8">
      <w:r>
        <w:br w:type="page"/>
      </w:r>
    </w:p>
    <w:p w14:paraId="6C10B724" w14:textId="42D84B7C" w:rsidR="00F255FB" w:rsidRDefault="004E51C8">
      <w:pPr>
        <w:pStyle w:val="Titre1"/>
      </w:pPr>
      <w:r>
        <w:lastRenderedPageBreak/>
        <w:t>Cas 04</w:t>
      </w:r>
      <w:r>
        <w:t xml:space="preserve">- </w:t>
      </w:r>
      <w:r>
        <w:t xml:space="preserve">Appartement </w:t>
      </w:r>
      <w:proofErr w:type="spellStart"/>
      <w:r>
        <w:t>bruyant</w:t>
      </w:r>
      <w:proofErr w:type="spellEnd"/>
      <w:r>
        <w:t xml:space="preserve"> - écrire au voisin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4292F317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4EE1C7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387951" w14:textId="77777777" w:rsidR="00F255FB" w:rsidRDefault="004E51C8">
            <w:r>
              <w:t>Vie quotidienne / voisinage</w:t>
            </w:r>
          </w:p>
        </w:tc>
      </w:tr>
      <w:tr w:rsidR="00F255FB" w14:paraId="72A48928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848AF4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D3850F" w14:textId="77777777" w:rsidR="00F255FB" w:rsidRDefault="004E51C8">
            <w:r>
              <w:t>Votre voisin fait souvent du bruit tard le soir. Vous voulez régler le problème sans conflit.</w:t>
            </w:r>
          </w:p>
        </w:tc>
      </w:tr>
    </w:tbl>
    <w:p w14:paraId="2D2EB546" w14:textId="77777777" w:rsidR="00F255FB" w:rsidRDefault="00F255FB"/>
    <w:p w14:paraId="73ED0E13" w14:textId="77777777" w:rsidR="00F255FB" w:rsidRDefault="004E51C8">
      <w:pPr>
        <w:pStyle w:val="Titre2"/>
      </w:pPr>
      <w:r>
        <w:t>Tâche 1 - Message (80-100 mots)</w:t>
      </w:r>
    </w:p>
    <w:p w14:paraId="6841F253" w14:textId="77777777" w:rsidR="00F255FB" w:rsidRDefault="004E51C8">
      <w:pPr>
        <w:pStyle w:val="Listepuces"/>
      </w:pPr>
      <w:r>
        <w:t>Écrire un mot ou un email au voisin.</w:t>
      </w:r>
    </w:p>
    <w:p w14:paraId="44FA4B12" w14:textId="77777777" w:rsidR="00F255FB" w:rsidRDefault="004E51C8">
      <w:pPr>
        <w:pStyle w:val="Listepuces"/>
      </w:pPr>
      <w:r>
        <w:t>Décrire</w:t>
      </w:r>
      <w:r>
        <w:t xml:space="preserve"> le problème avec des exemples précis.</w:t>
      </w:r>
    </w:p>
    <w:p w14:paraId="511EC11D" w14:textId="77777777" w:rsidR="00F255FB" w:rsidRDefault="004E51C8">
      <w:pPr>
        <w:pStyle w:val="Listepuces"/>
      </w:pPr>
      <w:r>
        <w:t>Rester poli et proposer une solution (horaires, prévenir).</w:t>
      </w:r>
    </w:p>
    <w:p w14:paraId="23E34BA1" w14:textId="77777777" w:rsidR="00F255FB" w:rsidRDefault="004E51C8">
      <w:pPr>
        <w:pStyle w:val="Listepuces"/>
      </w:pPr>
      <w:r>
        <w:t>Inviter au dialogue.</w:t>
      </w:r>
    </w:p>
    <w:p w14:paraId="61D92E03" w14:textId="77777777" w:rsidR="00F255FB" w:rsidRDefault="00F255FB"/>
    <w:p w14:paraId="63C710B7" w14:textId="77777777" w:rsidR="00F255FB" w:rsidRDefault="004E51C8">
      <w:pPr>
        <w:pStyle w:val="Titre2"/>
      </w:pPr>
      <w:r w:rsidRPr="001052DC">
        <w:rPr>
          <w:sz w:val="28"/>
          <w:szCs w:val="28"/>
        </w:rPr>
        <w:t>Document</w:t>
      </w:r>
      <w:r>
        <w:t xml:space="preserve"> déclencheur (résumé)</w:t>
      </w:r>
    </w:p>
    <w:p w14:paraId="66D91E56" w14:textId="77777777" w:rsidR="00F255FB" w:rsidRDefault="004E51C8">
      <w:r>
        <w:rPr>
          <w:i/>
          <w:color w:val="5A5A5A"/>
        </w:rPr>
        <w:t>Un article de presse explique que la médiation de voisinage permet de résoudre des conflits du quotidien p</w:t>
      </w:r>
      <w:r>
        <w:rPr>
          <w:i/>
          <w:color w:val="5A5A5A"/>
        </w:rPr>
        <w:t>lus facilement que les procédures juridiques.</w:t>
      </w:r>
    </w:p>
    <w:p w14:paraId="326DABA0" w14:textId="77777777" w:rsidR="00F255FB" w:rsidRDefault="00F255FB"/>
    <w:p w14:paraId="345DDF8F" w14:textId="77777777" w:rsidR="00F255FB" w:rsidRDefault="004E51C8">
      <w:pPr>
        <w:pStyle w:val="Titre2"/>
      </w:pPr>
      <w:r>
        <w:t>Tâche 2 - Opinion / argumentation (160-180 mots)</w:t>
      </w:r>
    </w:p>
    <w:p w14:paraId="105640E7" w14:textId="77777777" w:rsidR="00F255FB" w:rsidRDefault="004E51C8">
      <w:pPr>
        <w:pStyle w:val="Listepuces"/>
      </w:pPr>
      <w:r>
        <w:t>Dire si la médiation est une bonne solution.</w:t>
      </w:r>
    </w:p>
    <w:p w14:paraId="58048A20" w14:textId="77777777" w:rsidR="00F255FB" w:rsidRDefault="004E51C8">
      <w:pPr>
        <w:pStyle w:val="Listepuces"/>
      </w:pPr>
      <w:r>
        <w:t>Comparer avec d’autres méthodes (plainte, syndic).</w:t>
      </w:r>
    </w:p>
    <w:p w14:paraId="4133CDE8" w14:textId="77777777" w:rsidR="00F255FB" w:rsidRDefault="004E51C8">
      <w:pPr>
        <w:pStyle w:val="Listepuces"/>
      </w:pPr>
      <w:r>
        <w:t>Donner un exemple de règles de “bien vivre ensemble”.</w:t>
      </w:r>
    </w:p>
    <w:p w14:paraId="7B6F26C7" w14:textId="77777777" w:rsidR="00F255FB" w:rsidRDefault="00F255FB"/>
    <w:p w14:paraId="722F96E7" w14:textId="77777777" w:rsidR="00F255FB" w:rsidRDefault="004E51C8">
      <w:pPr>
        <w:pStyle w:val="Titre2"/>
      </w:pPr>
      <w:r>
        <w:t>Lexique utile</w:t>
      </w:r>
    </w:p>
    <w:p w14:paraId="26BD0A70" w14:textId="77777777" w:rsidR="00F255FB" w:rsidRDefault="004E51C8">
      <w:r>
        <w:t>nuisances sonores, respect, médiation, dialogue, règlement, syndic, calme, horaires</w:t>
      </w:r>
    </w:p>
    <w:p w14:paraId="3D464188" w14:textId="77777777" w:rsidR="00F255FB" w:rsidRDefault="004E51C8">
      <w:pPr>
        <w:pStyle w:val="Titre2"/>
      </w:pPr>
      <w:r>
        <w:t>Expressions utiles</w:t>
      </w:r>
    </w:p>
    <w:p w14:paraId="4B4CC5E3" w14:textId="77777777" w:rsidR="00F255FB" w:rsidRDefault="004E51C8">
      <w:pPr>
        <w:pStyle w:val="Listepuces"/>
      </w:pPr>
      <w:r>
        <w:t>Je vous écris car...</w:t>
      </w:r>
    </w:p>
    <w:p w14:paraId="5B507A3E" w14:textId="77777777" w:rsidR="00F255FB" w:rsidRDefault="004E51C8">
      <w:pPr>
        <w:pStyle w:val="Listepuces"/>
      </w:pPr>
      <w:r>
        <w:t>Je suis certain(e) que nous pouvons trouver un accord.</w:t>
      </w:r>
    </w:p>
    <w:p w14:paraId="396E8220" w14:textId="77777777" w:rsidR="00F255FB" w:rsidRDefault="004E51C8">
      <w:pPr>
        <w:pStyle w:val="Listepuces"/>
      </w:pPr>
      <w:r>
        <w:t>Je vous propose de...</w:t>
      </w:r>
    </w:p>
    <w:p w14:paraId="5F82EB27" w14:textId="77777777" w:rsidR="00F255FB" w:rsidRDefault="004E51C8">
      <w:r>
        <w:rPr>
          <w:i/>
          <w:color w:val="787878"/>
        </w:rPr>
        <w:t>Conseil : visez 2 ou 3 paragraphes en Tâc</w:t>
      </w:r>
      <w:r>
        <w:rPr>
          <w:i/>
          <w:color w:val="787878"/>
        </w:rPr>
        <w:t>he 2, avec une mini-conclusion.</w:t>
      </w:r>
    </w:p>
    <w:p w14:paraId="3C8415BA" w14:textId="77777777" w:rsidR="00F255FB" w:rsidRDefault="004E51C8">
      <w:r>
        <w:br w:type="page"/>
      </w:r>
    </w:p>
    <w:p w14:paraId="32426341" w14:textId="77777777" w:rsidR="00F255FB" w:rsidRDefault="004E51C8">
      <w:pPr>
        <w:pStyle w:val="Titre1"/>
      </w:pPr>
      <w:r>
        <w:lastRenderedPageBreak/>
        <w:t>Cas 05 - Demande de stage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1DD2FF94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E6708F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78DD6A" w14:textId="77777777" w:rsidR="00F255FB" w:rsidRDefault="004E51C8">
            <w:r>
              <w:t>Études / insertion</w:t>
            </w:r>
          </w:p>
        </w:tc>
      </w:tr>
      <w:tr w:rsidR="00F255FB" w14:paraId="5DE0BEB9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A3A2F6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AF9B2D" w14:textId="77777777" w:rsidR="00F255FB" w:rsidRDefault="004E51C8">
            <w:r>
              <w:t>Vous cherchez un stage de 4 semaines dans une entreprise. Vous devez envoyer un email de candidature spontanée.</w:t>
            </w:r>
          </w:p>
        </w:tc>
      </w:tr>
    </w:tbl>
    <w:p w14:paraId="1201B3F3" w14:textId="77777777" w:rsidR="00F255FB" w:rsidRDefault="00F255FB"/>
    <w:p w14:paraId="6661249A" w14:textId="77777777" w:rsidR="00F255FB" w:rsidRDefault="004E51C8">
      <w:pPr>
        <w:pStyle w:val="Titre2"/>
      </w:pPr>
      <w:r>
        <w:t>Tâche 1 - Message (80-100 mots)</w:t>
      </w:r>
    </w:p>
    <w:p w14:paraId="37C6120B" w14:textId="77777777" w:rsidR="00F255FB" w:rsidRDefault="004E51C8">
      <w:pPr>
        <w:pStyle w:val="Listepuces"/>
      </w:pPr>
      <w:r>
        <w:t xml:space="preserve">Écrire au </w:t>
      </w:r>
      <w:r>
        <w:t>responsable RH ou au manager.</w:t>
      </w:r>
    </w:p>
    <w:p w14:paraId="44AF11A1" w14:textId="77777777" w:rsidR="00F255FB" w:rsidRDefault="004E51C8">
      <w:pPr>
        <w:pStyle w:val="Listepuces"/>
      </w:pPr>
      <w:r>
        <w:t>Présenter votre formation et vos compétences.</w:t>
      </w:r>
    </w:p>
    <w:p w14:paraId="0B441AF8" w14:textId="77777777" w:rsidR="00F255FB" w:rsidRDefault="004E51C8">
      <w:pPr>
        <w:pStyle w:val="Listepuces"/>
      </w:pPr>
      <w:r>
        <w:t>Expliquer ce que vous souhaitez apprendre.</w:t>
      </w:r>
    </w:p>
    <w:p w14:paraId="4ECB4887" w14:textId="77777777" w:rsidR="00F255FB" w:rsidRDefault="004E51C8">
      <w:pPr>
        <w:pStyle w:val="Listepuces"/>
      </w:pPr>
      <w:r>
        <w:t>Proposer un entretien et joindre votre CV.</w:t>
      </w:r>
    </w:p>
    <w:p w14:paraId="67AA31DE" w14:textId="77777777" w:rsidR="00F255FB" w:rsidRDefault="00F255FB"/>
    <w:p w14:paraId="0747EECA" w14:textId="77777777" w:rsidR="00F255FB" w:rsidRDefault="004E51C8">
      <w:pPr>
        <w:pStyle w:val="Titre2"/>
      </w:pPr>
      <w:r>
        <w:t>Document déclencheur (résumé)</w:t>
      </w:r>
    </w:p>
    <w:p w14:paraId="6DA06664" w14:textId="77777777" w:rsidR="00F255FB" w:rsidRDefault="004E51C8">
      <w:r>
        <w:rPr>
          <w:i/>
          <w:color w:val="5A5A5A"/>
        </w:rPr>
        <w:t>Un billet de blog affirme que les stages sont utiles s’ils comp</w:t>
      </w:r>
      <w:r>
        <w:rPr>
          <w:i/>
          <w:color w:val="5A5A5A"/>
        </w:rPr>
        <w:t>ortent de vraies missions et un encadrement clair.</w:t>
      </w:r>
    </w:p>
    <w:p w14:paraId="3D84EE35" w14:textId="77777777" w:rsidR="00F255FB" w:rsidRDefault="00F255FB"/>
    <w:p w14:paraId="2FB3460A" w14:textId="77777777" w:rsidR="00F255FB" w:rsidRDefault="004E51C8">
      <w:pPr>
        <w:pStyle w:val="Titre2"/>
      </w:pPr>
      <w:r>
        <w:t>Tâche 2 - Opinion / argumentation (160-180 mots)</w:t>
      </w:r>
    </w:p>
    <w:p w14:paraId="0B92BEDC" w14:textId="77777777" w:rsidR="00F255FB" w:rsidRDefault="004E51C8">
      <w:pPr>
        <w:pStyle w:val="Listepuces"/>
      </w:pPr>
      <w:r>
        <w:t>Donner votre opinion sur la valeur des stages.</w:t>
      </w:r>
    </w:p>
    <w:p w14:paraId="17B0AD81" w14:textId="77777777" w:rsidR="00F255FB" w:rsidRDefault="004E51C8">
      <w:pPr>
        <w:pStyle w:val="Listepuces"/>
      </w:pPr>
      <w:r>
        <w:t>Dire ce qu’un “bon stage” doit contenir.</w:t>
      </w:r>
    </w:p>
    <w:p w14:paraId="6FFCEE73" w14:textId="77777777" w:rsidR="00F255FB" w:rsidRDefault="004E51C8">
      <w:pPr>
        <w:pStyle w:val="Listepuces"/>
      </w:pPr>
      <w:r>
        <w:t>Conclure par une recommandation aux étudiants.</w:t>
      </w:r>
    </w:p>
    <w:p w14:paraId="5554A1A5" w14:textId="77777777" w:rsidR="00F255FB" w:rsidRDefault="00F255FB"/>
    <w:p w14:paraId="2ACA1820" w14:textId="77777777" w:rsidR="00F255FB" w:rsidRDefault="004E51C8">
      <w:pPr>
        <w:pStyle w:val="Titre2"/>
      </w:pPr>
      <w:r>
        <w:t>Lexique utile</w:t>
      </w:r>
    </w:p>
    <w:p w14:paraId="260C4DA8" w14:textId="77777777" w:rsidR="00F255FB" w:rsidRDefault="004E51C8">
      <w:r>
        <w:t>candi</w:t>
      </w:r>
      <w:r>
        <w:t>dature, stage, compétences, mission, encadrement, CV, entretien, motivation</w:t>
      </w:r>
    </w:p>
    <w:p w14:paraId="410BEB31" w14:textId="77777777" w:rsidR="00F255FB" w:rsidRDefault="004E51C8">
      <w:pPr>
        <w:pStyle w:val="Titre2"/>
      </w:pPr>
      <w:r>
        <w:t>Expressions utiles</w:t>
      </w:r>
    </w:p>
    <w:p w14:paraId="014A8362" w14:textId="77777777" w:rsidR="00F255FB" w:rsidRDefault="004E51C8">
      <w:pPr>
        <w:pStyle w:val="Listepuces"/>
      </w:pPr>
      <w:r>
        <w:t>Je vous adresse ma candidature pour...</w:t>
      </w:r>
    </w:p>
    <w:p w14:paraId="229EEC25" w14:textId="77777777" w:rsidR="00F255FB" w:rsidRDefault="004E51C8">
      <w:pPr>
        <w:pStyle w:val="Listepuces"/>
      </w:pPr>
      <w:r>
        <w:t>Je souhaiterais mettre à profit...</w:t>
      </w:r>
    </w:p>
    <w:p w14:paraId="45D5FAFE" w14:textId="77777777" w:rsidR="00F255FB" w:rsidRDefault="004E51C8">
      <w:pPr>
        <w:pStyle w:val="Listepuces"/>
      </w:pPr>
      <w:r>
        <w:t>Je reste à votre disposition pour...</w:t>
      </w:r>
    </w:p>
    <w:p w14:paraId="3D0AC66A" w14:textId="77777777" w:rsidR="00F255FB" w:rsidRDefault="004E51C8">
      <w:r>
        <w:rPr>
          <w:i/>
          <w:color w:val="787878"/>
        </w:rPr>
        <w:t>Conseil : visez 2 ou 3 paragraphes en Tâche 2, ave</w:t>
      </w:r>
      <w:r>
        <w:rPr>
          <w:i/>
          <w:color w:val="787878"/>
        </w:rPr>
        <w:t>c une mini-conclusion.</w:t>
      </w:r>
    </w:p>
    <w:p w14:paraId="616AB476" w14:textId="77777777" w:rsidR="00F255FB" w:rsidRDefault="004E51C8">
      <w:r>
        <w:br w:type="page"/>
      </w:r>
    </w:p>
    <w:p w14:paraId="5599F88B" w14:textId="77777777" w:rsidR="00F255FB" w:rsidRDefault="004E51C8">
      <w:pPr>
        <w:pStyle w:val="Titre1"/>
      </w:pPr>
      <w:r>
        <w:lastRenderedPageBreak/>
        <w:t>Cas 06 - Association - proposer de devenir bénévole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6164C32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E0D8FF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F162B6" w14:textId="77777777" w:rsidR="00F255FB" w:rsidRDefault="004E51C8">
            <w:r>
              <w:t>Citoyenneté / engagement</w:t>
            </w:r>
          </w:p>
        </w:tc>
      </w:tr>
      <w:tr w:rsidR="00F255FB" w14:paraId="4505CE53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A04DC4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D44FCA" w14:textId="77777777" w:rsidR="00F255FB" w:rsidRDefault="004E51C8">
            <w:r>
              <w:t>Vous avez vu une annonce d’une association qui cherche des bénévoles. Vous voulez proposer votre aide.</w:t>
            </w:r>
          </w:p>
        </w:tc>
      </w:tr>
    </w:tbl>
    <w:p w14:paraId="0AC92D1B" w14:textId="77777777" w:rsidR="00F255FB" w:rsidRDefault="00F255FB"/>
    <w:p w14:paraId="62D42E50" w14:textId="77777777" w:rsidR="00F255FB" w:rsidRDefault="004E51C8">
      <w:pPr>
        <w:pStyle w:val="Titre2"/>
      </w:pPr>
      <w:r>
        <w:t xml:space="preserve">Tâche 1 - Message (80-100 </w:t>
      </w:r>
      <w:r>
        <w:t>mots)</w:t>
      </w:r>
    </w:p>
    <w:p w14:paraId="0101942C" w14:textId="77777777" w:rsidR="00F255FB" w:rsidRDefault="004E51C8">
      <w:pPr>
        <w:pStyle w:val="Listepuces"/>
      </w:pPr>
      <w:r>
        <w:t>Écrire à l’association.</w:t>
      </w:r>
    </w:p>
    <w:p w14:paraId="349E1F0C" w14:textId="77777777" w:rsidR="00F255FB" w:rsidRDefault="004E51C8">
      <w:pPr>
        <w:pStyle w:val="Listepuces"/>
      </w:pPr>
      <w:r>
        <w:t>Expliquer pourquoi la cause vous intéresse.</w:t>
      </w:r>
    </w:p>
    <w:p w14:paraId="3119D8A4" w14:textId="77777777" w:rsidR="00F255FB" w:rsidRDefault="004E51C8">
      <w:pPr>
        <w:pStyle w:val="Listepuces"/>
      </w:pPr>
      <w:r>
        <w:t>Indiquer vos compétences et vos disponibilités.</w:t>
      </w:r>
    </w:p>
    <w:p w14:paraId="4798E348" w14:textId="77777777" w:rsidR="00F255FB" w:rsidRDefault="004E51C8">
      <w:pPr>
        <w:pStyle w:val="Listepuces"/>
      </w:pPr>
      <w:r>
        <w:t>Demander comment se déroule l’intégration.</w:t>
      </w:r>
    </w:p>
    <w:p w14:paraId="4F541F3A" w14:textId="77777777" w:rsidR="00F255FB" w:rsidRDefault="00F255FB"/>
    <w:p w14:paraId="693EE2F6" w14:textId="77777777" w:rsidR="00F255FB" w:rsidRDefault="004E51C8">
      <w:pPr>
        <w:pStyle w:val="Titre2"/>
      </w:pPr>
      <w:r>
        <w:t>Document déclencheur (résumé)</w:t>
      </w:r>
    </w:p>
    <w:p w14:paraId="2C95F0FA" w14:textId="77777777" w:rsidR="00F255FB" w:rsidRDefault="004E51C8">
      <w:r>
        <w:rPr>
          <w:i/>
          <w:color w:val="5A5A5A"/>
        </w:rPr>
        <w:t>Un article local explique que le bénévolat renforce les lien</w:t>
      </w:r>
      <w:r>
        <w:rPr>
          <w:i/>
          <w:color w:val="5A5A5A"/>
        </w:rPr>
        <w:t>s sociaux, mais que beaucoup de personnes manquent de temps.</w:t>
      </w:r>
    </w:p>
    <w:p w14:paraId="0F4A7918" w14:textId="77777777" w:rsidR="00F255FB" w:rsidRDefault="00F255FB"/>
    <w:p w14:paraId="37145221" w14:textId="77777777" w:rsidR="00F255FB" w:rsidRDefault="004E51C8">
      <w:pPr>
        <w:pStyle w:val="Titre2"/>
      </w:pPr>
      <w:r>
        <w:t>Tâche 2 - Opinion / argumentation (160-180 mots)</w:t>
      </w:r>
    </w:p>
    <w:p w14:paraId="219F8F9C" w14:textId="77777777" w:rsidR="00F255FB" w:rsidRDefault="004E51C8">
      <w:pPr>
        <w:pStyle w:val="Listepuces"/>
      </w:pPr>
      <w:r>
        <w:t>Donner votre point de vue sur le bénévolat aujourd’hui.</w:t>
      </w:r>
    </w:p>
    <w:p w14:paraId="0155226D" w14:textId="77777777" w:rsidR="00F255FB" w:rsidRDefault="004E51C8">
      <w:pPr>
        <w:pStyle w:val="Listepuces"/>
      </w:pPr>
      <w:r>
        <w:t>Présenter des solutions pour attirer des bénévoles.</w:t>
      </w:r>
    </w:p>
    <w:p w14:paraId="3A165F67" w14:textId="77777777" w:rsidR="00F255FB" w:rsidRDefault="004E51C8">
      <w:pPr>
        <w:pStyle w:val="Listepuces"/>
      </w:pPr>
      <w:r>
        <w:t xml:space="preserve">Donner un exemple d’action simple et </w:t>
      </w:r>
      <w:r>
        <w:t>utile.</w:t>
      </w:r>
    </w:p>
    <w:p w14:paraId="0756C7EB" w14:textId="77777777" w:rsidR="00F255FB" w:rsidRDefault="00F255FB"/>
    <w:p w14:paraId="2740249D" w14:textId="77777777" w:rsidR="00F255FB" w:rsidRDefault="004E51C8">
      <w:pPr>
        <w:pStyle w:val="Titre2"/>
      </w:pPr>
      <w:r>
        <w:t>Lexique utile</w:t>
      </w:r>
    </w:p>
    <w:p w14:paraId="62C9753F" w14:textId="77777777" w:rsidR="00F255FB" w:rsidRDefault="004E51C8">
      <w:r>
        <w:t>bénévole, association, engagement, disponibilités, solidarité, mission, collecte, organisation</w:t>
      </w:r>
    </w:p>
    <w:p w14:paraId="65A3E666" w14:textId="77777777" w:rsidR="00F255FB" w:rsidRDefault="004E51C8">
      <w:pPr>
        <w:pStyle w:val="Titre2"/>
      </w:pPr>
      <w:r>
        <w:t>Expressions utiles</w:t>
      </w:r>
    </w:p>
    <w:p w14:paraId="5BCAC233" w14:textId="77777777" w:rsidR="00F255FB" w:rsidRDefault="004E51C8">
      <w:pPr>
        <w:pStyle w:val="Listepuces"/>
      </w:pPr>
      <w:r>
        <w:t>Je souhaiterais m’investir dans...</w:t>
      </w:r>
    </w:p>
    <w:p w14:paraId="0C8914FE" w14:textId="77777777" w:rsidR="00F255FB" w:rsidRDefault="004E51C8">
      <w:pPr>
        <w:pStyle w:val="Listepuces"/>
      </w:pPr>
      <w:r>
        <w:t>Je peux intervenir notamment pour...</w:t>
      </w:r>
    </w:p>
    <w:p w14:paraId="01F70E6C" w14:textId="77777777" w:rsidR="00F255FB" w:rsidRDefault="004E51C8">
      <w:pPr>
        <w:pStyle w:val="Listepuces"/>
      </w:pPr>
      <w:r>
        <w:t>Comment se déroule... ?</w:t>
      </w:r>
    </w:p>
    <w:p w14:paraId="7DF0F6E9" w14:textId="77777777" w:rsidR="00F255FB" w:rsidRDefault="004E51C8">
      <w:r>
        <w:rPr>
          <w:i/>
          <w:color w:val="787878"/>
        </w:rPr>
        <w:t xml:space="preserve">Conseil : visez 2 ou 3 </w:t>
      </w:r>
      <w:r>
        <w:rPr>
          <w:i/>
          <w:color w:val="787878"/>
        </w:rPr>
        <w:t>paragraphes en Tâche 2, avec une mini-conclusion.</w:t>
      </w:r>
    </w:p>
    <w:p w14:paraId="203D32E6" w14:textId="77777777" w:rsidR="00F255FB" w:rsidRDefault="004E51C8">
      <w:r>
        <w:br w:type="page"/>
      </w:r>
    </w:p>
    <w:p w14:paraId="66D65B79" w14:textId="77777777" w:rsidR="00F255FB" w:rsidRDefault="004E51C8">
      <w:pPr>
        <w:pStyle w:val="Titre1"/>
      </w:pPr>
      <w:r>
        <w:lastRenderedPageBreak/>
        <w:t>Cas 07 - Cours de langue - demander un changement de groupe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5C06163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801A75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83CAC0" w14:textId="77777777" w:rsidR="00F255FB" w:rsidRDefault="004E51C8">
            <w:r>
              <w:t>Études / formation</w:t>
            </w:r>
          </w:p>
        </w:tc>
      </w:tr>
      <w:tr w:rsidR="00F255FB" w14:paraId="1E85373E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8E4C1C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0AC71C" w14:textId="77777777" w:rsidR="00F255FB" w:rsidRDefault="004E51C8">
            <w:r>
              <w:t xml:space="preserve">Vous suivez un cours de français. Le niveau du groupe est trop facile pour vous. Vous voulez changer de </w:t>
            </w:r>
            <w:r>
              <w:t>groupe.</w:t>
            </w:r>
          </w:p>
        </w:tc>
      </w:tr>
    </w:tbl>
    <w:p w14:paraId="77A51698" w14:textId="77777777" w:rsidR="00F255FB" w:rsidRDefault="00F255FB"/>
    <w:p w14:paraId="1360B397" w14:textId="77777777" w:rsidR="00F255FB" w:rsidRDefault="004E51C8">
      <w:pPr>
        <w:pStyle w:val="Titre2"/>
      </w:pPr>
      <w:r>
        <w:t>Tâche 1 - Message (80-100 mots)</w:t>
      </w:r>
    </w:p>
    <w:p w14:paraId="7FD670C2" w14:textId="77777777" w:rsidR="00F255FB" w:rsidRDefault="004E51C8">
      <w:pPr>
        <w:pStyle w:val="Listepuces"/>
      </w:pPr>
      <w:r>
        <w:t>Écrire au professeur ou au secrétariat.</w:t>
      </w:r>
    </w:p>
    <w:p w14:paraId="60B0B890" w14:textId="77777777" w:rsidR="00F255FB" w:rsidRDefault="004E51C8">
      <w:pPr>
        <w:pStyle w:val="Listepuces"/>
      </w:pPr>
      <w:r>
        <w:t>Expliquer votre niveau et vos objectifs.</w:t>
      </w:r>
    </w:p>
    <w:p w14:paraId="76A55057" w14:textId="77777777" w:rsidR="00F255FB" w:rsidRDefault="004E51C8">
      <w:pPr>
        <w:pStyle w:val="Listepuces"/>
      </w:pPr>
      <w:r>
        <w:t>Demander un test de placement si nécessaire.</w:t>
      </w:r>
    </w:p>
    <w:p w14:paraId="3F080640" w14:textId="77777777" w:rsidR="00F255FB" w:rsidRDefault="004E51C8">
      <w:pPr>
        <w:pStyle w:val="Listepuces"/>
      </w:pPr>
      <w:r>
        <w:t>Proposer une solution (autre créneau, autre groupe).</w:t>
      </w:r>
    </w:p>
    <w:p w14:paraId="31E4ADC7" w14:textId="77777777" w:rsidR="00F255FB" w:rsidRDefault="00F255FB"/>
    <w:p w14:paraId="2CEB6DAE" w14:textId="77777777" w:rsidR="00F255FB" w:rsidRDefault="004E51C8">
      <w:pPr>
        <w:pStyle w:val="Titre2"/>
      </w:pPr>
      <w:r>
        <w:t>Document déclencheur (résumé)</w:t>
      </w:r>
    </w:p>
    <w:p w14:paraId="5EDB8380" w14:textId="77777777" w:rsidR="00F255FB" w:rsidRDefault="004E51C8">
      <w:r>
        <w:rPr>
          <w:i/>
          <w:color w:val="5A5A5A"/>
        </w:rPr>
        <w:t>Un a</w:t>
      </w:r>
      <w:r>
        <w:rPr>
          <w:i/>
          <w:color w:val="5A5A5A"/>
        </w:rPr>
        <w:t>rticle pédagogique explique que progresser exige un niveau de défi adapté : ni trop facile, ni trop difficile.</w:t>
      </w:r>
    </w:p>
    <w:p w14:paraId="2650B6CB" w14:textId="77777777" w:rsidR="00F255FB" w:rsidRDefault="00F255FB"/>
    <w:p w14:paraId="018155CD" w14:textId="77777777" w:rsidR="00F255FB" w:rsidRDefault="004E51C8">
      <w:pPr>
        <w:pStyle w:val="Titre2"/>
      </w:pPr>
      <w:r>
        <w:t>Tâche 2 - Opinion / argumentation (160-180 mots)</w:t>
      </w:r>
    </w:p>
    <w:p w14:paraId="59C55AF5" w14:textId="77777777" w:rsidR="00F255FB" w:rsidRDefault="004E51C8">
      <w:pPr>
        <w:pStyle w:val="Listepuces"/>
      </w:pPr>
      <w:r>
        <w:t>Exprimer votre opinion sur l’apprentissage des langues.</w:t>
      </w:r>
    </w:p>
    <w:p w14:paraId="033F5FC5" w14:textId="77777777" w:rsidR="00F255FB" w:rsidRDefault="004E51C8">
      <w:pPr>
        <w:pStyle w:val="Listepuces"/>
      </w:pPr>
      <w:r>
        <w:t xml:space="preserve">Parler de l’importance de la </w:t>
      </w:r>
      <w:r>
        <w:t>pratique.</w:t>
      </w:r>
    </w:p>
    <w:p w14:paraId="3149C3B0" w14:textId="77777777" w:rsidR="00F255FB" w:rsidRDefault="004E51C8">
      <w:pPr>
        <w:pStyle w:val="Listepuces"/>
      </w:pPr>
      <w:r>
        <w:t>Donner 2 conseils concrets pour progresser.</w:t>
      </w:r>
    </w:p>
    <w:p w14:paraId="75E4F67A" w14:textId="77777777" w:rsidR="00F255FB" w:rsidRDefault="00F255FB"/>
    <w:p w14:paraId="6BD0985C" w14:textId="77777777" w:rsidR="00F255FB" w:rsidRDefault="004E51C8">
      <w:pPr>
        <w:pStyle w:val="Titre2"/>
      </w:pPr>
      <w:r>
        <w:t>Lexique utile</w:t>
      </w:r>
    </w:p>
    <w:p w14:paraId="3C71ECF2" w14:textId="77777777" w:rsidR="00F255FB" w:rsidRDefault="004E51C8">
      <w:r>
        <w:t>niveau, progression, placement, groupe, créneau, objectif, pratique, compréhension</w:t>
      </w:r>
    </w:p>
    <w:p w14:paraId="799BCC90" w14:textId="77777777" w:rsidR="00F255FB" w:rsidRDefault="004E51C8">
      <w:pPr>
        <w:pStyle w:val="Titre2"/>
      </w:pPr>
      <w:r>
        <w:t>Expressions utiles</w:t>
      </w:r>
    </w:p>
    <w:p w14:paraId="6903A98B" w14:textId="77777777" w:rsidR="00F255FB" w:rsidRDefault="004E51C8">
      <w:pPr>
        <w:pStyle w:val="Listepuces"/>
      </w:pPr>
      <w:r>
        <w:t>Je constate que...</w:t>
      </w:r>
    </w:p>
    <w:p w14:paraId="4C8C35CD" w14:textId="77777777" w:rsidR="00F255FB" w:rsidRDefault="004E51C8">
      <w:pPr>
        <w:pStyle w:val="Listepuces"/>
      </w:pPr>
      <w:r>
        <w:t>Afin de progresser, j’aimerais...</w:t>
      </w:r>
    </w:p>
    <w:p w14:paraId="39F8E06D" w14:textId="77777777" w:rsidR="00F255FB" w:rsidRDefault="004E51C8">
      <w:pPr>
        <w:pStyle w:val="Listepuces"/>
      </w:pPr>
      <w:r>
        <w:t>Pensez-vous possible de... ?</w:t>
      </w:r>
    </w:p>
    <w:p w14:paraId="1BC67F1B" w14:textId="77777777" w:rsidR="00F255FB" w:rsidRDefault="004E51C8">
      <w:r>
        <w:rPr>
          <w:i/>
          <w:color w:val="787878"/>
        </w:rPr>
        <w:t>Con</w:t>
      </w:r>
      <w:r>
        <w:rPr>
          <w:i/>
          <w:color w:val="787878"/>
        </w:rPr>
        <w:t>seil : visez 2 ou 3 paragraphes en Tâche 2, avec une mini-conclusion.</w:t>
      </w:r>
    </w:p>
    <w:p w14:paraId="2906E98E" w14:textId="77777777" w:rsidR="00F255FB" w:rsidRDefault="004E51C8">
      <w:r>
        <w:br w:type="page"/>
      </w:r>
    </w:p>
    <w:p w14:paraId="093AAFA7" w14:textId="77777777" w:rsidR="00F255FB" w:rsidRDefault="004E51C8">
      <w:pPr>
        <w:pStyle w:val="Titre1"/>
      </w:pPr>
      <w:r>
        <w:lastRenderedPageBreak/>
        <w:t>Cas 08 - Transport en commun - signaler un problème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2C900617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713C96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2E12B2" w14:textId="77777777" w:rsidR="00F255FB" w:rsidRDefault="004E51C8">
            <w:r>
              <w:t>Ville / services publics</w:t>
            </w:r>
          </w:p>
        </w:tc>
      </w:tr>
      <w:tr w:rsidR="00F255FB" w14:paraId="1DC5C9F0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466883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24405C" w14:textId="77777777" w:rsidR="00F255FB" w:rsidRDefault="004E51C8">
            <w:r>
              <w:t xml:space="preserve">Votre ligne de bus est souvent en retard et cela vous cause des difficultés. Vous écrivez </w:t>
            </w:r>
            <w:r>
              <w:t>au service transport.</w:t>
            </w:r>
          </w:p>
        </w:tc>
      </w:tr>
    </w:tbl>
    <w:p w14:paraId="47E0BEB9" w14:textId="77777777" w:rsidR="00F255FB" w:rsidRDefault="00F255FB"/>
    <w:p w14:paraId="1401A470" w14:textId="77777777" w:rsidR="00F255FB" w:rsidRDefault="004E51C8">
      <w:pPr>
        <w:pStyle w:val="Titre2"/>
      </w:pPr>
      <w:r>
        <w:t>Tâche 1 - Message (80-100 mots)</w:t>
      </w:r>
    </w:p>
    <w:p w14:paraId="1E0E1F60" w14:textId="77777777" w:rsidR="00F255FB" w:rsidRDefault="004E51C8">
      <w:pPr>
        <w:pStyle w:val="Listepuces"/>
      </w:pPr>
      <w:r>
        <w:t>Écrire au service de transport de votre ville.</w:t>
      </w:r>
    </w:p>
    <w:p w14:paraId="1ED672AE" w14:textId="77777777" w:rsidR="00F255FB" w:rsidRDefault="004E51C8">
      <w:pPr>
        <w:pStyle w:val="Listepuces"/>
      </w:pPr>
      <w:r>
        <w:t>Décrire les retards (heures, jours).</w:t>
      </w:r>
    </w:p>
    <w:p w14:paraId="23FA37A8" w14:textId="77777777" w:rsidR="00F255FB" w:rsidRDefault="004E51C8">
      <w:pPr>
        <w:pStyle w:val="Listepuces"/>
      </w:pPr>
      <w:r>
        <w:t>Expliquer les conséquences (travail, rendez-vous).</w:t>
      </w:r>
    </w:p>
    <w:p w14:paraId="5135F595" w14:textId="77777777" w:rsidR="00F255FB" w:rsidRDefault="004E51C8">
      <w:pPr>
        <w:pStyle w:val="Listepuces"/>
      </w:pPr>
      <w:r>
        <w:t>Demander des améliorations ou des informations.</w:t>
      </w:r>
    </w:p>
    <w:p w14:paraId="1E1B2EE5" w14:textId="77777777" w:rsidR="00F255FB" w:rsidRDefault="00F255FB"/>
    <w:p w14:paraId="13E2D1E6" w14:textId="77777777" w:rsidR="00F255FB" w:rsidRDefault="004E51C8">
      <w:pPr>
        <w:pStyle w:val="Titre2"/>
      </w:pPr>
      <w:r>
        <w:t xml:space="preserve">Document </w:t>
      </w:r>
      <w:r>
        <w:t>déclencheur (résumé)</w:t>
      </w:r>
    </w:p>
    <w:p w14:paraId="7F9B1BB3" w14:textId="77777777" w:rsidR="00F255FB" w:rsidRDefault="004E51C8">
      <w:r>
        <w:rPr>
          <w:i/>
          <w:color w:val="5A5A5A"/>
        </w:rPr>
        <w:t>Un article municipal annonce un projet de modernisation des transports : nouvelles voies, applis de suivi en temps réel.</w:t>
      </w:r>
    </w:p>
    <w:p w14:paraId="7C82963D" w14:textId="77777777" w:rsidR="00F255FB" w:rsidRDefault="00F255FB"/>
    <w:p w14:paraId="38CA97E0" w14:textId="77777777" w:rsidR="00F255FB" w:rsidRDefault="004E51C8">
      <w:pPr>
        <w:pStyle w:val="Titre2"/>
      </w:pPr>
      <w:r>
        <w:t>Tâche 2 - Opinion / argumentation (160-180 mots)</w:t>
      </w:r>
    </w:p>
    <w:p w14:paraId="4F312DA3" w14:textId="77777777" w:rsidR="00F255FB" w:rsidRDefault="004E51C8">
      <w:pPr>
        <w:pStyle w:val="Listepuces"/>
      </w:pPr>
      <w:r>
        <w:t>Donner votre avis sur les investissements dans les transports.</w:t>
      </w:r>
    </w:p>
    <w:p w14:paraId="2CB0A813" w14:textId="77777777" w:rsidR="00F255FB" w:rsidRDefault="004E51C8">
      <w:pPr>
        <w:pStyle w:val="Listepuces"/>
      </w:pPr>
      <w:r>
        <w:t>E</w:t>
      </w:r>
      <w:r>
        <w:t>xpliquer l’impact sur la vie quotidienne et l’environnement.</w:t>
      </w:r>
    </w:p>
    <w:p w14:paraId="102C9CEC" w14:textId="77777777" w:rsidR="00F255FB" w:rsidRDefault="004E51C8">
      <w:pPr>
        <w:pStyle w:val="Listepuces"/>
      </w:pPr>
      <w:r>
        <w:t>Proposer une priorité pour votre ville.</w:t>
      </w:r>
    </w:p>
    <w:p w14:paraId="1A8CD02B" w14:textId="77777777" w:rsidR="00F255FB" w:rsidRDefault="00F255FB"/>
    <w:p w14:paraId="271AD192" w14:textId="77777777" w:rsidR="00F255FB" w:rsidRDefault="004E51C8">
      <w:pPr>
        <w:pStyle w:val="Titre2"/>
      </w:pPr>
      <w:r>
        <w:t>Lexique utile</w:t>
      </w:r>
    </w:p>
    <w:p w14:paraId="4AE6A09C" w14:textId="77777777" w:rsidR="00F255FB" w:rsidRDefault="004E51C8">
      <w:r>
        <w:t>retard, fréquence, trajet, usagers, ponctualité, itinéraire, modernisation, mobilité</w:t>
      </w:r>
    </w:p>
    <w:p w14:paraId="0CAC60F5" w14:textId="77777777" w:rsidR="00F255FB" w:rsidRDefault="004E51C8">
      <w:pPr>
        <w:pStyle w:val="Titre2"/>
      </w:pPr>
      <w:r>
        <w:t>Expressions utiles</w:t>
      </w:r>
    </w:p>
    <w:p w14:paraId="4C105A24" w14:textId="77777777" w:rsidR="00F255FB" w:rsidRDefault="004E51C8">
      <w:pPr>
        <w:pStyle w:val="Listepuces"/>
      </w:pPr>
      <w:r>
        <w:t>Je me permets de signaler...</w:t>
      </w:r>
    </w:p>
    <w:p w14:paraId="2A5EE754" w14:textId="77777777" w:rsidR="00F255FB" w:rsidRDefault="004E51C8">
      <w:pPr>
        <w:pStyle w:val="Listepuces"/>
      </w:pPr>
      <w:r>
        <w:t>Ces dys</w:t>
      </w:r>
      <w:r>
        <w:t>fonctionnements entraînent...</w:t>
      </w:r>
    </w:p>
    <w:p w14:paraId="15DD4999" w14:textId="77777777" w:rsidR="00F255FB" w:rsidRDefault="004E51C8">
      <w:pPr>
        <w:pStyle w:val="Listepuces"/>
      </w:pPr>
      <w:r>
        <w:t>Je vous saurais gré de...</w:t>
      </w:r>
    </w:p>
    <w:p w14:paraId="655D4261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45C86E3C" w14:textId="77777777" w:rsidR="00F255FB" w:rsidRDefault="004E51C8">
      <w:r>
        <w:br w:type="page"/>
      </w:r>
    </w:p>
    <w:p w14:paraId="3539DC53" w14:textId="77777777" w:rsidR="00F255FB" w:rsidRDefault="004E51C8">
      <w:pPr>
        <w:pStyle w:val="Titre1"/>
      </w:pPr>
      <w:r>
        <w:lastRenderedPageBreak/>
        <w:t>Cas 09 - Organisation d’un anniversaire - inviter et organiser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30BBFF87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C61E8B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8E6B6C" w14:textId="77777777" w:rsidR="00F255FB" w:rsidRDefault="004E51C8">
            <w:r>
              <w:t>Vie personnelle / événement</w:t>
            </w:r>
          </w:p>
        </w:tc>
      </w:tr>
      <w:tr w:rsidR="00F255FB" w14:paraId="4B1EAB70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46AA19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F84292" w14:textId="77777777" w:rsidR="00F255FB" w:rsidRDefault="004E51C8">
            <w:r>
              <w:t xml:space="preserve">Vous </w:t>
            </w:r>
            <w:r>
              <w:t>organisez un anniversaire et vous devez écrire à un ami pour l’inviter et lui demander de l’aide.</w:t>
            </w:r>
          </w:p>
        </w:tc>
      </w:tr>
    </w:tbl>
    <w:p w14:paraId="72A3BDB4" w14:textId="77777777" w:rsidR="00F255FB" w:rsidRDefault="00F255FB"/>
    <w:p w14:paraId="0EB19050" w14:textId="77777777" w:rsidR="00F255FB" w:rsidRDefault="004E51C8">
      <w:pPr>
        <w:pStyle w:val="Titre2"/>
      </w:pPr>
      <w:r>
        <w:t>Tâche 1 - Message (80-100 mots)</w:t>
      </w:r>
    </w:p>
    <w:p w14:paraId="4CFA1285" w14:textId="77777777" w:rsidR="00F255FB" w:rsidRDefault="004E51C8">
      <w:pPr>
        <w:pStyle w:val="Listepuces"/>
      </w:pPr>
      <w:r>
        <w:t>Écrire un email ou message à un ami.</w:t>
      </w:r>
    </w:p>
    <w:p w14:paraId="30A560C5" w14:textId="77777777" w:rsidR="00F255FB" w:rsidRDefault="004E51C8">
      <w:pPr>
        <w:pStyle w:val="Listepuces"/>
      </w:pPr>
      <w:r>
        <w:t>Donner la date, le lieu et le programme.</w:t>
      </w:r>
    </w:p>
    <w:p w14:paraId="537E20FC" w14:textId="77777777" w:rsidR="00F255FB" w:rsidRDefault="004E51C8">
      <w:pPr>
        <w:pStyle w:val="Listepuces"/>
      </w:pPr>
      <w:r>
        <w:t>Demander un coup de main (musique, décoration,</w:t>
      </w:r>
      <w:r>
        <w:t xml:space="preserve"> gâteau).</w:t>
      </w:r>
    </w:p>
    <w:p w14:paraId="28C43EF6" w14:textId="77777777" w:rsidR="00F255FB" w:rsidRDefault="004E51C8">
      <w:pPr>
        <w:pStyle w:val="Listepuces"/>
      </w:pPr>
      <w:r>
        <w:t>Confirmer la réponse avant une date limite.</w:t>
      </w:r>
    </w:p>
    <w:p w14:paraId="0BB02DED" w14:textId="77777777" w:rsidR="00F255FB" w:rsidRDefault="00F255FB"/>
    <w:p w14:paraId="00DE8650" w14:textId="77777777" w:rsidR="00F255FB" w:rsidRDefault="004E51C8">
      <w:pPr>
        <w:pStyle w:val="Titre2"/>
      </w:pPr>
      <w:r>
        <w:t>Document déclencheur (résumé)</w:t>
      </w:r>
    </w:p>
    <w:p w14:paraId="73D35ACA" w14:textId="77777777" w:rsidR="00F255FB" w:rsidRDefault="004E51C8">
      <w:r>
        <w:rPr>
          <w:i/>
          <w:color w:val="5A5A5A"/>
        </w:rPr>
        <w:t>Un article de magazine explique que les fêtes simples et conviviales sont souvent plus réussies que les événements coûteux.</w:t>
      </w:r>
    </w:p>
    <w:p w14:paraId="0E4EEC47" w14:textId="77777777" w:rsidR="00F255FB" w:rsidRDefault="00F255FB"/>
    <w:p w14:paraId="04CB063C" w14:textId="77777777" w:rsidR="00F255FB" w:rsidRDefault="004E51C8">
      <w:pPr>
        <w:pStyle w:val="Titre2"/>
      </w:pPr>
      <w:r>
        <w:t>Tâche 2 - Opinion / argumentation (160-180 mot</w:t>
      </w:r>
      <w:r>
        <w:t>s)</w:t>
      </w:r>
    </w:p>
    <w:p w14:paraId="7BBAE63D" w14:textId="77777777" w:rsidR="00F255FB" w:rsidRDefault="004E51C8">
      <w:pPr>
        <w:pStyle w:val="Listepuces"/>
      </w:pPr>
      <w:r>
        <w:t>Dire si vous êtes d’accord avec cette idée.</w:t>
      </w:r>
    </w:p>
    <w:p w14:paraId="4C1FA613" w14:textId="77777777" w:rsidR="00F255FB" w:rsidRDefault="004E51C8">
      <w:pPr>
        <w:pStyle w:val="Listepuces"/>
      </w:pPr>
      <w:r>
        <w:t>Donner des exemples de fêtes réussies.</w:t>
      </w:r>
    </w:p>
    <w:p w14:paraId="753300BD" w14:textId="77777777" w:rsidR="00F255FB" w:rsidRDefault="004E51C8">
      <w:pPr>
        <w:pStyle w:val="Listepuces"/>
      </w:pPr>
      <w:r>
        <w:t>Proposer 3 idées pour une fête “simple mais mémorable”.</w:t>
      </w:r>
    </w:p>
    <w:p w14:paraId="40B04AB2" w14:textId="77777777" w:rsidR="00F255FB" w:rsidRDefault="00F255FB"/>
    <w:p w14:paraId="462E6834" w14:textId="77777777" w:rsidR="00F255FB" w:rsidRDefault="004E51C8">
      <w:pPr>
        <w:pStyle w:val="Titre2"/>
      </w:pPr>
      <w:r>
        <w:t>Lexique utile</w:t>
      </w:r>
    </w:p>
    <w:p w14:paraId="7D606F0D" w14:textId="77777777" w:rsidR="00F255FB" w:rsidRDefault="004E51C8">
      <w:r>
        <w:t>invitation, programme, préparation, convivial, budget, décoration, ambiance, confirmation</w:t>
      </w:r>
    </w:p>
    <w:p w14:paraId="77912F98" w14:textId="77777777" w:rsidR="00F255FB" w:rsidRDefault="004E51C8">
      <w:pPr>
        <w:pStyle w:val="Titre2"/>
      </w:pPr>
      <w:r>
        <w:t>Expressio</w:t>
      </w:r>
      <w:r>
        <w:t>ns utiles</w:t>
      </w:r>
    </w:p>
    <w:p w14:paraId="17DBCD63" w14:textId="77777777" w:rsidR="00F255FB" w:rsidRDefault="004E51C8">
      <w:pPr>
        <w:pStyle w:val="Listepuces"/>
      </w:pPr>
      <w:r>
        <w:t>Ça me ferait plaisir que tu viennes...</w:t>
      </w:r>
    </w:p>
    <w:p w14:paraId="6663097B" w14:textId="77777777" w:rsidR="00F255FB" w:rsidRDefault="004E51C8">
      <w:pPr>
        <w:pStyle w:val="Listepuces"/>
      </w:pPr>
      <w:r>
        <w:t>Peux-tu me rendre un service ?</w:t>
      </w:r>
    </w:p>
    <w:p w14:paraId="006FAE92" w14:textId="77777777" w:rsidR="00F255FB" w:rsidRDefault="004E51C8">
      <w:pPr>
        <w:pStyle w:val="Listepuces"/>
      </w:pPr>
      <w:r>
        <w:t>On fait au plus simple, mais...</w:t>
      </w:r>
    </w:p>
    <w:p w14:paraId="5788C651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352D02DF" w14:textId="77777777" w:rsidR="00F255FB" w:rsidRDefault="004E51C8">
      <w:r>
        <w:br w:type="page"/>
      </w:r>
    </w:p>
    <w:p w14:paraId="1AD3E41B" w14:textId="77777777" w:rsidR="00F255FB" w:rsidRDefault="004E51C8">
      <w:pPr>
        <w:pStyle w:val="Titre1"/>
      </w:pPr>
      <w:r>
        <w:lastRenderedPageBreak/>
        <w:t>Cas 10 - Vente d’un objet d’occasion - répondre à un acheteur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27ADAD79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E29109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E2ED13" w14:textId="77777777" w:rsidR="00F255FB" w:rsidRDefault="004E51C8">
            <w:r>
              <w:t>Consommation / numérique</w:t>
            </w:r>
          </w:p>
        </w:tc>
      </w:tr>
      <w:tr w:rsidR="00F255FB" w14:paraId="04EA1466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E4BDF1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57AF39" w14:textId="77777777" w:rsidR="00F255FB" w:rsidRDefault="004E51C8">
            <w:r>
              <w:t>Vous avez mis un objet en vente sur un site d’annonces. Un acheteur vous pose des questions. Vous répondez.</w:t>
            </w:r>
          </w:p>
        </w:tc>
      </w:tr>
    </w:tbl>
    <w:p w14:paraId="231D35BE" w14:textId="77777777" w:rsidR="00F255FB" w:rsidRDefault="00F255FB"/>
    <w:p w14:paraId="32A385B4" w14:textId="77777777" w:rsidR="00F255FB" w:rsidRDefault="004E51C8">
      <w:pPr>
        <w:pStyle w:val="Titre2"/>
      </w:pPr>
      <w:r>
        <w:t>Tâche 1 - Message (80-100 mots)</w:t>
      </w:r>
    </w:p>
    <w:p w14:paraId="464D0F66" w14:textId="77777777" w:rsidR="00F255FB" w:rsidRDefault="004E51C8">
      <w:pPr>
        <w:pStyle w:val="Listepuces"/>
      </w:pPr>
      <w:r>
        <w:t>Répondre poliment et clairement.</w:t>
      </w:r>
    </w:p>
    <w:p w14:paraId="1554A110" w14:textId="77777777" w:rsidR="00F255FB" w:rsidRDefault="004E51C8">
      <w:pPr>
        <w:pStyle w:val="Listepuces"/>
      </w:pPr>
      <w:r>
        <w:t>Donner l’état, les accessoires, la rais</w:t>
      </w:r>
      <w:r>
        <w:t>on de la vente.</w:t>
      </w:r>
    </w:p>
    <w:p w14:paraId="6AB39097" w14:textId="77777777" w:rsidR="00F255FB" w:rsidRDefault="004E51C8">
      <w:pPr>
        <w:pStyle w:val="Listepuces"/>
      </w:pPr>
      <w:r>
        <w:t>Proposer un lieu et une heure pour la remise.</w:t>
      </w:r>
    </w:p>
    <w:p w14:paraId="05BEF063" w14:textId="77777777" w:rsidR="00F255FB" w:rsidRDefault="004E51C8">
      <w:pPr>
        <w:pStyle w:val="Listepuces"/>
      </w:pPr>
      <w:r>
        <w:t>Préciser les conditions de paiement.</w:t>
      </w:r>
    </w:p>
    <w:p w14:paraId="0918BF4A" w14:textId="77777777" w:rsidR="00F255FB" w:rsidRDefault="00F255FB"/>
    <w:p w14:paraId="156F2BA3" w14:textId="77777777" w:rsidR="00F255FB" w:rsidRDefault="004E51C8">
      <w:pPr>
        <w:pStyle w:val="Titre2"/>
      </w:pPr>
      <w:r>
        <w:t>Document déclencheur (résumé)</w:t>
      </w:r>
    </w:p>
    <w:p w14:paraId="64E9D711" w14:textId="77777777" w:rsidR="00F255FB" w:rsidRDefault="004E51C8">
      <w:r>
        <w:rPr>
          <w:i/>
          <w:color w:val="5A5A5A"/>
        </w:rPr>
        <w:t>Un article avertit que les ventes entre particuliers nécessitent prudence : rendez-vous dans un lieu public, paiement sécurisé</w:t>
      </w:r>
      <w:r>
        <w:rPr>
          <w:i/>
          <w:color w:val="5A5A5A"/>
        </w:rPr>
        <w:t>.</w:t>
      </w:r>
    </w:p>
    <w:p w14:paraId="79EC929F" w14:textId="77777777" w:rsidR="00F255FB" w:rsidRDefault="00F255FB"/>
    <w:p w14:paraId="03C1C9BD" w14:textId="77777777" w:rsidR="00F255FB" w:rsidRDefault="004E51C8">
      <w:pPr>
        <w:pStyle w:val="Titre2"/>
      </w:pPr>
      <w:r>
        <w:t>Tâche 2 - Opinion / argumentation (160-180 mots)</w:t>
      </w:r>
    </w:p>
    <w:p w14:paraId="3C650165" w14:textId="77777777" w:rsidR="00F255FB" w:rsidRDefault="004E51C8">
      <w:pPr>
        <w:pStyle w:val="Listepuces"/>
      </w:pPr>
      <w:r>
        <w:t>Donner votre opinion sur l’achat-vente d’occasion.</w:t>
      </w:r>
    </w:p>
    <w:p w14:paraId="09F36034" w14:textId="77777777" w:rsidR="00F255FB" w:rsidRDefault="004E51C8">
      <w:pPr>
        <w:pStyle w:val="Listepuces"/>
      </w:pPr>
      <w:r>
        <w:t>Présenter les avantages (budget, écologie) et les risques.</w:t>
      </w:r>
    </w:p>
    <w:p w14:paraId="58BE5C91" w14:textId="77777777" w:rsidR="00F255FB" w:rsidRDefault="004E51C8">
      <w:pPr>
        <w:pStyle w:val="Listepuces"/>
      </w:pPr>
      <w:r>
        <w:t>Donner 4 règles de sécurité.</w:t>
      </w:r>
    </w:p>
    <w:p w14:paraId="19F210ED" w14:textId="77777777" w:rsidR="00F255FB" w:rsidRDefault="00F255FB"/>
    <w:p w14:paraId="76801D4D" w14:textId="77777777" w:rsidR="00F255FB" w:rsidRDefault="004E51C8">
      <w:pPr>
        <w:pStyle w:val="Titre2"/>
      </w:pPr>
      <w:r>
        <w:t>Lexique utile</w:t>
      </w:r>
    </w:p>
    <w:p w14:paraId="2BF0FE92" w14:textId="77777777" w:rsidR="00F255FB" w:rsidRDefault="004E51C8">
      <w:r>
        <w:t xml:space="preserve">annonce, état, accessoires, remise en main </w:t>
      </w:r>
      <w:r>
        <w:t>propre, paiement, sécurité, négociation, garantie</w:t>
      </w:r>
    </w:p>
    <w:p w14:paraId="5762FA95" w14:textId="77777777" w:rsidR="00F255FB" w:rsidRDefault="004E51C8">
      <w:pPr>
        <w:pStyle w:val="Titre2"/>
      </w:pPr>
      <w:r>
        <w:t>Expressions utiles</w:t>
      </w:r>
    </w:p>
    <w:p w14:paraId="0B341447" w14:textId="77777777" w:rsidR="00F255FB" w:rsidRDefault="004E51C8">
      <w:pPr>
        <w:pStyle w:val="Listepuces"/>
      </w:pPr>
      <w:r>
        <w:t>L’objet est en très bon état...</w:t>
      </w:r>
    </w:p>
    <w:p w14:paraId="67FA9BB7" w14:textId="77777777" w:rsidR="00F255FB" w:rsidRDefault="004E51C8">
      <w:pPr>
        <w:pStyle w:val="Listepuces"/>
      </w:pPr>
      <w:r>
        <w:t>Je vous propose de...</w:t>
      </w:r>
    </w:p>
    <w:p w14:paraId="1434B6F7" w14:textId="77777777" w:rsidR="00F255FB" w:rsidRDefault="004E51C8">
      <w:pPr>
        <w:pStyle w:val="Listepuces"/>
      </w:pPr>
      <w:r>
        <w:t>Pour plus de sécurité, je préfère...</w:t>
      </w:r>
    </w:p>
    <w:p w14:paraId="455BE265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71090D29" w14:textId="77777777" w:rsidR="00F255FB" w:rsidRDefault="004E51C8">
      <w:r>
        <w:br w:type="page"/>
      </w:r>
    </w:p>
    <w:p w14:paraId="034AE13F" w14:textId="77777777" w:rsidR="00F255FB" w:rsidRDefault="004E51C8">
      <w:pPr>
        <w:pStyle w:val="Titre1"/>
      </w:pPr>
      <w:r>
        <w:lastRenderedPageBreak/>
        <w:t>Cas 11 - Bibliothèque</w:t>
      </w:r>
      <w:r>
        <w:t xml:space="preserve"> - demander l’inscription et des services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178DC380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AFF165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CCA2C8" w14:textId="77777777" w:rsidR="00F255FB" w:rsidRDefault="004E51C8">
            <w:r>
              <w:t>Culture / services</w:t>
            </w:r>
          </w:p>
        </w:tc>
      </w:tr>
      <w:tr w:rsidR="00F255FB" w14:paraId="6C72D41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91CE42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A27BC3" w14:textId="77777777" w:rsidR="00F255FB" w:rsidRDefault="004E51C8">
            <w:r>
              <w:t>Vous venez d’arriver dans une ville. Vous voulez vous inscrire à la bibliothèque et connaître les services.</w:t>
            </w:r>
          </w:p>
        </w:tc>
      </w:tr>
    </w:tbl>
    <w:p w14:paraId="0C402212" w14:textId="77777777" w:rsidR="00F255FB" w:rsidRDefault="00F255FB"/>
    <w:p w14:paraId="1367D599" w14:textId="77777777" w:rsidR="00F255FB" w:rsidRDefault="004E51C8">
      <w:pPr>
        <w:pStyle w:val="Titre2"/>
      </w:pPr>
      <w:r>
        <w:t>Tâche 1 - Message (80-100 mots)</w:t>
      </w:r>
    </w:p>
    <w:p w14:paraId="117A05E2" w14:textId="77777777" w:rsidR="00F255FB" w:rsidRDefault="004E51C8">
      <w:pPr>
        <w:pStyle w:val="Listepuces"/>
      </w:pPr>
      <w:r>
        <w:t xml:space="preserve">Écrire à la </w:t>
      </w:r>
      <w:r>
        <w:t>bibliothèque.</w:t>
      </w:r>
    </w:p>
    <w:p w14:paraId="11406487" w14:textId="77777777" w:rsidR="00F255FB" w:rsidRDefault="004E51C8">
      <w:pPr>
        <w:pStyle w:val="Listepuces"/>
      </w:pPr>
      <w:r>
        <w:t>Demander les documents nécessaires pour l’inscription.</w:t>
      </w:r>
    </w:p>
    <w:p w14:paraId="6E5D5613" w14:textId="77777777" w:rsidR="00F255FB" w:rsidRDefault="004E51C8">
      <w:pPr>
        <w:pStyle w:val="Listepuces"/>
      </w:pPr>
      <w:r>
        <w:t>Demander s’il existe une carte gratuite/étudiant.</w:t>
      </w:r>
    </w:p>
    <w:p w14:paraId="0DBBF83D" w14:textId="77777777" w:rsidR="00F255FB" w:rsidRDefault="004E51C8">
      <w:pPr>
        <w:pStyle w:val="Listepuces"/>
      </w:pPr>
      <w:r>
        <w:t>Se renseigner sur le prêt numérique et les horaires.</w:t>
      </w:r>
    </w:p>
    <w:p w14:paraId="7F2EEDD6" w14:textId="77777777" w:rsidR="00F255FB" w:rsidRDefault="00F255FB"/>
    <w:p w14:paraId="466714FE" w14:textId="77777777" w:rsidR="00F255FB" w:rsidRDefault="004E51C8">
      <w:pPr>
        <w:pStyle w:val="Titre2"/>
      </w:pPr>
      <w:r>
        <w:t>Document déclencheur (résumé)</w:t>
      </w:r>
    </w:p>
    <w:p w14:paraId="7B9D1DA0" w14:textId="77777777" w:rsidR="00F255FB" w:rsidRDefault="004E51C8">
      <w:r>
        <w:rPr>
          <w:i/>
          <w:color w:val="5A5A5A"/>
        </w:rPr>
        <w:t>Un article présente les bibliothèques modernes : espa</w:t>
      </w:r>
      <w:r>
        <w:rPr>
          <w:i/>
          <w:color w:val="5A5A5A"/>
        </w:rPr>
        <w:t>ces de travail, ateliers, accès à des ressources en ligne.</w:t>
      </w:r>
    </w:p>
    <w:p w14:paraId="55867CA8" w14:textId="77777777" w:rsidR="00F255FB" w:rsidRDefault="00F255FB"/>
    <w:p w14:paraId="23692AD9" w14:textId="77777777" w:rsidR="00F255FB" w:rsidRDefault="004E51C8">
      <w:pPr>
        <w:pStyle w:val="Titre2"/>
      </w:pPr>
      <w:r>
        <w:t>Tâche 2 - Opinion / argumentation (160-180 mots)</w:t>
      </w:r>
    </w:p>
    <w:p w14:paraId="149D9D4D" w14:textId="77777777" w:rsidR="00F255FB" w:rsidRDefault="004E51C8">
      <w:pPr>
        <w:pStyle w:val="Listepuces"/>
      </w:pPr>
      <w:r>
        <w:t>Exprimer votre opinion sur le rôle des bibliothèques aujourd’hui.</w:t>
      </w:r>
    </w:p>
    <w:p w14:paraId="7DA85DF9" w14:textId="77777777" w:rsidR="00F255FB" w:rsidRDefault="004E51C8">
      <w:pPr>
        <w:pStyle w:val="Listepuces"/>
      </w:pPr>
      <w:r>
        <w:t>Dire comment elles peuvent attirer les jeunes.</w:t>
      </w:r>
    </w:p>
    <w:p w14:paraId="3F2A12D7" w14:textId="77777777" w:rsidR="00F255FB" w:rsidRDefault="004E51C8">
      <w:pPr>
        <w:pStyle w:val="Listepuces"/>
      </w:pPr>
      <w:r>
        <w:t>Proposer une activité à organiser.</w:t>
      </w:r>
    </w:p>
    <w:p w14:paraId="4C21A5D6" w14:textId="77777777" w:rsidR="00F255FB" w:rsidRDefault="00F255FB"/>
    <w:p w14:paraId="41E3D384" w14:textId="77777777" w:rsidR="00F255FB" w:rsidRDefault="004E51C8">
      <w:pPr>
        <w:pStyle w:val="Titre2"/>
      </w:pPr>
      <w:r>
        <w:t>Lexique utile</w:t>
      </w:r>
    </w:p>
    <w:p w14:paraId="5C364173" w14:textId="77777777" w:rsidR="00F255FB" w:rsidRDefault="004E51C8">
      <w:r>
        <w:t>inscription, carte, prêt, ressources, atelier, horaire, espace de travail, accès en ligne</w:t>
      </w:r>
    </w:p>
    <w:p w14:paraId="2879B218" w14:textId="77777777" w:rsidR="00F255FB" w:rsidRDefault="004E51C8">
      <w:pPr>
        <w:pStyle w:val="Titre2"/>
      </w:pPr>
      <w:r>
        <w:t>Expressions utiles</w:t>
      </w:r>
    </w:p>
    <w:p w14:paraId="5FB209F9" w14:textId="77777777" w:rsidR="00F255FB" w:rsidRDefault="004E51C8">
      <w:pPr>
        <w:pStyle w:val="Listepuces"/>
      </w:pPr>
      <w:r>
        <w:t>Je souhaiterais obtenir des renseignements...</w:t>
      </w:r>
    </w:p>
    <w:p w14:paraId="4C358BB2" w14:textId="77777777" w:rsidR="00F255FB" w:rsidRDefault="004E51C8">
      <w:pPr>
        <w:pStyle w:val="Listepuces"/>
      </w:pPr>
      <w:r>
        <w:t>Quelles sont les pièces à fournir ?</w:t>
      </w:r>
    </w:p>
    <w:p w14:paraId="3D3CF744" w14:textId="77777777" w:rsidR="00F255FB" w:rsidRDefault="004E51C8">
      <w:pPr>
        <w:pStyle w:val="Listepuces"/>
      </w:pPr>
      <w:r>
        <w:t>Existe-t-il un service de... ?</w:t>
      </w:r>
    </w:p>
    <w:p w14:paraId="66E6D01B" w14:textId="77777777" w:rsidR="00F255FB" w:rsidRDefault="004E51C8">
      <w:r>
        <w:rPr>
          <w:i/>
          <w:color w:val="787878"/>
        </w:rPr>
        <w:t xml:space="preserve">Conseil : visez 2 </w:t>
      </w:r>
      <w:r>
        <w:rPr>
          <w:i/>
          <w:color w:val="787878"/>
        </w:rPr>
        <w:t>ou 3 paragraphes en Tâche 2, avec une mini-conclusion.</w:t>
      </w:r>
    </w:p>
    <w:p w14:paraId="3FCA84EF" w14:textId="77777777" w:rsidR="00F255FB" w:rsidRDefault="004E51C8">
      <w:r>
        <w:br w:type="page"/>
      </w:r>
    </w:p>
    <w:p w14:paraId="575A9898" w14:textId="77777777" w:rsidR="00F255FB" w:rsidRDefault="004E51C8">
      <w:pPr>
        <w:pStyle w:val="Titre1"/>
      </w:pPr>
      <w:r>
        <w:lastRenderedPageBreak/>
        <w:t>Cas 12 - Problème de livraison - réclamer une solution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09DFC480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9CDBE8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AD2135" w14:textId="77777777" w:rsidR="00F255FB" w:rsidRDefault="004E51C8">
            <w:r>
              <w:t>Consommation</w:t>
            </w:r>
          </w:p>
        </w:tc>
      </w:tr>
      <w:tr w:rsidR="00F255FB" w14:paraId="4957DA56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821899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F684F7" w14:textId="77777777" w:rsidR="00F255FB" w:rsidRDefault="004E51C8">
            <w:r>
              <w:t>Vous avez commandé un produit en ligne. La livraison est en retard de 10 jours. Vous écrivez au vendeur.</w:t>
            </w:r>
          </w:p>
        </w:tc>
      </w:tr>
    </w:tbl>
    <w:p w14:paraId="4A5FF094" w14:textId="77777777" w:rsidR="00F255FB" w:rsidRDefault="00F255FB"/>
    <w:p w14:paraId="5D9D47B6" w14:textId="77777777" w:rsidR="00F255FB" w:rsidRDefault="004E51C8">
      <w:pPr>
        <w:pStyle w:val="Titre2"/>
      </w:pPr>
      <w:r>
        <w:t>Tâche 1 - Message (80-100 mots)</w:t>
      </w:r>
    </w:p>
    <w:p w14:paraId="75D50B2C" w14:textId="77777777" w:rsidR="00F255FB" w:rsidRDefault="004E51C8">
      <w:pPr>
        <w:pStyle w:val="Listepuces"/>
      </w:pPr>
      <w:r>
        <w:t>Écrire au service client (ton ferme mais poli).</w:t>
      </w:r>
    </w:p>
    <w:p w14:paraId="091A9312" w14:textId="77777777" w:rsidR="00F255FB" w:rsidRDefault="004E51C8">
      <w:pPr>
        <w:pStyle w:val="Listepuces"/>
      </w:pPr>
      <w:r>
        <w:t>Rappeler la commande et la date prévue.</w:t>
      </w:r>
    </w:p>
    <w:p w14:paraId="5B88C539" w14:textId="77777777" w:rsidR="00F255FB" w:rsidRDefault="004E51C8">
      <w:pPr>
        <w:pStyle w:val="Listepuces"/>
      </w:pPr>
      <w:r>
        <w:t>Demander une explication et une date précise.</w:t>
      </w:r>
    </w:p>
    <w:p w14:paraId="2902F194" w14:textId="77777777" w:rsidR="00F255FB" w:rsidRDefault="004E51C8">
      <w:pPr>
        <w:pStyle w:val="Listepuces"/>
      </w:pPr>
      <w:r>
        <w:t>Proposer une solution (remboursement, geste commercial).</w:t>
      </w:r>
    </w:p>
    <w:p w14:paraId="70FA7462" w14:textId="77777777" w:rsidR="00F255FB" w:rsidRDefault="00F255FB"/>
    <w:p w14:paraId="534FC797" w14:textId="77777777" w:rsidR="00F255FB" w:rsidRDefault="004E51C8">
      <w:pPr>
        <w:pStyle w:val="Titre2"/>
      </w:pPr>
      <w:r>
        <w:t>Document déclencheur (résumé)</w:t>
      </w:r>
    </w:p>
    <w:p w14:paraId="36A8CC97" w14:textId="77777777" w:rsidR="00F255FB" w:rsidRDefault="004E51C8">
      <w:r>
        <w:rPr>
          <w:i/>
          <w:color w:val="5A5A5A"/>
        </w:rPr>
        <w:t>Un</w:t>
      </w:r>
      <w:r>
        <w:rPr>
          <w:i/>
          <w:color w:val="5A5A5A"/>
        </w:rPr>
        <w:t xml:space="preserve"> article explique que le commerce en ligne progresse, mais que la logistique et la relation client restent un point faible pour certains sites.</w:t>
      </w:r>
    </w:p>
    <w:p w14:paraId="04BD8371" w14:textId="77777777" w:rsidR="00F255FB" w:rsidRDefault="00F255FB"/>
    <w:p w14:paraId="75683D92" w14:textId="77777777" w:rsidR="00F255FB" w:rsidRDefault="004E51C8">
      <w:pPr>
        <w:pStyle w:val="Titre2"/>
      </w:pPr>
      <w:r>
        <w:t>Tâche 2 - Opinion / argumentation (160-180 mots)</w:t>
      </w:r>
    </w:p>
    <w:p w14:paraId="3B0EFABB" w14:textId="77777777" w:rsidR="00F255FB" w:rsidRDefault="004E51C8">
      <w:pPr>
        <w:pStyle w:val="Listepuces"/>
      </w:pPr>
      <w:r>
        <w:t>Donner votre opinion sur les achats en ligne.</w:t>
      </w:r>
    </w:p>
    <w:p w14:paraId="48B5B8F7" w14:textId="77777777" w:rsidR="00F255FB" w:rsidRDefault="004E51C8">
      <w:pPr>
        <w:pStyle w:val="Listepuces"/>
      </w:pPr>
      <w:r>
        <w:t>Comparer avec le</w:t>
      </w:r>
      <w:r>
        <w:t>s magasins physiques.</w:t>
      </w:r>
    </w:p>
    <w:p w14:paraId="7E85BE2F" w14:textId="77777777" w:rsidR="00F255FB" w:rsidRDefault="004E51C8">
      <w:pPr>
        <w:pStyle w:val="Listepuces"/>
      </w:pPr>
      <w:r>
        <w:t>Proposer 2 améliorations pour la livraison.</w:t>
      </w:r>
    </w:p>
    <w:p w14:paraId="6BDE04D6" w14:textId="77777777" w:rsidR="00F255FB" w:rsidRDefault="00F255FB"/>
    <w:p w14:paraId="3F6C7802" w14:textId="77777777" w:rsidR="00F255FB" w:rsidRDefault="004E51C8">
      <w:pPr>
        <w:pStyle w:val="Titre2"/>
      </w:pPr>
      <w:r>
        <w:t>Lexique utile</w:t>
      </w:r>
    </w:p>
    <w:p w14:paraId="3F44BEB7" w14:textId="77777777" w:rsidR="00F255FB" w:rsidRDefault="004E51C8">
      <w:r>
        <w:t>commande, délai, livraison, suivi, service client, remboursement, colis, réclamation</w:t>
      </w:r>
    </w:p>
    <w:p w14:paraId="4B555217" w14:textId="77777777" w:rsidR="00F255FB" w:rsidRDefault="004E51C8">
      <w:pPr>
        <w:pStyle w:val="Titre2"/>
      </w:pPr>
      <w:r>
        <w:t>Expressions utiles</w:t>
      </w:r>
    </w:p>
    <w:p w14:paraId="233B0D81" w14:textId="77777777" w:rsidR="00F255FB" w:rsidRDefault="004E51C8">
      <w:pPr>
        <w:pStyle w:val="Listepuces"/>
      </w:pPr>
      <w:r>
        <w:t>Je vous contacte concernant la commande n°...</w:t>
      </w:r>
    </w:p>
    <w:p w14:paraId="2B81DCD7" w14:textId="77777777" w:rsidR="00F255FB" w:rsidRDefault="004E51C8">
      <w:pPr>
        <w:pStyle w:val="Listepuces"/>
      </w:pPr>
      <w:r>
        <w:t xml:space="preserve">Je vous prie de bien </w:t>
      </w:r>
      <w:r>
        <w:t>vouloir...</w:t>
      </w:r>
    </w:p>
    <w:p w14:paraId="3001E8D1" w14:textId="77777777" w:rsidR="00F255FB" w:rsidRDefault="004E51C8">
      <w:pPr>
        <w:pStyle w:val="Listepuces"/>
      </w:pPr>
      <w:r>
        <w:t>Dans l’attente de votre retour...</w:t>
      </w:r>
    </w:p>
    <w:p w14:paraId="544D630E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37DDF4B7" w14:textId="77777777" w:rsidR="00F255FB" w:rsidRDefault="004E51C8">
      <w:r>
        <w:br w:type="page"/>
      </w:r>
    </w:p>
    <w:p w14:paraId="5901E825" w14:textId="77777777" w:rsidR="00F255FB" w:rsidRDefault="004E51C8">
      <w:pPr>
        <w:pStyle w:val="Titre1"/>
      </w:pPr>
      <w:r>
        <w:lastRenderedPageBreak/>
        <w:t>Cas 13 - Colocation - fixer des règles de vie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2C37C953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33C136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88126E" w14:textId="77777777" w:rsidR="00F255FB" w:rsidRDefault="004E51C8">
            <w:r>
              <w:t>Logement / relations</w:t>
            </w:r>
          </w:p>
        </w:tc>
      </w:tr>
      <w:tr w:rsidR="00F255FB" w14:paraId="0EA5C5DA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3333F1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5C86A3" w14:textId="77777777" w:rsidR="00F255FB" w:rsidRDefault="004E51C8">
            <w:r>
              <w:t xml:space="preserve">Vous emménagez en colocation. Vous écrivez un </w:t>
            </w:r>
            <w:r>
              <w:t>message aux colocataires pour proposer des règles.</w:t>
            </w:r>
          </w:p>
        </w:tc>
      </w:tr>
    </w:tbl>
    <w:p w14:paraId="08A3FD3D" w14:textId="77777777" w:rsidR="00F255FB" w:rsidRDefault="00F255FB"/>
    <w:p w14:paraId="1636B3C0" w14:textId="77777777" w:rsidR="00F255FB" w:rsidRDefault="004E51C8">
      <w:pPr>
        <w:pStyle w:val="Titre2"/>
      </w:pPr>
      <w:r>
        <w:t>Tâche 1 - Message (80-100 mots)</w:t>
      </w:r>
    </w:p>
    <w:p w14:paraId="4B9A9521" w14:textId="77777777" w:rsidR="00F255FB" w:rsidRDefault="004E51C8">
      <w:pPr>
        <w:pStyle w:val="Listepuces"/>
      </w:pPr>
      <w:r>
        <w:t>Écrire aux colocataires (message collectif).</w:t>
      </w:r>
    </w:p>
    <w:p w14:paraId="0457FEAA" w14:textId="77777777" w:rsidR="00F255FB" w:rsidRDefault="004E51C8">
      <w:pPr>
        <w:pStyle w:val="Listepuces"/>
      </w:pPr>
      <w:r>
        <w:t>Proposer une organisation (ménage, courses).</w:t>
      </w:r>
    </w:p>
    <w:p w14:paraId="3ED173E9" w14:textId="77777777" w:rsidR="00F255FB" w:rsidRDefault="004E51C8">
      <w:pPr>
        <w:pStyle w:val="Listepuces"/>
      </w:pPr>
      <w:r>
        <w:t>Aborder les invités, le bruit, les espaces communs.</w:t>
      </w:r>
    </w:p>
    <w:p w14:paraId="0458754F" w14:textId="77777777" w:rsidR="00F255FB" w:rsidRDefault="004E51C8">
      <w:pPr>
        <w:pStyle w:val="Listepuces"/>
      </w:pPr>
      <w:r>
        <w:t>Inviter à une réunion pour en</w:t>
      </w:r>
      <w:r>
        <w:t xml:space="preserve"> discuter.</w:t>
      </w:r>
    </w:p>
    <w:p w14:paraId="50990C00" w14:textId="77777777" w:rsidR="00F255FB" w:rsidRDefault="00F255FB"/>
    <w:p w14:paraId="1A6E2D99" w14:textId="77777777" w:rsidR="00F255FB" w:rsidRDefault="004E51C8">
      <w:pPr>
        <w:pStyle w:val="Titre2"/>
      </w:pPr>
      <w:r>
        <w:t>Document déclencheur (résumé)</w:t>
      </w:r>
    </w:p>
    <w:p w14:paraId="0FD81902" w14:textId="77777777" w:rsidR="00F255FB" w:rsidRDefault="004E51C8">
      <w:r>
        <w:rPr>
          <w:i/>
          <w:color w:val="5A5A5A"/>
        </w:rPr>
        <w:t>Un article explique que la colocation est économique mais demande communication et respect des espaces communs.</w:t>
      </w:r>
    </w:p>
    <w:p w14:paraId="70440DB5" w14:textId="77777777" w:rsidR="00F255FB" w:rsidRDefault="00F255FB"/>
    <w:p w14:paraId="7DCECA7E" w14:textId="77777777" w:rsidR="00F255FB" w:rsidRDefault="004E51C8">
      <w:pPr>
        <w:pStyle w:val="Titre2"/>
      </w:pPr>
      <w:r>
        <w:t>Tâche 2 - Opinion / argumentation (160-180 mots)</w:t>
      </w:r>
    </w:p>
    <w:p w14:paraId="013B39CA" w14:textId="77777777" w:rsidR="00F255FB" w:rsidRDefault="004E51C8">
      <w:pPr>
        <w:pStyle w:val="Listepuces"/>
      </w:pPr>
      <w:r>
        <w:t>Donner votre opinion sur la colocation.</w:t>
      </w:r>
    </w:p>
    <w:p w14:paraId="5824B127" w14:textId="77777777" w:rsidR="00F255FB" w:rsidRDefault="004E51C8">
      <w:pPr>
        <w:pStyle w:val="Listepuces"/>
      </w:pPr>
      <w:r>
        <w:t>Présenter 2 avantages et 2 difficultés.</w:t>
      </w:r>
    </w:p>
    <w:p w14:paraId="12AD1CE8" w14:textId="77777777" w:rsidR="00F255FB" w:rsidRDefault="004E51C8">
      <w:pPr>
        <w:pStyle w:val="Listepuces"/>
      </w:pPr>
      <w:r>
        <w:t>Proposer des conseils pour éviter les conflits.</w:t>
      </w:r>
    </w:p>
    <w:p w14:paraId="163AB944" w14:textId="77777777" w:rsidR="00F255FB" w:rsidRDefault="00F255FB"/>
    <w:p w14:paraId="65E21608" w14:textId="77777777" w:rsidR="00F255FB" w:rsidRDefault="004E51C8">
      <w:pPr>
        <w:pStyle w:val="Titre2"/>
      </w:pPr>
      <w:r>
        <w:t>Lexique utile</w:t>
      </w:r>
    </w:p>
    <w:p w14:paraId="2D7410D1" w14:textId="77777777" w:rsidR="00F255FB" w:rsidRDefault="004E51C8">
      <w:r>
        <w:t>colocation, règles, ménage, courses, espaces communs, respect, planning, réunion</w:t>
      </w:r>
    </w:p>
    <w:p w14:paraId="58B5E895" w14:textId="77777777" w:rsidR="00F255FB" w:rsidRDefault="004E51C8">
      <w:pPr>
        <w:pStyle w:val="Titre2"/>
      </w:pPr>
      <w:r>
        <w:t>Expressions utiles</w:t>
      </w:r>
    </w:p>
    <w:p w14:paraId="55A880FB" w14:textId="77777777" w:rsidR="00F255FB" w:rsidRDefault="004E51C8">
      <w:pPr>
        <w:pStyle w:val="Listepuces"/>
      </w:pPr>
      <w:r>
        <w:t>Je propose qu’on s’organise ainsi...</w:t>
      </w:r>
    </w:p>
    <w:p w14:paraId="3C6909C1" w14:textId="77777777" w:rsidR="00F255FB" w:rsidRDefault="004E51C8">
      <w:pPr>
        <w:pStyle w:val="Listepuces"/>
      </w:pPr>
      <w:r>
        <w:t>Qu’en pensez-vou</w:t>
      </w:r>
      <w:r>
        <w:t>s ?</w:t>
      </w:r>
    </w:p>
    <w:p w14:paraId="24A81286" w14:textId="77777777" w:rsidR="00F255FB" w:rsidRDefault="004E51C8">
      <w:pPr>
        <w:pStyle w:val="Listepuces"/>
      </w:pPr>
      <w:r>
        <w:t>On peut en discuter calmement autour d’un café.</w:t>
      </w:r>
    </w:p>
    <w:p w14:paraId="5EDB5740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1FAF1169" w14:textId="77777777" w:rsidR="00F255FB" w:rsidRDefault="004E51C8">
      <w:r>
        <w:br w:type="page"/>
      </w:r>
    </w:p>
    <w:p w14:paraId="1A3BB6D9" w14:textId="77777777" w:rsidR="00F255FB" w:rsidRDefault="004E51C8">
      <w:pPr>
        <w:pStyle w:val="Titre1"/>
      </w:pPr>
      <w:r>
        <w:lastRenderedPageBreak/>
        <w:t>Cas 14 - Cours en ligne - donner un avis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791629BF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E2642A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29AE73" w14:textId="77777777" w:rsidR="00F255FB" w:rsidRDefault="004E51C8">
            <w:r>
              <w:t>Études / numérique</w:t>
            </w:r>
          </w:p>
        </w:tc>
      </w:tr>
      <w:tr w:rsidR="00F255FB" w14:paraId="073249C8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4C7886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B89B80" w14:textId="77777777" w:rsidR="00F255FB" w:rsidRDefault="004E51C8">
            <w:r>
              <w:t>Vous avez suivi un cours en ligne. L’organisateur vo</w:t>
            </w:r>
            <w:r>
              <w:t>us demande un retour. Vous rédigez un avis détaillé.</w:t>
            </w:r>
          </w:p>
        </w:tc>
      </w:tr>
    </w:tbl>
    <w:p w14:paraId="2F452DB0" w14:textId="77777777" w:rsidR="00F255FB" w:rsidRDefault="00F255FB"/>
    <w:p w14:paraId="0BF67CFA" w14:textId="77777777" w:rsidR="00F255FB" w:rsidRDefault="004E51C8">
      <w:pPr>
        <w:pStyle w:val="Titre2"/>
      </w:pPr>
      <w:r>
        <w:t>Tâche 1 - Message (80-100 mots)</w:t>
      </w:r>
    </w:p>
    <w:p w14:paraId="0A25339A" w14:textId="77777777" w:rsidR="00F255FB" w:rsidRDefault="004E51C8">
      <w:pPr>
        <w:pStyle w:val="Listepuces"/>
      </w:pPr>
      <w:r>
        <w:t>Écrire à l’organisateur ou publier un avis.</w:t>
      </w:r>
    </w:p>
    <w:p w14:paraId="503957F0" w14:textId="77777777" w:rsidR="00F255FB" w:rsidRDefault="004E51C8">
      <w:pPr>
        <w:pStyle w:val="Listepuces"/>
      </w:pPr>
      <w:r>
        <w:t>Dire ce que vous avez aimé (contenu, rythme).</w:t>
      </w:r>
    </w:p>
    <w:p w14:paraId="42EF667B" w14:textId="77777777" w:rsidR="00F255FB" w:rsidRDefault="004E51C8">
      <w:pPr>
        <w:pStyle w:val="Listepuces"/>
      </w:pPr>
      <w:r>
        <w:t>Mentionner ce qui doit être amélioré (support, exercices).</w:t>
      </w:r>
    </w:p>
    <w:p w14:paraId="753B63C8" w14:textId="77777777" w:rsidR="00F255FB" w:rsidRDefault="004E51C8">
      <w:pPr>
        <w:pStyle w:val="Listepuces"/>
      </w:pPr>
      <w:r>
        <w:t>Recommander ou non le cours.</w:t>
      </w:r>
    </w:p>
    <w:p w14:paraId="026FED77" w14:textId="77777777" w:rsidR="00F255FB" w:rsidRDefault="00F255FB"/>
    <w:p w14:paraId="1AF5A0CF" w14:textId="77777777" w:rsidR="00F255FB" w:rsidRDefault="004E51C8">
      <w:pPr>
        <w:pStyle w:val="Titre2"/>
      </w:pPr>
      <w:r>
        <w:t>Document déclencheur (résumé)</w:t>
      </w:r>
    </w:p>
    <w:p w14:paraId="5C26EFFB" w14:textId="77777777" w:rsidR="00F255FB" w:rsidRDefault="004E51C8">
      <w:r>
        <w:rPr>
          <w:i/>
          <w:color w:val="5A5A5A"/>
        </w:rPr>
        <w:t>Un article explique que l’e-learning permet de se former partout, mais que la motivation et l’interaction sont des défis.</w:t>
      </w:r>
    </w:p>
    <w:p w14:paraId="5CD1454D" w14:textId="77777777" w:rsidR="00F255FB" w:rsidRDefault="00F255FB"/>
    <w:p w14:paraId="635C81FF" w14:textId="77777777" w:rsidR="00F255FB" w:rsidRDefault="004E51C8">
      <w:pPr>
        <w:pStyle w:val="Titre2"/>
      </w:pPr>
      <w:r>
        <w:t>Tâche 2 - Opinion / argumentation (160-180 mots)</w:t>
      </w:r>
    </w:p>
    <w:p w14:paraId="6EF40A78" w14:textId="77777777" w:rsidR="00F255FB" w:rsidRDefault="004E51C8">
      <w:pPr>
        <w:pStyle w:val="Listepuces"/>
      </w:pPr>
      <w:r>
        <w:t>Exprimer votre opinion s</w:t>
      </w:r>
      <w:r>
        <w:t>ur la formation en ligne.</w:t>
      </w:r>
    </w:p>
    <w:p w14:paraId="2342A0F2" w14:textId="77777777" w:rsidR="00F255FB" w:rsidRDefault="004E51C8">
      <w:pPr>
        <w:pStyle w:val="Listepuces"/>
      </w:pPr>
      <w:r>
        <w:t>Comparer avec un cours en présentiel.</w:t>
      </w:r>
    </w:p>
    <w:p w14:paraId="4E25276D" w14:textId="77777777" w:rsidR="00F255FB" w:rsidRDefault="004E51C8">
      <w:pPr>
        <w:pStyle w:val="Listepuces"/>
      </w:pPr>
      <w:r>
        <w:t>Proposer 3 idées pour garder la motivation.</w:t>
      </w:r>
    </w:p>
    <w:p w14:paraId="02664D54" w14:textId="77777777" w:rsidR="00F255FB" w:rsidRDefault="00F255FB"/>
    <w:p w14:paraId="29B142FE" w14:textId="77777777" w:rsidR="00F255FB" w:rsidRDefault="004E51C8">
      <w:pPr>
        <w:pStyle w:val="Titre2"/>
      </w:pPr>
      <w:r>
        <w:t>Lexique utile</w:t>
      </w:r>
    </w:p>
    <w:p w14:paraId="1063DBF3" w14:textId="77777777" w:rsidR="00F255FB" w:rsidRDefault="004E51C8">
      <w:r>
        <w:t>plateforme, module, exercices, interaction, présentiel, autonomie, motivation, évaluation</w:t>
      </w:r>
    </w:p>
    <w:p w14:paraId="61F9C34E" w14:textId="77777777" w:rsidR="00F255FB" w:rsidRDefault="004E51C8">
      <w:pPr>
        <w:pStyle w:val="Titre2"/>
      </w:pPr>
      <w:r>
        <w:t>Expressions utiles</w:t>
      </w:r>
    </w:p>
    <w:p w14:paraId="45C672DC" w14:textId="77777777" w:rsidR="00F255FB" w:rsidRDefault="004E51C8">
      <w:pPr>
        <w:pStyle w:val="Listepuces"/>
      </w:pPr>
      <w:r>
        <w:t>Globalement, j’ai appréc</w:t>
      </w:r>
      <w:r>
        <w:t>ié...</w:t>
      </w:r>
    </w:p>
    <w:p w14:paraId="69312E7F" w14:textId="77777777" w:rsidR="00F255FB" w:rsidRDefault="004E51C8">
      <w:pPr>
        <w:pStyle w:val="Listepuces"/>
      </w:pPr>
      <w:r>
        <w:t>À mon avis, il serait utile de...</w:t>
      </w:r>
    </w:p>
    <w:p w14:paraId="1ED1B068" w14:textId="77777777" w:rsidR="00F255FB" w:rsidRDefault="004E51C8">
      <w:pPr>
        <w:pStyle w:val="Listepuces"/>
      </w:pPr>
      <w:r>
        <w:t>Je recommanderais ce cours à...</w:t>
      </w:r>
    </w:p>
    <w:p w14:paraId="6D693954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78C94A84" w14:textId="77777777" w:rsidR="00F255FB" w:rsidRDefault="004E51C8">
      <w:r>
        <w:br w:type="page"/>
      </w:r>
    </w:p>
    <w:p w14:paraId="5D3CA5A9" w14:textId="77777777" w:rsidR="00F255FB" w:rsidRDefault="004E51C8">
      <w:pPr>
        <w:pStyle w:val="Titre1"/>
      </w:pPr>
      <w:r>
        <w:lastRenderedPageBreak/>
        <w:t>Cas 15 - Santé - prendre rendez-vous et demander des infos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54A76C4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AC1A09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6FBCB6" w14:textId="77777777" w:rsidR="00F255FB" w:rsidRDefault="004E51C8">
            <w:r>
              <w:t>Santé / administratif</w:t>
            </w:r>
          </w:p>
        </w:tc>
      </w:tr>
      <w:tr w:rsidR="00F255FB" w14:paraId="4DEA0032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F0E729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E0D8CC" w14:textId="77777777" w:rsidR="00F255FB" w:rsidRDefault="004E51C8">
            <w:r>
              <w:t xml:space="preserve">Vous </w:t>
            </w:r>
            <w:r>
              <w:t>devez consulter un spécialiste. Vous écrivez au cabinet pour demander un rendez-vous et des informations pratiques.</w:t>
            </w:r>
          </w:p>
        </w:tc>
      </w:tr>
    </w:tbl>
    <w:p w14:paraId="25166232" w14:textId="77777777" w:rsidR="00F255FB" w:rsidRDefault="00F255FB"/>
    <w:p w14:paraId="66C1DE72" w14:textId="77777777" w:rsidR="00F255FB" w:rsidRDefault="004E51C8">
      <w:pPr>
        <w:pStyle w:val="Titre2"/>
      </w:pPr>
      <w:r>
        <w:t>Tâche 1 - Message (80-100 mots)</w:t>
      </w:r>
    </w:p>
    <w:p w14:paraId="367FA3CA" w14:textId="77777777" w:rsidR="00F255FB" w:rsidRDefault="004E51C8">
      <w:pPr>
        <w:pStyle w:val="Listepuces"/>
      </w:pPr>
      <w:r>
        <w:t>Écrire au cabinet médical.</w:t>
      </w:r>
    </w:p>
    <w:p w14:paraId="59BB5732" w14:textId="77777777" w:rsidR="00F255FB" w:rsidRDefault="004E51C8">
      <w:pPr>
        <w:pStyle w:val="Listepuces"/>
      </w:pPr>
      <w:r>
        <w:t>Demander un rendez-vous (disponibilités).</w:t>
      </w:r>
    </w:p>
    <w:p w14:paraId="030CF8B4" w14:textId="77777777" w:rsidR="00F255FB" w:rsidRDefault="004E51C8">
      <w:pPr>
        <w:pStyle w:val="Listepuces"/>
      </w:pPr>
      <w:r>
        <w:t>Se renseigner sur les documents néces</w:t>
      </w:r>
      <w:r>
        <w:t>saires.</w:t>
      </w:r>
    </w:p>
    <w:p w14:paraId="23ADB535" w14:textId="77777777" w:rsidR="00F255FB" w:rsidRDefault="004E51C8">
      <w:pPr>
        <w:pStyle w:val="Listepuces"/>
      </w:pPr>
      <w:r>
        <w:t>Demander le tarif ou la prise en charge.</w:t>
      </w:r>
    </w:p>
    <w:p w14:paraId="5A0D855A" w14:textId="77777777" w:rsidR="00F255FB" w:rsidRDefault="00F255FB"/>
    <w:p w14:paraId="53C1A908" w14:textId="77777777" w:rsidR="00F255FB" w:rsidRDefault="004E51C8">
      <w:pPr>
        <w:pStyle w:val="Titre2"/>
      </w:pPr>
      <w:r>
        <w:t>Document déclencheur (résumé)</w:t>
      </w:r>
    </w:p>
    <w:p w14:paraId="477E81DB" w14:textId="77777777" w:rsidR="00F255FB" w:rsidRDefault="004E51C8">
      <w:r>
        <w:rPr>
          <w:i/>
          <w:color w:val="5A5A5A"/>
        </w:rPr>
        <w:t>Un article de santé publique rappelle l’importance de la prévention et des consultations régulières, notamment quand on a un rythme de vie chargé.</w:t>
      </w:r>
    </w:p>
    <w:p w14:paraId="5B488241" w14:textId="77777777" w:rsidR="00F255FB" w:rsidRDefault="00F255FB"/>
    <w:p w14:paraId="07B9CD56" w14:textId="77777777" w:rsidR="00F255FB" w:rsidRDefault="004E51C8">
      <w:pPr>
        <w:pStyle w:val="Titre2"/>
      </w:pPr>
      <w:r>
        <w:t>Tâche 2 - Opinion / argument</w:t>
      </w:r>
      <w:r>
        <w:t>ation (160-180 mots)</w:t>
      </w:r>
    </w:p>
    <w:p w14:paraId="7E0707EC" w14:textId="77777777" w:rsidR="00F255FB" w:rsidRDefault="004E51C8">
      <w:pPr>
        <w:pStyle w:val="Listepuces"/>
      </w:pPr>
      <w:r>
        <w:t>Donner votre opinion sur la prévention.</w:t>
      </w:r>
    </w:p>
    <w:p w14:paraId="6EC7E4F7" w14:textId="77777777" w:rsidR="00F255FB" w:rsidRDefault="004E51C8">
      <w:pPr>
        <w:pStyle w:val="Listepuces"/>
      </w:pPr>
      <w:r>
        <w:t>Expliquer pourquoi on reporte parfois les soins.</w:t>
      </w:r>
    </w:p>
    <w:p w14:paraId="05A7B7DE" w14:textId="77777777" w:rsidR="00F255FB" w:rsidRDefault="004E51C8">
      <w:pPr>
        <w:pStyle w:val="Listepuces"/>
      </w:pPr>
      <w:r>
        <w:t>Proposer des idées pour améliorer l’accès aux soins.</w:t>
      </w:r>
    </w:p>
    <w:p w14:paraId="0E4574ED" w14:textId="77777777" w:rsidR="00F255FB" w:rsidRDefault="00F255FB"/>
    <w:p w14:paraId="19A36132" w14:textId="77777777" w:rsidR="00F255FB" w:rsidRDefault="004E51C8">
      <w:pPr>
        <w:pStyle w:val="Titre2"/>
      </w:pPr>
      <w:r>
        <w:t>Lexique utile</w:t>
      </w:r>
    </w:p>
    <w:p w14:paraId="2BD47E60" w14:textId="77777777" w:rsidR="00F255FB" w:rsidRDefault="004E51C8">
      <w:r>
        <w:t xml:space="preserve">rendez-vous, consultation, spécialiste, dossier, prise en charge, prévention, </w:t>
      </w:r>
      <w:r>
        <w:t>symptômes, tarif</w:t>
      </w:r>
    </w:p>
    <w:p w14:paraId="12010018" w14:textId="77777777" w:rsidR="00F255FB" w:rsidRDefault="004E51C8">
      <w:pPr>
        <w:pStyle w:val="Titre2"/>
      </w:pPr>
      <w:r>
        <w:t>Expressions utiles</w:t>
      </w:r>
    </w:p>
    <w:p w14:paraId="4B6D5CAE" w14:textId="77777777" w:rsidR="00F255FB" w:rsidRDefault="004E51C8">
      <w:pPr>
        <w:pStyle w:val="Listepuces"/>
      </w:pPr>
      <w:r>
        <w:t>Je souhaiterais prendre rendez-vous...</w:t>
      </w:r>
    </w:p>
    <w:p w14:paraId="3D894F62" w14:textId="77777777" w:rsidR="00F255FB" w:rsidRDefault="004E51C8">
      <w:pPr>
        <w:pStyle w:val="Listepuces"/>
      </w:pPr>
      <w:r>
        <w:t>Quels documents dois-je apporter ?</w:t>
      </w:r>
    </w:p>
    <w:p w14:paraId="57B74A14" w14:textId="77777777" w:rsidR="00F255FB" w:rsidRDefault="004E51C8">
      <w:pPr>
        <w:pStyle w:val="Listepuces"/>
      </w:pPr>
      <w:r>
        <w:t>Pourriez-vous me préciser... ?</w:t>
      </w:r>
    </w:p>
    <w:p w14:paraId="2DA1B530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2FB0B6B3" w14:textId="77777777" w:rsidR="00F255FB" w:rsidRDefault="004E51C8">
      <w:r>
        <w:br w:type="page"/>
      </w:r>
    </w:p>
    <w:p w14:paraId="295DB6B6" w14:textId="77777777" w:rsidR="00F255FB" w:rsidRDefault="004E51C8">
      <w:pPr>
        <w:pStyle w:val="Titre1"/>
      </w:pPr>
      <w:r>
        <w:lastRenderedPageBreak/>
        <w:t xml:space="preserve">Cas 16 - Écologie - organiser un </w:t>
      </w:r>
      <w:r>
        <w:t>nettoyage de quartier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11495B65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373B1D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E37697" w14:textId="77777777" w:rsidR="00F255FB" w:rsidRDefault="004E51C8">
            <w:r>
              <w:t>Environnement / citoyenneté</w:t>
            </w:r>
          </w:p>
        </w:tc>
      </w:tr>
      <w:tr w:rsidR="00F255FB" w14:paraId="63584E60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43F1AE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9B7EB2" w14:textId="77777777" w:rsidR="00F255FB" w:rsidRDefault="004E51C8">
            <w:r>
              <w:t>Votre quartier est sale après un événement. Vous proposez une action collective de nettoyage.</w:t>
            </w:r>
          </w:p>
        </w:tc>
      </w:tr>
    </w:tbl>
    <w:p w14:paraId="4DC39F4D" w14:textId="77777777" w:rsidR="00F255FB" w:rsidRDefault="00F255FB"/>
    <w:p w14:paraId="64C3326C" w14:textId="77777777" w:rsidR="00F255FB" w:rsidRDefault="004E51C8">
      <w:pPr>
        <w:pStyle w:val="Titre2"/>
      </w:pPr>
      <w:r>
        <w:t>Tâche 1 - Message (80-100 mots)</w:t>
      </w:r>
    </w:p>
    <w:p w14:paraId="2F725731" w14:textId="77777777" w:rsidR="00F255FB" w:rsidRDefault="004E51C8">
      <w:pPr>
        <w:pStyle w:val="Listepuces"/>
      </w:pPr>
      <w:r>
        <w:t>Écrire aux habitants ou à la mairie.</w:t>
      </w:r>
    </w:p>
    <w:p w14:paraId="5087B33D" w14:textId="77777777" w:rsidR="00F255FB" w:rsidRDefault="004E51C8">
      <w:pPr>
        <w:pStyle w:val="Listepuces"/>
      </w:pPr>
      <w:r>
        <w:t>Décrire le problème et l</w:t>
      </w:r>
      <w:r>
        <w:t>’impact.</w:t>
      </w:r>
    </w:p>
    <w:p w14:paraId="00F40D18" w14:textId="77777777" w:rsidR="00F255FB" w:rsidRDefault="004E51C8">
      <w:pPr>
        <w:pStyle w:val="Listepuces"/>
      </w:pPr>
      <w:r>
        <w:t>Proposer une date et une organisation.</w:t>
      </w:r>
    </w:p>
    <w:p w14:paraId="2DA714B5" w14:textId="77777777" w:rsidR="00F255FB" w:rsidRDefault="004E51C8">
      <w:pPr>
        <w:pStyle w:val="Listepuces"/>
      </w:pPr>
      <w:r>
        <w:t>Demander du matériel et une autorisation.</w:t>
      </w:r>
    </w:p>
    <w:p w14:paraId="7DD22610" w14:textId="77777777" w:rsidR="00F255FB" w:rsidRDefault="00F255FB"/>
    <w:p w14:paraId="020B3601" w14:textId="77777777" w:rsidR="00F255FB" w:rsidRDefault="004E51C8">
      <w:pPr>
        <w:pStyle w:val="Titre2"/>
      </w:pPr>
      <w:r>
        <w:t>Document déclencheur (résumé)</w:t>
      </w:r>
    </w:p>
    <w:p w14:paraId="03237BBD" w14:textId="77777777" w:rsidR="00F255FB" w:rsidRDefault="004E51C8">
      <w:r>
        <w:rPr>
          <w:i/>
          <w:color w:val="5A5A5A"/>
        </w:rPr>
        <w:t>Un article explique que les actions locales (nettoyage, tri, compost) ont un effet réel si elles sont régulières et bien organisées.</w:t>
      </w:r>
    </w:p>
    <w:p w14:paraId="034EBE0F" w14:textId="77777777" w:rsidR="00F255FB" w:rsidRDefault="00F255FB"/>
    <w:p w14:paraId="7EDDF8FE" w14:textId="77777777" w:rsidR="00F255FB" w:rsidRDefault="004E51C8">
      <w:pPr>
        <w:pStyle w:val="Titre2"/>
      </w:pPr>
      <w:r>
        <w:t>Tâche 2 - Opinion / argumentation (160-180 mots)</w:t>
      </w:r>
    </w:p>
    <w:p w14:paraId="24A61FA7" w14:textId="77777777" w:rsidR="00F255FB" w:rsidRDefault="004E51C8">
      <w:pPr>
        <w:pStyle w:val="Listepuces"/>
      </w:pPr>
      <w:r>
        <w:t>Donner votre opinion sur les actions écologiques locales.</w:t>
      </w:r>
    </w:p>
    <w:p w14:paraId="14191247" w14:textId="77777777" w:rsidR="00F255FB" w:rsidRDefault="004E51C8">
      <w:pPr>
        <w:pStyle w:val="Listepuces"/>
      </w:pPr>
      <w:r>
        <w:t>Dire ce qui fonctionne et ce qui bloque.</w:t>
      </w:r>
    </w:p>
    <w:p w14:paraId="20DEE1A5" w14:textId="77777777" w:rsidR="00F255FB" w:rsidRDefault="004E51C8">
      <w:pPr>
        <w:pStyle w:val="Listepuces"/>
      </w:pPr>
      <w:r>
        <w:t>Proposer une action durable pour votre ville.</w:t>
      </w:r>
    </w:p>
    <w:p w14:paraId="21834518" w14:textId="77777777" w:rsidR="00F255FB" w:rsidRDefault="00F255FB"/>
    <w:p w14:paraId="43FE6E81" w14:textId="77777777" w:rsidR="00F255FB" w:rsidRDefault="004E51C8">
      <w:pPr>
        <w:pStyle w:val="Titre2"/>
      </w:pPr>
      <w:r>
        <w:t>Lexique utile</w:t>
      </w:r>
    </w:p>
    <w:p w14:paraId="12E21AF7" w14:textId="77777777" w:rsidR="00F255FB" w:rsidRDefault="004E51C8">
      <w:r>
        <w:t>déchets, tri, nettoyage, bénévoles, matériel, s</w:t>
      </w:r>
      <w:r>
        <w:t>ensibilisation, compost, durable</w:t>
      </w:r>
    </w:p>
    <w:p w14:paraId="07312FE1" w14:textId="77777777" w:rsidR="00F255FB" w:rsidRDefault="004E51C8">
      <w:pPr>
        <w:pStyle w:val="Titre2"/>
      </w:pPr>
      <w:r>
        <w:t>Expressions utiles</w:t>
      </w:r>
    </w:p>
    <w:p w14:paraId="05067C6B" w14:textId="77777777" w:rsidR="00F255FB" w:rsidRDefault="004E51C8">
      <w:pPr>
        <w:pStyle w:val="Listepuces"/>
      </w:pPr>
      <w:r>
        <w:t>Je propose d’organiser...</w:t>
      </w:r>
    </w:p>
    <w:p w14:paraId="64DFD8C1" w14:textId="77777777" w:rsidR="00F255FB" w:rsidRDefault="004E51C8">
      <w:pPr>
        <w:pStyle w:val="Listepuces"/>
      </w:pPr>
      <w:r>
        <w:t>Si la mairie pouvait fournir...</w:t>
      </w:r>
    </w:p>
    <w:p w14:paraId="7A8B53AE" w14:textId="77777777" w:rsidR="00F255FB" w:rsidRDefault="004E51C8">
      <w:pPr>
        <w:pStyle w:val="Listepuces"/>
      </w:pPr>
      <w:r>
        <w:t>Ensemble, nous pourrions...</w:t>
      </w:r>
    </w:p>
    <w:p w14:paraId="4E1625CF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42B549BF" w14:textId="77777777" w:rsidR="00F255FB" w:rsidRDefault="004E51C8">
      <w:r>
        <w:br w:type="page"/>
      </w:r>
    </w:p>
    <w:p w14:paraId="3FDAEC2B" w14:textId="77777777" w:rsidR="00F255FB" w:rsidRDefault="004E51C8">
      <w:pPr>
        <w:pStyle w:val="Titre1"/>
      </w:pPr>
      <w:r>
        <w:lastRenderedPageBreak/>
        <w:t xml:space="preserve">Cas 17 - Demander une </w:t>
      </w:r>
      <w:r>
        <w:t>attestation à un ancien employeur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530801DE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A307E9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734AC4" w14:textId="77777777" w:rsidR="00F255FB" w:rsidRDefault="004E51C8">
            <w:r>
              <w:t>Travail / administratif</w:t>
            </w:r>
          </w:p>
        </w:tc>
      </w:tr>
      <w:tr w:rsidR="00F255FB" w14:paraId="445E16C3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3C721E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F2EC40" w14:textId="77777777" w:rsidR="00F255FB" w:rsidRDefault="004E51C8">
            <w:r>
              <w:t>Vous avez besoin d’une attestation de travail de votre ancien employeur. Vous écrivez pour la demander.</w:t>
            </w:r>
          </w:p>
        </w:tc>
      </w:tr>
    </w:tbl>
    <w:p w14:paraId="689C0390" w14:textId="77777777" w:rsidR="00F255FB" w:rsidRDefault="00F255FB"/>
    <w:p w14:paraId="4441AB84" w14:textId="77777777" w:rsidR="00F255FB" w:rsidRDefault="004E51C8">
      <w:pPr>
        <w:pStyle w:val="Titre2"/>
      </w:pPr>
      <w:r>
        <w:t>Tâche 1 - Message (80-100 mots)</w:t>
      </w:r>
    </w:p>
    <w:p w14:paraId="265DB8A0" w14:textId="77777777" w:rsidR="00F255FB" w:rsidRDefault="004E51C8">
      <w:pPr>
        <w:pStyle w:val="Listepuces"/>
      </w:pPr>
      <w:r>
        <w:t xml:space="preserve">Écrire à l’ancien employeur (email ou </w:t>
      </w:r>
      <w:r>
        <w:t>lettre).</w:t>
      </w:r>
    </w:p>
    <w:p w14:paraId="7480AB83" w14:textId="77777777" w:rsidR="00F255FB" w:rsidRDefault="004E51C8">
      <w:pPr>
        <w:pStyle w:val="Listepuces"/>
      </w:pPr>
      <w:r>
        <w:t>Rappeler vos dates d’emploi et votre poste.</w:t>
      </w:r>
    </w:p>
    <w:p w14:paraId="0740B52F" w14:textId="77777777" w:rsidR="00F255FB" w:rsidRDefault="004E51C8">
      <w:pPr>
        <w:pStyle w:val="Listepuces"/>
      </w:pPr>
      <w:r>
        <w:t>Expliquer pourquoi vous en avez besoin.</w:t>
      </w:r>
    </w:p>
    <w:p w14:paraId="58737176" w14:textId="77777777" w:rsidR="00F255FB" w:rsidRDefault="004E51C8">
      <w:pPr>
        <w:pStyle w:val="Listepuces"/>
      </w:pPr>
      <w:r>
        <w:t>Demander l’envoi par email ou courrier.</w:t>
      </w:r>
    </w:p>
    <w:p w14:paraId="5FD4AE35" w14:textId="77777777" w:rsidR="00F255FB" w:rsidRDefault="00F255FB"/>
    <w:p w14:paraId="7D2C0822" w14:textId="77777777" w:rsidR="00F255FB" w:rsidRDefault="004E51C8">
      <w:pPr>
        <w:pStyle w:val="Titre2"/>
      </w:pPr>
      <w:r>
        <w:t>Document déclencheur (résumé)</w:t>
      </w:r>
    </w:p>
    <w:p w14:paraId="1D40FB3D" w14:textId="77777777" w:rsidR="00F255FB" w:rsidRDefault="004E51C8">
      <w:r>
        <w:rPr>
          <w:i/>
          <w:color w:val="5A5A5A"/>
        </w:rPr>
        <w:t xml:space="preserve">Un article rappelle que les démarches administratives sont plus simples quand les documents </w:t>
      </w:r>
      <w:r>
        <w:rPr>
          <w:i/>
          <w:color w:val="5A5A5A"/>
        </w:rPr>
        <w:t>sont numérisés et accessibles.</w:t>
      </w:r>
    </w:p>
    <w:p w14:paraId="60F30270" w14:textId="77777777" w:rsidR="00F255FB" w:rsidRDefault="00F255FB"/>
    <w:p w14:paraId="65B17421" w14:textId="77777777" w:rsidR="00F255FB" w:rsidRDefault="004E51C8">
      <w:pPr>
        <w:pStyle w:val="Titre2"/>
      </w:pPr>
      <w:r>
        <w:t>Tâche 2 - Opinion / argumentation (160-180 mots)</w:t>
      </w:r>
    </w:p>
    <w:p w14:paraId="63C0EFFA" w14:textId="77777777" w:rsidR="00F255FB" w:rsidRDefault="004E51C8">
      <w:pPr>
        <w:pStyle w:val="Listepuces"/>
      </w:pPr>
      <w:r>
        <w:t>Exprimer votre opinion sur la dématérialisation.</w:t>
      </w:r>
    </w:p>
    <w:p w14:paraId="7BC3296D" w14:textId="77777777" w:rsidR="00F255FB" w:rsidRDefault="004E51C8">
      <w:pPr>
        <w:pStyle w:val="Listepuces"/>
      </w:pPr>
      <w:r>
        <w:t>Présenter avantages et limites (accès, sécurité).</w:t>
      </w:r>
    </w:p>
    <w:p w14:paraId="0919321D" w14:textId="77777777" w:rsidR="00F255FB" w:rsidRDefault="004E51C8">
      <w:pPr>
        <w:pStyle w:val="Listepuces"/>
      </w:pPr>
      <w:r>
        <w:t>Proposer une amélioration pour les services.</w:t>
      </w:r>
    </w:p>
    <w:p w14:paraId="26A42B39" w14:textId="77777777" w:rsidR="00F255FB" w:rsidRDefault="00F255FB"/>
    <w:p w14:paraId="031AF563" w14:textId="77777777" w:rsidR="00F255FB" w:rsidRDefault="004E51C8">
      <w:pPr>
        <w:pStyle w:val="Titre2"/>
      </w:pPr>
      <w:r>
        <w:t>Lexique utile</w:t>
      </w:r>
    </w:p>
    <w:p w14:paraId="3C449BF9" w14:textId="77777777" w:rsidR="00F255FB" w:rsidRDefault="004E51C8">
      <w:r>
        <w:t>attestation, dém</w:t>
      </w:r>
      <w:r>
        <w:t>arche, document, numérisation, courrier, signature, délai, administratif</w:t>
      </w:r>
    </w:p>
    <w:p w14:paraId="2F208477" w14:textId="77777777" w:rsidR="00F255FB" w:rsidRDefault="004E51C8">
      <w:pPr>
        <w:pStyle w:val="Titre2"/>
      </w:pPr>
      <w:r>
        <w:t>Expressions utiles</w:t>
      </w:r>
    </w:p>
    <w:p w14:paraId="0D868E05" w14:textId="77777777" w:rsidR="00F255FB" w:rsidRDefault="004E51C8">
      <w:pPr>
        <w:pStyle w:val="Listepuces"/>
      </w:pPr>
      <w:r>
        <w:t>Je vous serais reconnaissant(e) de...</w:t>
      </w:r>
    </w:p>
    <w:p w14:paraId="7E02FF8C" w14:textId="77777777" w:rsidR="00F255FB" w:rsidRDefault="004E51C8">
      <w:pPr>
        <w:pStyle w:val="Listepuces"/>
      </w:pPr>
      <w:r>
        <w:t>Afin de compléter mon dossier...</w:t>
      </w:r>
    </w:p>
    <w:p w14:paraId="5412A4BB" w14:textId="77777777" w:rsidR="00F255FB" w:rsidRDefault="004E51C8">
      <w:pPr>
        <w:pStyle w:val="Listepuces"/>
      </w:pPr>
      <w:r>
        <w:t>Je vous remercie par avance.</w:t>
      </w:r>
    </w:p>
    <w:p w14:paraId="6A4671F9" w14:textId="77777777" w:rsidR="00F255FB" w:rsidRDefault="004E51C8">
      <w:r>
        <w:rPr>
          <w:i/>
          <w:color w:val="787878"/>
        </w:rPr>
        <w:t>Conseil : visez 2 ou 3 paragraphes en Tâche 2, avec une mini-con</w:t>
      </w:r>
      <w:r>
        <w:rPr>
          <w:i/>
          <w:color w:val="787878"/>
        </w:rPr>
        <w:t>clusion.</w:t>
      </w:r>
    </w:p>
    <w:p w14:paraId="2B8F47B5" w14:textId="77777777" w:rsidR="00F255FB" w:rsidRDefault="004E51C8">
      <w:r>
        <w:br w:type="page"/>
      </w:r>
    </w:p>
    <w:p w14:paraId="32BEB3F6" w14:textId="77777777" w:rsidR="00F255FB" w:rsidRDefault="004E51C8">
      <w:pPr>
        <w:pStyle w:val="Titre1"/>
      </w:pPr>
      <w:r>
        <w:lastRenderedPageBreak/>
        <w:t>Cas 18 - Réunion d’immeuble - proposer une amélioration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2A98458E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0AA99A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194C7E" w14:textId="77777777" w:rsidR="00F255FB" w:rsidRDefault="004E51C8">
            <w:r>
              <w:t>Logement / collectif</w:t>
            </w:r>
          </w:p>
        </w:tc>
      </w:tr>
      <w:tr w:rsidR="00F255FB" w14:paraId="272918CD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B132E0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F9907E" w14:textId="77777777" w:rsidR="00F255FB" w:rsidRDefault="004E51C8">
            <w:r>
              <w:t>Une assemblée de copropriété a lieu bientôt. Vous voulez proposer d’installer un local à vélos sécurisé.</w:t>
            </w:r>
          </w:p>
        </w:tc>
      </w:tr>
    </w:tbl>
    <w:p w14:paraId="6EA940F1" w14:textId="77777777" w:rsidR="00F255FB" w:rsidRDefault="00F255FB"/>
    <w:p w14:paraId="6E2D60E6" w14:textId="77777777" w:rsidR="00F255FB" w:rsidRDefault="004E51C8">
      <w:pPr>
        <w:pStyle w:val="Titre2"/>
      </w:pPr>
      <w:r>
        <w:t>Tâche 1 - Message (80-100 mots)</w:t>
      </w:r>
    </w:p>
    <w:p w14:paraId="5DEB416D" w14:textId="77777777" w:rsidR="00F255FB" w:rsidRDefault="004E51C8">
      <w:pPr>
        <w:pStyle w:val="Listepuces"/>
      </w:pPr>
      <w:r>
        <w:t xml:space="preserve">Écrire au </w:t>
      </w:r>
      <w:r>
        <w:t>syndic ou au conseil syndical.</w:t>
      </w:r>
    </w:p>
    <w:p w14:paraId="2539E5C4" w14:textId="77777777" w:rsidR="00F255FB" w:rsidRDefault="004E51C8">
      <w:pPr>
        <w:pStyle w:val="Listepuces"/>
      </w:pPr>
      <w:r>
        <w:t>Expliquer le besoin (sécurité, place).</w:t>
      </w:r>
    </w:p>
    <w:p w14:paraId="39304AA6" w14:textId="77777777" w:rsidR="00F255FB" w:rsidRDefault="004E51C8">
      <w:pPr>
        <w:pStyle w:val="Listepuces"/>
      </w:pPr>
      <w:r>
        <w:t>Proposer une solution et un budget approximatif.</w:t>
      </w:r>
    </w:p>
    <w:p w14:paraId="0CAC8FDC" w14:textId="77777777" w:rsidR="00F255FB" w:rsidRDefault="004E51C8">
      <w:pPr>
        <w:pStyle w:val="Listepuces"/>
      </w:pPr>
      <w:r>
        <w:t>Demander l’ajout du point à l’ordre du jour.</w:t>
      </w:r>
    </w:p>
    <w:p w14:paraId="53179E52" w14:textId="77777777" w:rsidR="00F255FB" w:rsidRDefault="00F255FB"/>
    <w:p w14:paraId="4C21A0DB" w14:textId="77777777" w:rsidR="00F255FB" w:rsidRDefault="004E51C8">
      <w:pPr>
        <w:pStyle w:val="Titre2"/>
      </w:pPr>
      <w:r>
        <w:t>Document déclencheur (résumé)</w:t>
      </w:r>
    </w:p>
    <w:p w14:paraId="4124CF12" w14:textId="77777777" w:rsidR="00F255FB" w:rsidRDefault="004E51C8">
      <w:r>
        <w:rPr>
          <w:i/>
          <w:color w:val="5A5A5A"/>
        </w:rPr>
        <w:t>Un article souligne que favoriser le vélo en ville passe auss</w:t>
      </w:r>
      <w:r>
        <w:rPr>
          <w:i/>
          <w:color w:val="5A5A5A"/>
        </w:rPr>
        <w:t>i par des infrastructures simples : stationnements sécurisés, pistes continues.</w:t>
      </w:r>
    </w:p>
    <w:p w14:paraId="3C28B364" w14:textId="77777777" w:rsidR="00F255FB" w:rsidRDefault="00F255FB"/>
    <w:p w14:paraId="0076D29B" w14:textId="77777777" w:rsidR="00F255FB" w:rsidRDefault="004E51C8">
      <w:pPr>
        <w:pStyle w:val="Titre2"/>
      </w:pPr>
      <w:r>
        <w:t>Tâche 2 - Opinion / argumentation (160-180 mots)</w:t>
      </w:r>
    </w:p>
    <w:p w14:paraId="697A3E87" w14:textId="77777777" w:rsidR="00F255FB" w:rsidRDefault="004E51C8">
      <w:pPr>
        <w:pStyle w:val="Listepuces"/>
      </w:pPr>
      <w:r>
        <w:t>Donner votre opinion sur le développement du vélo.</w:t>
      </w:r>
    </w:p>
    <w:p w14:paraId="11BDA00E" w14:textId="77777777" w:rsidR="00F255FB" w:rsidRDefault="004E51C8">
      <w:pPr>
        <w:pStyle w:val="Listepuces"/>
      </w:pPr>
      <w:r>
        <w:t>Parler des bénéfices et des obstacles.</w:t>
      </w:r>
    </w:p>
    <w:p w14:paraId="32B20451" w14:textId="77777777" w:rsidR="00F255FB" w:rsidRDefault="004E51C8">
      <w:pPr>
        <w:pStyle w:val="Listepuces"/>
      </w:pPr>
      <w:r>
        <w:t>Proposer 2 mesures pour encourager l</w:t>
      </w:r>
      <w:r>
        <w:t>es habitants.</w:t>
      </w:r>
    </w:p>
    <w:p w14:paraId="725C58FC" w14:textId="77777777" w:rsidR="00F255FB" w:rsidRDefault="00F255FB"/>
    <w:p w14:paraId="5BCEB946" w14:textId="77777777" w:rsidR="00F255FB" w:rsidRDefault="004E51C8">
      <w:pPr>
        <w:pStyle w:val="Titre2"/>
      </w:pPr>
      <w:r>
        <w:t>Lexique utile</w:t>
      </w:r>
    </w:p>
    <w:p w14:paraId="24A6AAD7" w14:textId="77777777" w:rsidR="00F255FB" w:rsidRDefault="004E51C8">
      <w:r>
        <w:t>copropriété, syndic, ordre du jour, stationnement, sécurisé, budget, infrastructure, mobilité douce</w:t>
      </w:r>
    </w:p>
    <w:p w14:paraId="28F4CFFA" w14:textId="77777777" w:rsidR="00F255FB" w:rsidRDefault="004E51C8">
      <w:pPr>
        <w:pStyle w:val="Titre2"/>
      </w:pPr>
      <w:r>
        <w:t>Expressions utiles</w:t>
      </w:r>
    </w:p>
    <w:p w14:paraId="52DB6370" w14:textId="77777777" w:rsidR="00F255FB" w:rsidRDefault="004E51C8">
      <w:pPr>
        <w:pStyle w:val="Listepuces"/>
      </w:pPr>
      <w:r>
        <w:t>Je souhaiterais que le point suivant soit ajouté...</w:t>
      </w:r>
    </w:p>
    <w:p w14:paraId="4582B3AD" w14:textId="77777777" w:rsidR="00F255FB" w:rsidRDefault="004E51C8">
      <w:pPr>
        <w:pStyle w:val="Listepuces"/>
      </w:pPr>
      <w:r>
        <w:t>Cette installation permettrait de...</w:t>
      </w:r>
    </w:p>
    <w:p w14:paraId="4233D495" w14:textId="77777777" w:rsidR="00F255FB" w:rsidRDefault="004E51C8">
      <w:pPr>
        <w:pStyle w:val="Listepuces"/>
      </w:pPr>
      <w:r>
        <w:t xml:space="preserve">Je reste </w:t>
      </w:r>
      <w:r>
        <w:t>disponible pour en discuter.</w:t>
      </w:r>
    </w:p>
    <w:p w14:paraId="596F1EB6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16FA0A01" w14:textId="77777777" w:rsidR="00F255FB" w:rsidRDefault="004E51C8">
      <w:r>
        <w:br w:type="page"/>
      </w:r>
    </w:p>
    <w:p w14:paraId="115E92B2" w14:textId="77777777" w:rsidR="00F255FB" w:rsidRDefault="004E51C8">
      <w:pPr>
        <w:pStyle w:val="Titre1"/>
      </w:pPr>
      <w:r>
        <w:lastRenderedPageBreak/>
        <w:t>Cas 19 - Échange universitaire - demander des informations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11E62CC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2E7154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BEAC56" w14:textId="77777777" w:rsidR="00F255FB" w:rsidRDefault="004E51C8">
            <w:r>
              <w:t>Études / mobilité</w:t>
            </w:r>
          </w:p>
        </w:tc>
      </w:tr>
      <w:tr w:rsidR="00F255FB" w14:paraId="77B05FC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514183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4B094B" w14:textId="77777777" w:rsidR="00F255FB" w:rsidRDefault="004E51C8">
            <w:r>
              <w:t xml:space="preserve">Vous voulez partir en échange universitaire. Vous </w:t>
            </w:r>
            <w:r>
              <w:t>écrivez au bureau international pour poser des questions.</w:t>
            </w:r>
          </w:p>
        </w:tc>
      </w:tr>
    </w:tbl>
    <w:p w14:paraId="44566354" w14:textId="77777777" w:rsidR="00F255FB" w:rsidRDefault="00F255FB"/>
    <w:p w14:paraId="412D5CDD" w14:textId="77777777" w:rsidR="00F255FB" w:rsidRDefault="004E51C8">
      <w:pPr>
        <w:pStyle w:val="Titre2"/>
      </w:pPr>
      <w:r>
        <w:t>Tâche 1 - Message (80-100 mots)</w:t>
      </w:r>
    </w:p>
    <w:p w14:paraId="045071D7" w14:textId="77777777" w:rsidR="00F255FB" w:rsidRDefault="004E51C8">
      <w:pPr>
        <w:pStyle w:val="Listepuces"/>
      </w:pPr>
      <w:r>
        <w:t>Écrire au service des relations internationales.</w:t>
      </w:r>
    </w:p>
    <w:p w14:paraId="1D2BF9A2" w14:textId="77777777" w:rsidR="00F255FB" w:rsidRDefault="004E51C8">
      <w:pPr>
        <w:pStyle w:val="Listepuces"/>
      </w:pPr>
      <w:r>
        <w:t>Demander les destinations possibles et critères.</w:t>
      </w:r>
    </w:p>
    <w:p w14:paraId="3B147BFE" w14:textId="77777777" w:rsidR="00F255FB" w:rsidRDefault="004E51C8">
      <w:pPr>
        <w:pStyle w:val="Listepuces"/>
      </w:pPr>
      <w:r>
        <w:t>Se renseigner sur les bourses et le logement.</w:t>
      </w:r>
    </w:p>
    <w:p w14:paraId="1BE58555" w14:textId="77777777" w:rsidR="00F255FB" w:rsidRDefault="004E51C8">
      <w:pPr>
        <w:pStyle w:val="Listepuces"/>
      </w:pPr>
      <w:r>
        <w:t>Demander les dates l</w:t>
      </w:r>
      <w:r>
        <w:t>imites et la procédure.</w:t>
      </w:r>
    </w:p>
    <w:p w14:paraId="4F38E159" w14:textId="77777777" w:rsidR="00F255FB" w:rsidRDefault="00F255FB"/>
    <w:p w14:paraId="5429FA82" w14:textId="77777777" w:rsidR="00F255FB" w:rsidRDefault="004E51C8">
      <w:pPr>
        <w:pStyle w:val="Titre2"/>
      </w:pPr>
      <w:r>
        <w:t>Document déclencheur (résumé)</w:t>
      </w:r>
    </w:p>
    <w:p w14:paraId="697C2BA2" w14:textId="77777777" w:rsidR="00F255FB" w:rsidRDefault="004E51C8">
      <w:r>
        <w:rPr>
          <w:i/>
          <w:color w:val="5A5A5A"/>
        </w:rPr>
        <w:t>Un article présente les bénéfices d’une expérience à l’étranger : autonomie, ouverture culturelle, meilleure employabilité.</w:t>
      </w:r>
    </w:p>
    <w:p w14:paraId="5BA2E0F5" w14:textId="77777777" w:rsidR="00F255FB" w:rsidRDefault="00F255FB"/>
    <w:p w14:paraId="129D018E" w14:textId="77777777" w:rsidR="00F255FB" w:rsidRDefault="004E51C8">
      <w:pPr>
        <w:pStyle w:val="Titre2"/>
      </w:pPr>
      <w:r>
        <w:t>Tâche 2 - Opinion / argumentation (160-180 mots)</w:t>
      </w:r>
    </w:p>
    <w:p w14:paraId="2C51634D" w14:textId="77777777" w:rsidR="00F255FB" w:rsidRDefault="004E51C8">
      <w:pPr>
        <w:pStyle w:val="Listepuces"/>
      </w:pPr>
      <w:r>
        <w:t xml:space="preserve">Exprimer votre point de </w:t>
      </w:r>
      <w:r>
        <w:t>vue sur les échanges.</w:t>
      </w:r>
    </w:p>
    <w:p w14:paraId="495B5C16" w14:textId="77777777" w:rsidR="00F255FB" w:rsidRDefault="004E51C8">
      <w:pPr>
        <w:pStyle w:val="Listepuces"/>
      </w:pPr>
      <w:r>
        <w:t>Dire ce qu’ils apportent et ce qu’ils coûtent (argent, stress).</w:t>
      </w:r>
    </w:p>
    <w:p w14:paraId="50E88D09" w14:textId="77777777" w:rsidR="00F255FB" w:rsidRDefault="004E51C8">
      <w:pPr>
        <w:pStyle w:val="Listepuces"/>
      </w:pPr>
      <w:r>
        <w:t>Proposer un conseil à un futur candidat.</w:t>
      </w:r>
    </w:p>
    <w:p w14:paraId="04777255" w14:textId="77777777" w:rsidR="00F255FB" w:rsidRDefault="00F255FB"/>
    <w:p w14:paraId="7569D51B" w14:textId="77777777" w:rsidR="00F255FB" w:rsidRDefault="004E51C8">
      <w:pPr>
        <w:pStyle w:val="Titre2"/>
      </w:pPr>
      <w:r>
        <w:t>Lexique utile</w:t>
      </w:r>
    </w:p>
    <w:p w14:paraId="78216FC8" w14:textId="77777777" w:rsidR="00F255FB" w:rsidRDefault="004E51C8">
      <w:r>
        <w:t>échange, dossier, bourse, destination, logement, démarches, candidature, mobilité</w:t>
      </w:r>
    </w:p>
    <w:p w14:paraId="35CA38FA" w14:textId="77777777" w:rsidR="00F255FB" w:rsidRDefault="004E51C8">
      <w:pPr>
        <w:pStyle w:val="Titre2"/>
      </w:pPr>
      <w:r>
        <w:t>Expressions utiles</w:t>
      </w:r>
    </w:p>
    <w:p w14:paraId="29F8A943" w14:textId="77777777" w:rsidR="00F255FB" w:rsidRDefault="004E51C8">
      <w:pPr>
        <w:pStyle w:val="Listepuces"/>
      </w:pPr>
      <w:r>
        <w:t>Je me renseig</w:t>
      </w:r>
      <w:r>
        <w:t>ne sur...</w:t>
      </w:r>
    </w:p>
    <w:p w14:paraId="43822C08" w14:textId="77777777" w:rsidR="00F255FB" w:rsidRDefault="004E51C8">
      <w:pPr>
        <w:pStyle w:val="Listepuces"/>
      </w:pPr>
      <w:r>
        <w:t>Pourriez-vous m’indiquer les conditions... ?</w:t>
      </w:r>
    </w:p>
    <w:p w14:paraId="73E00DB0" w14:textId="77777777" w:rsidR="00F255FB" w:rsidRDefault="004E51C8">
      <w:pPr>
        <w:pStyle w:val="Listepuces"/>
      </w:pPr>
      <w:r>
        <w:t>Quelles sont les dates limites ?</w:t>
      </w:r>
    </w:p>
    <w:p w14:paraId="757A1085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66D8BA9F" w14:textId="77777777" w:rsidR="00F255FB" w:rsidRDefault="004E51C8">
      <w:r>
        <w:br w:type="page"/>
      </w:r>
    </w:p>
    <w:p w14:paraId="237C4CCA" w14:textId="77777777" w:rsidR="00F255FB" w:rsidRDefault="004E51C8">
      <w:pPr>
        <w:pStyle w:val="Titre1"/>
      </w:pPr>
      <w:r>
        <w:lastRenderedPageBreak/>
        <w:t>Cas 20 - Restaurant - faire un retour après une mauvaise expérience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01AFED60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9AB1DA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A5FB8C" w14:textId="77777777" w:rsidR="00F255FB" w:rsidRDefault="004E51C8">
            <w:r>
              <w:t>Consommation / comm</w:t>
            </w:r>
            <w:r>
              <w:t>unication</w:t>
            </w:r>
          </w:p>
        </w:tc>
      </w:tr>
      <w:tr w:rsidR="00F255FB" w14:paraId="7B34E0A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32223D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5857FF" w14:textId="77777777" w:rsidR="00F255FB" w:rsidRDefault="004E51C8">
            <w:r>
              <w:t>Vous êtes allé(e) au restaurant et vous avez été déçu(e) (attente, plat froid). Vous écrivez au gérant.</w:t>
            </w:r>
          </w:p>
        </w:tc>
      </w:tr>
    </w:tbl>
    <w:p w14:paraId="369C1D3F" w14:textId="77777777" w:rsidR="00F255FB" w:rsidRDefault="00F255FB"/>
    <w:p w14:paraId="1E1ACFFB" w14:textId="77777777" w:rsidR="00F255FB" w:rsidRDefault="004E51C8">
      <w:pPr>
        <w:pStyle w:val="Titre2"/>
      </w:pPr>
      <w:r>
        <w:t>Tâche 1 - Message (80-100 mots)</w:t>
      </w:r>
    </w:p>
    <w:p w14:paraId="05A99EB6" w14:textId="77777777" w:rsidR="00F255FB" w:rsidRDefault="004E51C8">
      <w:pPr>
        <w:pStyle w:val="Listepuces"/>
      </w:pPr>
      <w:r>
        <w:t>Écrire au gérant (ton respectueux).</w:t>
      </w:r>
    </w:p>
    <w:p w14:paraId="573A6D61" w14:textId="77777777" w:rsidR="00F255FB" w:rsidRDefault="004E51C8">
      <w:pPr>
        <w:pStyle w:val="Listepuces"/>
      </w:pPr>
      <w:r>
        <w:t>Décrire la situation et la date.</w:t>
      </w:r>
    </w:p>
    <w:p w14:paraId="77830417" w14:textId="77777777" w:rsidR="00F255FB" w:rsidRDefault="004E51C8">
      <w:pPr>
        <w:pStyle w:val="Listepuces"/>
      </w:pPr>
      <w:r>
        <w:t xml:space="preserve">Expliquer votre </w:t>
      </w:r>
      <w:r>
        <w:t>déception et l’attente.</w:t>
      </w:r>
    </w:p>
    <w:p w14:paraId="7840EF19" w14:textId="77777777" w:rsidR="00F255FB" w:rsidRDefault="004E51C8">
      <w:pPr>
        <w:pStyle w:val="Listepuces"/>
      </w:pPr>
      <w:r>
        <w:t>Demander un geste commercial ou une explication.</w:t>
      </w:r>
    </w:p>
    <w:p w14:paraId="6E217EF3" w14:textId="77777777" w:rsidR="00F255FB" w:rsidRDefault="00F255FB"/>
    <w:p w14:paraId="16102DA3" w14:textId="77777777" w:rsidR="00F255FB" w:rsidRDefault="004E51C8">
      <w:pPr>
        <w:pStyle w:val="Titre2"/>
      </w:pPr>
      <w:r>
        <w:t>Document déclencheur (résumé)</w:t>
      </w:r>
    </w:p>
    <w:p w14:paraId="05B37559" w14:textId="77777777" w:rsidR="00F255FB" w:rsidRDefault="004E51C8">
      <w:r>
        <w:rPr>
          <w:i/>
          <w:color w:val="5A5A5A"/>
        </w:rPr>
        <w:t>Un article explique que les avis clients en ligne influencent fortement la réputation des restaurants, pour le meilleur et pour le pire.</w:t>
      </w:r>
    </w:p>
    <w:p w14:paraId="50A99479" w14:textId="77777777" w:rsidR="00F255FB" w:rsidRDefault="00F255FB"/>
    <w:p w14:paraId="14B1C831" w14:textId="77777777" w:rsidR="00F255FB" w:rsidRDefault="004E51C8">
      <w:pPr>
        <w:pStyle w:val="Titre2"/>
      </w:pPr>
      <w:r>
        <w:t>Tâche 2 - Opin</w:t>
      </w:r>
      <w:r>
        <w:t>ion / argumentation (160-180 mots)</w:t>
      </w:r>
    </w:p>
    <w:p w14:paraId="0359B84D" w14:textId="77777777" w:rsidR="00F255FB" w:rsidRDefault="004E51C8">
      <w:pPr>
        <w:pStyle w:val="Listepuces"/>
      </w:pPr>
      <w:r>
        <w:t>Donner votre opinion sur les avis en ligne.</w:t>
      </w:r>
    </w:p>
    <w:p w14:paraId="240013CD" w14:textId="77777777" w:rsidR="00F255FB" w:rsidRDefault="004E51C8">
      <w:pPr>
        <w:pStyle w:val="Listepuces"/>
      </w:pPr>
      <w:r>
        <w:t>Dire comment écrire un avis juste et utile.</w:t>
      </w:r>
    </w:p>
    <w:p w14:paraId="3204714C" w14:textId="77777777" w:rsidR="00F255FB" w:rsidRDefault="004E51C8">
      <w:pPr>
        <w:pStyle w:val="Listepuces"/>
      </w:pPr>
      <w:r>
        <w:t>Proposer une règle pour les clients et une pour les entreprises.</w:t>
      </w:r>
    </w:p>
    <w:p w14:paraId="6F7B3192" w14:textId="77777777" w:rsidR="00F255FB" w:rsidRDefault="00F255FB"/>
    <w:p w14:paraId="64299A62" w14:textId="77777777" w:rsidR="00F255FB" w:rsidRDefault="004E51C8">
      <w:pPr>
        <w:pStyle w:val="Titre2"/>
      </w:pPr>
      <w:r>
        <w:t>Lexique utile</w:t>
      </w:r>
    </w:p>
    <w:p w14:paraId="2B14949E" w14:textId="77777777" w:rsidR="00F255FB" w:rsidRDefault="004E51C8">
      <w:r>
        <w:t>service, attente, qualité, gérant, réclamation, avis,</w:t>
      </w:r>
      <w:r>
        <w:t xml:space="preserve"> réputation, geste commercial</w:t>
      </w:r>
    </w:p>
    <w:p w14:paraId="4F964445" w14:textId="77777777" w:rsidR="00F255FB" w:rsidRDefault="004E51C8">
      <w:pPr>
        <w:pStyle w:val="Titre2"/>
      </w:pPr>
      <w:r>
        <w:t>Expressions utiles</w:t>
      </w:r>
    </w:p>
    <w:p w14:paraId="52C5E0DC" w14:textId="77777777" w:rsidR="00F255FB" w:rsidRDefault="004E51C8">
      <w:pPr>
        <w:pStyle w:val="Listepuces"/>
      </w:pPr>
      <w:r>
        <w:t>Je tiens à vous faire part de...</w:t>
      </w:r>
    </w:p>
    <w:p w14:paraId="0C5030F1" w14:textId="77777777" w:rsidR="00F255FB" w:rsidRDefault="004E51C8">
      <w:pPr>
        <w:pStyle w:val="Listepuces"/>
      </w:pPr>
      <w:r>
        <w:t>Je comprends que..., cependant...</w:t>
      </w:r>
    </w:p>
    <w:p w14:paraId="7B7238EE" w14:textId="77777777" w:rsidR="00F255FB" w:rsidRDefault="004E51C8">
      <w:pPr>
        <w:pStyle w:val="Listepuces"/>
      </w:pPr>
      <w:r>
        <w:t>J’espère que vous pourrez...</w:t>
      </w:r>
    </w:p>
    <w:p w14:paraId="67FF092E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3E101A54" w14:textId="77777777" w:rsidR="00F255FB" w:rsidRDefault="004E51C8">
      <w:r>
        <w:br w:type="page"/>
      </w:r>
    </w:p>
    <w:p w14:paraId="0ACEE295" w14:textId="77777777" w:rsidR="00F255FB" w:rsidRDefault="004E51C8">
      <w:pPr>
        <w:pStyle w:val="Titre1"/>
      </w:pPr>
      <w:r>
        <w:lastRenderedPageBreak/>
        <w:t xml:space="preserve">Cas 21 - Changement de club / </w:t>
      </w:r>
      <w:r>
        <w:t>activité - informer un ami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0BF4AFFD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D72E58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19B300" w14:textId="77777777" w:rsidR="00F255FB" w:rsidRDefault="004E51C8">
            <w:r>
              <w:t>Vie personnelle</w:t>
            </w:r>
          </w:p>
        </w:tc>
      </w:tr>
      <w:tr w:rsidR="00F255FB" w14:paraId="63E86FE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103E1A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2B36F7" w14:textId="77777777" w:rsidR="00F255FB" w:rsidRDefault="004E51C8">
            <w:r>
              <w:t>Vous changez d’activité (sport, musique) et vous voulez convaincre un ami de vous accompagner.</w:t>
            </w:r>
          </w:p>
        </w:tc>
      </w:tr>
    </w:tbl>
    <w:p w14:paraId="6718F5E2" w14:textId="77777777" w:rsidR="00F255FB" w:rsidRDefault="00F255FB"/>
    <w:p w14:paraId="439DD590" w14:textId="77777777" w:rsidR="00F255FB" w:rsidRDefault="004E51C8">
      <w:pPr>
        <w:pStyle w:val="Titre2"/>
      </w:pPr>
      <w:r>
        <w:t>Tâche 1 - Message (80-100 mots)</w:t>
      </w:r>
    </w:p>
    <w:p w14:paraId="1916D5D3" w14:textId="77777777" w:rsidR="00F255FB" w:rsidRDefault="004E51C8">
      <w:pPr>
        <w:pStyle w:val="Listepuces"/>
      </w:pPr>
      <w:r>
        <w:t>Écrire à un ami.</w:t>
      </w:r>
    </w:p>
    <w:p w14:paraId="1C15B155" w14:textId="77777777" w:rsidR="00F255FB" w:rsidRDefault="004E51C8">
      <w:pPr>
        <w:pStyle w:val="Listepuces"/>
      </w:pPr>
      <w:r>
        <w:t>Expliquer pourquoi vous changez.</w:t>
      </w:r>
    </w:p>
    <w:p w14:paraId="0740CDC5" w14:textId="77777777" w:rsidR="00F255FB" w:rsidRDefault="004E51C8">
      <w:pPr>
        <w:pStyle w:val="Listepuces"/>
      </w:pPr>
      <w:r>
        <w:t xml:space="preserve">Décrire </w:t>
      </w:r>
      <w:r>
        <w:t>l’activité et les avantages.</w:t>
      </w:r>
    </w:p>
    <w:p w14:paraId="5C22A168" w14:textId="77777777" w:rsidR="00F255FB" w:rsidRDefault="004E51C8">
      <w:pPr>
        <w:pStyle w:val="Listepuces"/>
      </w:pPr>
      <w:r>
        <w:t>Proposer une date pour essayer ensemble.</w:t>
      </w:r>
    </w:p>
    <w:p w14:paraId="3796FE61" w14:textId="77777777" w:rsidR="00F255FB" w:rsidRDefault="00F255FB"/>
    <w:p w14:paraId="36A9A2C9" w14:textId="77777777" w:rsidR="00F255FB" w:rsidRDefault="004E51C8">
      <w:pPr>
        <w:pStyle w:val="Titre2"/>
      </w:pPr>
      <w:r>
        <w:t>Document déclencheur (résumé)</w:t>
      </w:r>
    </w:p>
    <w:p w14:paraId="24D6C0CE" w14:textId="77777777" w:rsidR="00F255FB" w:rsidRDefault="004E51C8">
      <w:r>
        <w:rPr>
          <w:i/>
          <w:color w:val="5A5A5A"/>
        </w:rPr>
        <w:t>Un article de psychologie dit que commencer une nouvelle activité est plus facile quand on le fait à deux, grâce au soutien et à l’engagement.</w:t>
      </w:r>
    </w:p>
    <w:p w14:paraId="5DAF52C2" w14:textId="77777777" w:rsidR="00F255FB" w:rsidRDefault="00F255FB"/>
    <w:p w14:paraId="2A06D7F6" w14:textId="77777777" w:rsidR="00F255FB" w:rsidRDefault="004E51C8">
      <w:pPr>
        <w:pStyle w:val="Titre2"/>
      </w:pPr>
      <w:r>
        <w:t>Tâche 2 - O</w:t>
      </w:r>
      <w:r>
        <w:t>pinion / argumentation (160-180 mots)</w:t>
      </w:r>
    </w:p>
    <w:p w14:paraId="6397B907" w14:textId="77777777" w:rsidR="00F255FB" w:rsidRDefault="004E51C8">
      <w:pPr>
        <w:pStyle w:val="Listepuces"/>
      </w:pPr>
      <w:r>
        <w:t>Donner votre opinion sur la motivation en groupe.</w:t>
      </w:r>
    </w:p>
    <w:p w14:paraId="4EA23861" w14:textId="77777777" w:rsidR="00F255FB" w:rsidRDefault="004E51C8">
      <w:pPr>
        <w:pStyle w:val="Listepuces"/>
      </w:pPr>
      <w:r>
        <w:t>Parler de votre expérience personnelle.</w:t>
      </w:r>
    </w:p>
    <w:p w14:paraId="4059BE39" w14:textId="77777777" w:rsidR="00F255FB" w:rsidRDefault="004E51C8">
      <w:pPr>
        <w:pStyle w:val="Listepuces"/>
      </w:pPr>
      <w:r>
        <w:t>Proposer 2 astuces pour tenir sur la durée.</w:t>
      </w:r>
    </w:p>
    <w:p w14:paraId="4DE37A81" w14:textId="77777777" w:rsidR="00F255FB" w:rsidRDefault="00F255FB"/>
    <w:p w14:paraId="2ADF92FD" w14:textId="77777777" w:rsidR="00F255FB" w:rsidRDefault="004E51C8">
      <w:pPr>
        <w:pStyle w:val="Titre2"/>
      </w:pPr>
      <w:r>
        <w:t>Lexique utile</w:t>
      </w:r>
    </w:p>
    <w:p w14:paraId="5E16AB81" w14:textId="77777777" w:rsidR="00F255FB" w:rsidRDefault="004E51C8">
      <w:r>
        <w:t>motivation, engagement, essai, habitude, progression, plaisir, object</w:t>
      </w:r>
      <w:r>
        <w:t>if, soutien</w:t>
      </w:r>
    </w:p>
    <w:p w14:paraId="26BE6B87" w14:textId="77777777" w:rsidR="00F255FB" w:rsidRDefault="004E51C8">
      <w:pPr>
        <w:pStyle w:val="Titre2"/>
      </w:pPr>
      <w:r>
        <w:t>Expressions utiles</w:t>
      </w:r>
    </w:p>
    <w:p w14:paraId="722FD097" w14:textId="77777777" w:rsidR="00F255FB" w:rsidRDefault="004E51C8">
      <w:pPr>
        <w:pStyle w:val="Listepuces"/>
      </w:pPr>
      <w:r>
        <w:t>J’ai envie de changer parce que...</w:t>
      </w:r>
    </w:p>
    <w:p w14:paraId="2F6213B0" w14:textId="77777777" w:rsidR="00F255FB" w:rsidRDefault="004E51C8">
      <w:pPr>
        <w:pStyle w:val="Listepuces"/>
      </w:pPr>
      <w:r>
        <w:t>Ça te dirait de... ?</w:t>
      </w:r>
    </w:p>
    <w:p w14:paraId="609A10E4" w14:textId="77777777" w:rsidR="00F255FB" w:rsidRDefault="004E51C8">
      <w:pPr>
        <w:pStyle w:val="Listepuces"/>
      </w:pPr>
      <w:r>
        <w:t>On peut commencer doucement.</w:t>
      </w:r>
    </w:p>
    <w:p w14:paraId="1186DF63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7E34834C" w14:textId="77777777" w:rsidR="00F255FB" w:rsidRDefault="004E51C8">
      <w:r>
        <w:br w:type="page"/>
      </w:r>
    </w:p>
    <w:p w14:paraId="3F9DEC80" w14:textId="77777777" w:rsidR="00F255FB" w:rsidRDefault="004E51C8">
      <w:pPr>
        <w:pStyle w:val="Titre1"/>
      </w:pPr>
      <w:r>
        <w:lastRenderedPageBreak/>
        <w:t xml:space="preserve">Cas 22 - Projet au travail - demander une </w:t>
      </w:r>
      <w:r>
        <w:t>prolongation de délai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03B5CAF0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86C7F0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B10912" w14:textId="77777777" w:rsidR="00F255FB" w:rsidRDefault="004E51C8">
            <w:r>
              <w:t>Travail / communication</w:t>
            </w:r>
          </w:p>
        </w:tc>
      </w:tr>
      <w:tr w:rsidR="00F255FB" w14:paraId="779E292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371308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E1FC71" w14:textId="77777777" w:rsidR="00F255FB" w:rsidRDefault="004E51C8">
            <w:r>
              <w:t>Vous êtes responsable d’un petit projet. Vous n’aurez pas fini à temps. Vous devez demander un délai supplémentaire.</w:t>
            </w:r>
          </w:p>
        </w:tc>
      </w:tr>
    </w:tbl>
    <w:p w14:paraId="099CCC08" w14:textId="77777777" w:rsidR="00F255FB" w:rsidRDefault="00F255FB"/>
    <w:p w14:paraId="5F4BF7E4" w14:textId="77777777" w:rsidR="00F255FB" w:rsidRDefault="004E51C8">
      <w:pPr>
        <w:pStyle w:val="Titre2"/>
      </w:pPr>
      <w:r>
        <w:t>Tâche 1 - Message (80-100 mots)</w:t>
      </w:r>
    </w:p>
    <w:p w14:paraId="0071CD62" w14:textId="77777777" w:rsidR="00F255FB" w:rsidRDefault="004E51C8">
      <w:pPr>
        <w:pStyle w:val="Listepuces"/>
      </w:pPr>
      <w:r>
        <w:t>Écrire à votre supérieur.</w:t>
      </w:r>
    </w:p>
    <w:p w14:paraId="28E0DD21" w14:textId="77777777" w:rsidR="00F255FB" w:rsidRDefault="004E51C8">
      <w:pPr>
        <w:pStyle w:val="Listepuces"/>
      </w:pPr>
      <w:r>
        <w:t>Expliquer la sit</w:t>
      </w:r>
      <w:r>
        <w:t>uation et les causes.</w:t>
      </w:r>
    </w:p>
    <w:p w14:paraId="558FFB21" w14:textId="77777777" w:rsidR="00F255FB" w:rsidRDefault="004E51C8">
      <w:pPr>
        <w:pStyle w:val="Listepuces"/>
      </w:pPr>
      <w:r>
        <w:t>Proposer un nouveau planning réaliste.</w:t>
      </w:r>
    </w:p>
    <w:p w14:paraId="0FA1F28D" w14:textId="77777777" w:rsidR="00F255FB" w:rsidRDefault="004E51C8">
      <w:pPr>
        <w:pStyle w:val="Listepuces"/>
      </w:pPr>
      <w:r>
        <w:t>Indiquer ce que vous faites pour éviter que cela se reproduise.</w:t>
      </w:r>
    </w:p>
    <w:p w14:paraId="52E2C704" w14:textId="77777777" w:rsidR="00F255FB" w:rsidRDefault="00F255FB"/>
    <w:p w14:paraId="60F9BC58" w14:textId="77777777" w:rsidR="00F255FB" w:rsidRDefault="004E51C8">
      <w:pPr>
        <w:pStyle w:val="Titre2"/>
      </w:pPr>
      <w:r>
        <w:t>Document déclencheur (résumé)</w:t>
      </w:r>
    </w:p>
    <w:p w14:paraId="67BB5847" w14:textId="77777777" w:rsidR="00F255FB" w:rsidRDefault="004E51C8">
      <w:r>
        <w:rPr>
          <w:i/>
          <w:color w:val="5A5A5A"/>
        </w:rPr>
        <w:t>Un article de management dit qu’annoncer un retard tôt est une preuve de professionnalisme, à condit</w:t>
      </w:r>
      <w:r>
        <w:rPr>
          <w:i/>
          <w:color w:val="5A5A5A"/>
        </w:rPr>
        <w:t>ion d’apporter un plan d’action.</w:t>
      </w:r>
    </w:p>
    <w:p w14:paraId="1936939B" w14:textId="77777777" w:rsidR="00F255FB" w:rsidRDefault="00F255FB"/>
    <w:p w14:paraId="5DC965CB" w14:textId="77777777" w:rsidR="00F255FB" w:rsidRDefault="004E51C8">
      <w:pPr>
        <w:pStyle w:val="Titre2"/>
      </w:pPr>
      <w:r>
        <w:t>Tâche 2 - Opinion / argumentation (160-180 mots)</w:t>
      </w:r>
    </w:p>
    <w:p w14:paraId="1252F756" w14:textId="77777777" w:rsidR="00F255FB" w:rsidRDefault="004E51C8">
      <w:pPr>
        <w:pStyle w:val="Listepuces"/>
      </w:pPr>
      <w:r>
        <w:t>Exprimer votre opinion sur la gestion des délais.</w:t>
      </w:r>
    </w:p>
    <w:p w14:paraId="13E768E0" w14:textId="77777777" w:rsidR="00F255FB" w:rsidRDefault="004E51C8">
      <w:pPr>
        <w:pStyle w:val="Listepuces"/>
      </w:pPr>
      <w:r>
        <w:t>Expliquer pourquoi les retards arrivent.</w:t>
      </w:r>
    </w:p>
    <w:p w14:paraId="2FAF098E" w14:textId="77777777" w:rsidR="00F255FB" w:rsidRDefault="004E51C8">
      <w:pPr>
        <w:pStyle w:val="Listepuces"/>
      </w:pPr>
      <w:r>
        <w:t>Proposer 3 bonnes pratiques de suivi.</w:t>
      </w:r>
    </w:p>
    <w:p w14:paraId="690E5E8E" w14:textId="77777777" w:rsidR="00F255FB" w:rsidRDefault="00F255FB"/>
    <w:p w14:paraId="674E62D9" w14:textId="77777777" w:rsidR="00F255FB" w:rsidRDefault="004E51C8">
      <w:pPr>
        <w:pStyle w:val="Titre2"/>
      </w:pPr>
      <w:r>
        <w:t>Lexique utile</w:t>
      </w:r>
    </w:p>
    <w:p w14:paraId="453302F0" w14:textId="77777777" w:rsidR="00F255FB" w:rsidRDefault="004E51C8">
      <w:r>
        <w:t xml:space="preserve">délai, planning, </w:t>
      </w:r>
      <w:r>
        <w:t>priorités, risque, plan d’action, livrable, avancement, coordination</w:t>
      </w:r>
    </w:p>
    <w:p w14:paraId="51047E70" w14:textId="77777777" w:rsidR="00F255FB" w:rsidRDefault="004E51C8">
      <w:pPr>
        <w:pStyle w:val="Titre2"/>
      </w:pPr>
      <w:r>
        <w:t>Expressions utiles</w:t>
      </w:r>
    </w:p>
    <w:p w14:paraId="347372F1" w14:textId="77777777" w:rsidR="00F255FB" w:rsidRDefault="004E51C8">
      <w:pPr>
        <w:pStyle w:val="Listepuces"/>
      </w:pPr>
      <w:r>
        <w:t>Je préfère vous informer dès maintenant que...</w:t>
      </w:r>
    </w:p>
    <w:p w14:paraId="4C0D62BD" w14:textId="77777777" w:rsidR="00F255FB" w:rsidRDefault="004E51C8">
      <w:pPr>
        <w:pStyle w:val="Listepuces"/>
      </w:pPr>
      <w:r>
        <w:t>Je propose le calendrier suivant...</w:t>
      </w:r>
    </w:p>
    <w:p w14:paraId="3891C8AC" w14:textId="77777777" w:rsidR="00F255FB" w:rsidRDefault="004E51C8">
      <w:pPr>
        <w:pStyle w:val="Listepuces"/>
      </w:pPr>
      <w:r>
        <w:t>Afin de sécuriser la suite, je vais...</w:t>
      </w:r>
    </w:p>
    <w:p w14:paraId="4BCC4A6C" w14:textId="77777777" w:rsidR="00F255FB" w:rsidRDefault="004E51C8">
      <w:r>
        <w:rPr>
          <w:i/>
          <w:color w:val="787878"/>
        </w:rPr>
        <w:t xml:space="preserve">Conseil : visez 2 ou 3 paragraphes en </w:t>
      </w:r>
      <w:r>
        <w:rPr>
          <w:i/>
          <w:color w:val="787878"/>
        </w:rPr>
        <w:t>Tâche 2, avec une mini-conclusion.</w:t>
      </w:r>
    </w:p>
    <w:p w14:paraId="774FE633" w14:textId="77777777" w:rsidR="00F255FB" w:rsidRDefault="004E51C8">
      <w:r>
        <w:br w:type="page"/>
      </w:r>
    </w:p>
    <w:p w14:paraId="4F3F31FB" w14:textId="77777777" w:rsidR="00F255FB" w:rsidRDefault="004E51C8">
      <w:pPr>
        <w:pStyle w:val="Titre1"/>
      </w:pPr>
      <w:r>
        <w:lastRenderedPageBreak/>
        <w:t>Cas 23 - Demande de remboursement - abonnement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2377991E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6D42F9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AF2DA9" w14:textId="77777777" w:rsidR="00F255FB" w:rsidRDefault="004E51C8">
            <w:r>
              <w:t>Consommation / contrats</w:t>
            </w:r>
          </w:p>
        </w:tc>
      </w:tr>
      <w:tr w:rsidR="00F255FB" w14:paraId="1AF4ADDF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39DCE1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DB7A6E" w14:textId="77777777" w:rsidR="00F255FB" w:rsidRDefault="004E51C8">
            <w:r>
              <w:t>Vous avez été prélevé(e) pour un abonnement que vous aviez résilié. Vous écrivez pour obtenir un remboursement.</w:t>
            </w:r>
          </w:p>
        </w:tc>
      </w:tr>
    </w:tbl>
    <w:p w14:paraId="37BF0AAC" w14:textId="77777777" w:rsidR="00F255FB" w:rsidRDefault="00F255FB"/>
    <w:p w14:paraId="370926FA" w14:textId="77777777" w:rsidR="00F255FB" w:rsidRDefault="004E51C8">
      <w:pPr>
        <w:pStyle w:val="Titre2"/>
      </w:pPr>
      <w:r>
        <w:t xml:space="preserve">Tâche 1 - </w:t>
      </w:r>
      <w:r>
        <w:t>Message (80-100 mots)</w:t>
      </w:r>
    </w:p>
    <w:p w14:paraId="75290B06" w14:textId="77777777" w:rsidR="00F255FB" w:rsidRDefault="004E51C8">
      <w:pPr>
        <w:pStyle w:val="Listepuces"/>
      </w:pPr>
      <w:r>
        <w:t>Écrire au service facturation.</w:t>
      </w:r>
    </w:p>
    <w:p w14:paraId="4298ECF3" w14:textId="77777777" w:rsidR="00F255FB" w:rsidRDefault="004E51C8">
      <w:pPr>
        <w:pStyle w:val="Listepuces"/>
      </w:pPr>
      <w:r>
        <w:t>Rappeler la date de résiliation et le prélèvement.</w:t>
      </w:r>
    </w:p>
    <w:p w14:paraId="7FC70535" w14:textId="77777777" w:rsidR="00F255FB" w:rsidRDefault="004E51C8">
      <w:pPr>
        <w:pStyle w:val="Listepuces"/>
      </w:pPr>
      <w:r>
        <w:t>Joindre une preuve (capture, email).</w:t>
      </w:r>
    </w:p>
    <w:p w14:paraId="111FC7C8" w14:textId="77777777" w:rsidR="00F255FB" w:rsidRDefault="004E51C8">
      <w:pPr>
        <w:pStyle w:val="Listepuces"/>
      </w:pPr>
      <w:r>
        <w:t>Demander le remboursement et l’arrêt immédiat.</w:t>
      </w:r>
    </w:p>
    <w:p w14:paraId="0B3FEB26" w14:textId="77777777" w:rsidR="00F255FB" w:rsidRDefault="00F255FB"/>
    <w:p w14:paraId="2E2CB9B8" w14:textId="77777777" w:rsidR="00F255FB" w:rsidRDefault="004E51C8">
      <w:pPr>
        <w:pStyle w:val="Titre2"/>
      </w:pPr>
      <w:r>
        <w:t>Document déclencheur (résumé)</w:t>
      </w:r>
    </w:p>
    <w:p w14:paraId="04DD8211" w14:textId="77777777" w:rsidR="00F255FB" w:rsidRDefault="004E51C8">
      <w:r>
        <w:rPr>
          <w:i/>
          <w:color w:val="5A5A5A"/>
        </w:rPr>
        <w:t>Un article conseille de lire les cond</w:t>
      </w:r>
      <w:r>
        <w:rPr>
          <w:i/>
          <w:color w:val="5A5A5A"/>
        </w:rPr>
        <w:t>itions d’abonnement et de conserver toutes les preuves de résiliation.</w:t>
      </w:r>
    </w:p>
    <w:p w14:paraId="40D37ED2" w14:textId="77777777" w:rsidR="00F255FB" w:rsidRDefault="00F255FB"/>
    <w:p w14:paraId="0CB5246B" w14:textId="77777777" w:rsidR="00F255FB" w:rsidRDefault="004E51C8">
      <w:pPr>
        <w:pStyle w:val="Titre2"/>
      </w:pPr>
      <w:r>
        <w:t>Tâche 2 - Opinion / argumentation (160-180 mots)</w:t>
      </w:r>
    </w:p>
    <w:p w14:paraId="1C42E674" w14:textId="77777777" w:rsidR="00F255FB" w:rsidRDefault="004E51C8">
      <w:pPr>
        <w:pStyle w:val="Listepuces"/>
      </w:pPr>
      <w:r>
        <w:t>Donner votre opinion sur les abonnements.</w:t>
      </w:r>
    </w:p>
    <w:p w14:paraId="4D8FB1DA" w14:textId="77777777" w:rsidR="00F255FB" w:rsidRDefault="004E51C8">
      <w:pPr>
        <w:pStyle w:val="Listepuces"/>
      </w:pPr>
      <w:r>
        <w:t>Dire pourquoi ils sont pratiques mais parfois piégeux.</w:t>
      </w:r>
    </w:p>
    <w:p w14:paraId="1CA6DD80" w14:textId="77777777" w:rsidR="00F255FB" w:rsidRDefault="004E51C8">
      <w:pPr>
        <w:pStyle w:val="Listepuces"/>
      </w:pPr>
      <w:r>
        <w:t>Proposer une règle simple pour protége</w:t>
      </w:r>
      <w:r>
        <w:t>r les consommateurs.</w:t>
      </w:r>
    </w:p>
    <w:p w14:paraId="488C4128" w14:textId="77777777" w:rsidR="00F255FB" w:rsidRDefault="00F255FB"/>
    <w:p w14:paraId="47AC6436" w14:textId="77777777" w:rsidR="00F255FB" w:rsidRDefault="004E51C8">
      <w:pPr>
        <w:pStyle w:val="Titre2"/>
      </w:pPr>
      <w:r>
        <w:t>Lexique utile</w:t>
      </w:r>
    </w:p>
    <w:p w14:paraId="3B8D4CCD" w14:textId="77777777" w:rsidR="00F255FB" w:rsidRDefault="004E51C8">
      <w:r>
        <w:t>abonnement, résiliation, prélèvement, facturation, preuve, contrat, remboursement, conditions</w:t>
      </w:r>
    </w:p>
    <w:p w14:paraId="36C81E81" w14:textId="77777777" w:rsidR="00F255FB" w:rsidRDefault="004E51C8">
      <w:pPr>
        <w:pStyle w:val="Titre2"/>
      </w:pPr>
      <w:r>
        <w:t>Expressions utiles</w:t>
      </w:r>
    </w:p>
    <w:p w14:paraId="36470006" w14:textId="77777777" w:rsidR="00F255FB" w:rsidRDefault="004E51C8">
      <w:pPr>
        <w:pStyle w:val="Listepuces"/>
      </w:pPr>
      <w:r>
        <w:t>Je constate avec surprise que...</w:t>
      </w:r>
    </w:p>
    <w:p w14:paraId="5CD8B2C1" w14:textId="77777777" w:rsidR="00F255FB" w:rsidRDefault="004E51C8">
      <w:pPr>
        <w:pStyle w:val="Listepuces"/>
      </w:pPr>
      <w:r>
        <w:t>Je vous prie de procéder au remboursement de...</w:t>
      </w:r>
    </w:p>
    <w:p w14:paraId="004E8862" w14:textId="77777777" w:rsidR="00F255FB" w:rsidRDefault="004E51C8">
      <w:pPr>
        <w:pStyle w:val="Listepuces"/>
      </w:pPr>
      <w:r>
        <w:t>Je joins à cet email...</w:t>
      </w:r>
    </w:p>
    <w:p w14:paraId="5FD2CB27" w14:textId="77777777" w:rsidR="00F255FB" w:rsidRDefault="004E51C8">
      <w:r>
        <w:rPr>
          <w:i/>
          <w:color w:val="787878"/>
        </w:rPr>
        <w:t>Co</w:t>
      </w:r>
      <w:r>
        <w:rPr>
          <w:i/>
          <w:color w:val="787878"/>
        </w:rPr>
        <w:t>nseil : visez 2 ou 3 paragraphes en Tâche 2, avec une mini-conclusion.</w:t>
      </w:r>
    </w:p>
    <w:p w14:paraId="34C86FD0" w14:textId="77777777" w:rsidR="00F255FB" w:rsidRDefault="004E51C8">
      <w:r>
        <w:br w:type="page"/>
      </w:r>
    </w:p>
    <w:p w14:paraId="08763BDC" w14:textId="77777777" w:rsidR="00F255FB" w:rsidRDefault="004E51C8">
      <w:pPr>
        <w:pStyle w:val="Titre1"/>
      </w:pPr>
      <w:r>
        <w:lastRenderedPageBreak/>
        <w:t>Cas 24 - École - message au professeur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3DDF105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E30A5D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116867" w14:textId="77777777" w:rsidR="00F255FB" w:rsidRDefault="004E51C8">
            <w:r>
              <w:t>Famille / éducation</w:t>
            </w:r>
          </w:p>
        </w:tc>
      </w:tr>
      <w:tr w:rsidR="00F255FB" w14:paraId="7AD65F74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836434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A7DD02" w14:textId="77777777" w:rsidR="00F255FB" w:rsidRDefault="004E51C8">
            <w:r>
              <w:t xml:space="preserve">Votre enfant a des difficultés dans une matière. Vous écrivez au professeur pour demander un </w:t>
            </w:r>
            <w:r>
              <w:t>rendez-vous et des conseils.</w:t>
            </w:r>
          </w:p>
        </w:tc>
      </w:tr>
    </w:tbl>
    <w:p w14:paraId="0D18DB28" w14:textId="77777777" w:rsidR="00F255FB" w:rsidRDefault="00F255FB"/>
    <w:p w14:paraId="0D9C444F" w14:textId="77777777" w:rsidR="00F255FB" w:rsidRDefault="004E51C8">
      <w:pPr>
        <w:pStyle w:val="Titre2"/>
      </w:pPr>
      <w:r>
        <w:t>Tâche 1 - Message (80-100 mots)</w:t>
      </w:r>
    </w:p>
    <w:p w14:paraId="3EF535B5" w14:textId="77777777" w:rsidR="00F255FB" w:rsidRDefault="004E51C8">
      <w:pPr>
        <w:pStyle w:val="Listepuces"/>
      </w:pPr>
      <w:r>
        <w:t>Écrire au professeur (ton respectueux).</w:t>
      </w:r>
    </w:p>
    <w:p w14:paraId="601A44A2" w14:textId="77777777" w:rsidR="00F255FB" w:rsidRDefault="004E51C8">
      <w:pPr>
        <w:pStyle w:val="Listepuces"/>
      </w:pPr>
      <w:r>
        <w:t>Expliquer la situation et ce que vous observez.</w:t>
      </w:r>
    </w:p>
    <w:p w14:paraId="6AC7D98F" w14:textId="77777777" w:rsidR="00F255FB" w:rsidRDefault="004E51C8">
      <w:pPr>
        <w:pStyle w:val="Listepuces"/>
      </w:pPr>
      <w:r>
        <w:t>Demander un rendez-vous ou un échange.</w:t>
      </w:r>
    </w:p>
    <w:p w14:paraId="0FF23392" w14:textId="77777777" w:rsidR="00F255FB" w:rsidRDefault="004E51C8">
      <w:pPr>
        <w:pStyle w:val="Listepuces"/>
      </w:pPr>
      <w:r>
        <w:t>Demander des conseils de travail à la maison.</w:t>
      </w:r>
    </w:p>
    <w:p w14:paraId="59B11BD0" w14:textId="77777777" w:rsidR="00F255FB" w:rsidRDefault="00F255FB"/>
    <w:p w14:paraId="7A84E81B" w14:textId="77777777" w:rsidR="00F255FB" w:rsidRDefault="004E51C8">
      <w:pPr>
        <w:pStyle w:val="Titre2"/>
      </w:pPr>
      <w:r>
        <w:t>Document déclencheu</w:t>
      </w:r>
      <w:r>
        <w:t>r (résumé)</w:t>
      </w:r>
    </w:p>
    <w:p w14:paraId="57C94313" w14:textId="77777777" w:rsidR="00F255FB" w:rsidRDefault="004E51C8">
      <w:r>
        <w:rPr>
          <w:i/>
          <w:color w:val="5A5A5A"/>
        </w:rPr>
        <w:t>Un article explique que la coopération parents-professeurs aide l’élève à retrouver confiance et méthode.</w:t>
      </w:r>
    </w:p>
    <w:p w14:paraId="5F1F2610" w14:textId="77777777" w:rsidR="00F255FB" w:rsidRDefault="00F255FB"/>
    <w:p w14:paraId="49041ECF" w14:textId="77777777" w:rsidR="00F255FB" w:rsidRDefault="004E51C8">
      <w:pPr>
        <w:pStyle w:val="Titre2"/>
      </w:pPr>
      <w:r>
        <w:t>Tâche 2 - Opinion / argumentation (160-180 mots)</w:t>
      </w:r>
    </w:p>
    <w:p w14:paraId="3E1ED3BA" w14:textId="77777777" w:rsidR="00F255FB" w:rsidRDefault="004E51C8">
      <w:pPr>
        <w:pStyle w:val="Listepuces"/>
      </w:pPr>
      <w:r>
        <w:t>Exprimer votre opinion sur le rôle des parents dans la scolarité.</w:t>
      </w:r>
    </w:p>
    <w:p w14:paraId="3FAD48F5" w14:textId="77777777" w:rsidR="00F255FB" w:rsidRDefault="004E51C8">
      <w:pPr>
        <w:pStyle w:val="Listepuces"/>
      </w:pPr>
      <w:r>
        <w:t>Trouver l’équilibre ent</w:t>
      </w:r>
      <w:r>
        <w:t>re aide et autonomie.</w:t>
      </w:r>
    </w:p>
    <w:p w14:paraId="75D4B64B" w14:textId="77777777" w:rsidR="00F255FB" w:rsidRDefault="004E51C8">
      <w:pPr>
        <w:pStyle w:val="Listepuces"/>
      </w:pPr>
      <w:r>
        <w:t>Proposer 2 actions simples à la maison.</w:t>
      </w:r>
    </w:p>
    <w:p w14:paraId="7C624C89" w14:textId="77777777" w:rsidR="00F255FB" w:rsidRDefault="00F255FB"/>
    <w:p w14:paraId="621F162F" w14:textId="77777777" w:rsidR="00F255FB" w:rsidRDefault="004E51C8">
      <w:pPr>
        <w:pStyle w:val="Titre2"/>
      </w:pPr>
      <w:r>
        <w:t>Lexique utile</w:t>
      </w:r>
    </w:p>
    <w:p w14:paraId="5DA2F100" w14:textId="77777777" w:rsidR="00F255FB" w:rsidRDefault="004E51C8">
      <w:r>
        <w:t>difficultés, rendez-vous, méthode, confiance, devoirs, progrès, soutien, autonomie</w:t>
      </w:r>
    </w:p>
    <w:p w14:paraId="4F04645E" w14:textId="77777777" w:rsidR="00F255FB" w:rsidRDefault="004E51C8">
      <w:pPr>
        <w:pStyle w:val="Titre2"/>
      </w:pPr>
      <w:r>
        <w:t>Expressions utiles</w:t>
      </w:r>
    </w:p>
    <w:p w14:paraId="768B3C0B" w14:textId="77777777" w:rsidR="00F255FB" w:rsidRDefault="004E51C8">
      <w:pPr>
        <w:pStyle w:val="Listepuces"/>
      </w:pPr>
      <w:r>
        <w:t>Je vous contacte au sujet de...</w:t>
      </w:r>
    </w:p>
    <w:p w14:paraId="568B604A" w14:textId="77777777" w:rsidR="00F255FB" w:rsidRDefault="004E51C8">
      <w:pPr>
        <w:pStyle w:val="Listepuces"/>
      </w:pPr>
      <w:r>
        <w:t>Auriez-vous un créneau pour... ?</w:t>
      </w:r>
    </w:p>
    <w:p w14:paraId="3BF9DF1C" w14:textId="77777777" w:rsidR="00F255FB" w:rsidRDefault="004E51C8">
      <w:pPr>
        <w:pStyle w:val="Listepuces"/>
      </w:pPr>
      <w:r>
        <w:t xml:space="preserve">Merci </w:t>
      </w:r>
      <w:r>
        <w:t>pour votre accompagnement.</w:t>
      </w:r>
    </w:p>
    <w:p w14:paraId="7BF1020C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67E86E22" w14:textId="77777777" w:rsidR="00F255FB" w:rsidRDefault="004E51C8">
      <w:r>
        <w:br w:type="page"/>
      </w:r>
    </w:p>
    <w:p w14:paraId="5AD5FE38" w14:textId="77777777" w:rsidR="00F255FB" w:rsidRDefault="004E51C8">
      <w:pPr>
        <w:pStyle w:val="Titre1"/>
      </w:pPr>
      <w:r>
        <w:lastRenderedPageBreak/>
        <w:t>Cas 25 - Annonce de logement - demander une visite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2FC8282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868B73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A0A433" w14:textId="77777777" w:rsidR="00F255FB" w:rsidRDefault="004E51C8">
            <w:r>
              <w:t>Logement / démarches</w:t>
            </w:r>
          </w:p>
        </w:tc>
      </w:tr>
      <w:tr w:rsidR="00F255FB" w14:paraId="5EA8327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B9EC30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A6BCDC" w14:textId="77777777" w:rsidR="00F255FB" w:rsidRDefault="004E51C8">
            <w:r>
              <w:t>Vous avez vu une annonce d’appartement. Vous écrivez au propriéta</w:t>
            </w:r>
            <w:r>
              <w:t>ire pour demander une visite.</w:t>
            </w:r>
          </w:p>
        </w:tc>
      </w:tr>
    </w:tbl>
    <w:p w14:paraId="75A3EFE4" w14:textId="77777777" w:rsidR="00F255FB" w:rsidRDefault="00F255FB"/>
    <w:p w14:paraId="2D36EBAD" w14:textId="77777777" w:rsidR="00F255FB" w:rsidRDefault="004E51C8">
      <w:pPr>
        <w:pStyle w:val="Titre2"/>
      </w:pPr>
      <w:r>
        <w:t>Tâche 1 - Message (80-100 mots)</w:t>
      </w:r>
    </w:p>
    <w:p w14:paraId="2EFC0A6A" w14:textId="77777777" w:rsidR="00F255FB" w:rsidRDefault="004E51C8">
      <w:pPr>
        <w:pStyle w:val="Listepuces"/>
      </w:pPr>
      <w:r>
        <w:t>Écrire au propriétaire ou à l’agence.</w:t>
      </w:r>
    </w:p>
    <w:p w14:paraId="162851B0" w14:textId="77777777" w:rsidR="00F255FB" w:rsidRDefault="004E51C8">
      <w:pPr>
        <w:pStyle w:val="Listepuces"/>
      </w:pPr>
      <w:r>
        <w:t>Vous présenter (emploi, garanties).</w:t>
      </w:r>
    </w:p>
    <w:p w14:paraId="23D283DD" w14:textId="77777777" w:rsidR="00F255FB" w:rsidRDefault="004E51C8">
      <w:pPr>
        <w:pStyle w:val="Listepuces"/>
      </w:pPr>
      <w:r>
        <w:t>Demander une visite et proposer des disponibilités.</w:t>
      </w:r>
    </w:p>
    <w:p w14:paraId="5E196E3B" w14:textId="77777777" w:rsidR="00F255FB" w:rsidRDefault="004E51C8">
      <w:pPr>
        <w:pStyle w:val="Listepuces"/>
      </w:pPr>
      <w:r>
        <w:t>Demander les documents à fournir.</w:t>
      </w:r>
    </w:p>
    <w:p w14:paraId="10A6A913" w14:textId="77777777" w:rsidR="00F255FB" w:rsidRDefault="00F255FB"/>
    <w:p w14:paraId="64B0F6FF" w14:textId="77777777" w:rsidR="00F255FB" w:rsidRDefault="004E51C8">
      <w:pPr>
        <w:pStyle w:val="Titre2"/>
      </w:pPr>
      <w:r>
        <w:t>Document déclencheur (résumé)</w:t>
      </w:r>
    </w:p>
    <w:p w14:paraId="74007E35" w14:textId="77777777" w:rsidR="00F255FB" w:rsidRDefault="004E51C8">
      <w:r>
        <w:rPr>
          <w:i/>
          <w:color w:val="5A5A5A"/>
        </w:rPr>
        <w:t>U</w:t>
      </w:r>
      <w:r>
        <w:rPr>
          <w:i/>
          <w:color w:val="5A5A5A"/>
        </w:rPr>
        <w:t>n article dit que trouver un logement en ville est difficile : forte demande, dossiers exigeants.</w:t>
      </w:r>
    </w:p>
    <w:p w14:paraId="51F6B4D5" w14:textId="77777777" w:rsidR="00F255FB" w:rsidRDefault="00F255FB"/>
    <w:p w14:paraId="008439B5" w14:textId="77777777" w:rsidR="00F255FB" w:rsidRDefault="004E51C8">
      <w:pPr>
        <w:pStyle w:val="Titre2"/>
      </w:pPr>
      <w:r>
        <w:t>Tâche 2 - Opinion / argumentation (160-180 mots)</w:t>
      </w:r>
    </w:p>
    <w:p w14:paraId="6BA67E90" w14:textId="77777777" w:rsidR="00F255FB" w:rsidRDefault="004E51C8">
      <w:pPr>
        <w:pStyle w:val="Listepuces"/>
      </w:pPr>
      <w:r>
        <w:t>Donner votre opinion sur le marché du logement.</w:t>
      </w:r>
    </w:p>
    <w:p w14:paraId="6D5241CA" w14:textId="77777777" w:rsidR="00F255FB" w:rsidRDefault="004E51C8">
      <w:pPr>
        <w:pStyle w:val="Listepuces"/>
      </w:pPr>
      <w:r>
        <w:t xml:space="preserve">Expliquer les conséquences pour les jeunes et les </w:t>
      </w:r>
      <w:r>
        <w:t>familles.</w:t>
      </w:r>
    </w:p>
    <w:p w14:paraId="07B2C1EC" w14:textId="77777777" w:rsidR="00F255FB" w:rsidRDefault="004E51C8">
      <w:pPr>
        <w:pStyle w:val="Listepuces"/>
      </w:pPr>
      <w:r>
        <w:t>Proposer une mesure pour améliorer la situation.</w:t>
      </w:r>
    </w:p>
    <w:p w14:paraId="6FC61E9F" w14:textId="77777777" w:rsidR="00F255FB" w:rsidRDefault="00F255FB"/>
    <w:p w14:paraId="1E91BA31" w14:textId="77777777" w:rsidR="00F255FB" w:rsidRDefault="004E51C8">
      <w:pPr>
        <w:pStyle w:val="Titre2"/>
      </w:pPr>
      <w:r>
        <w:t>Lexique utile</w:t>
      </w:r>
    </w:p>
    <w:p w14:paraId="57A0AA2A" w14:textId="77777777" w:rsidR="00F255FB" w:rsidRDefault="004E51C8">
      <w:r>
        <w:t>annonce, visite, dossier, garanties, loyer, charges, disponibilités, agence</w:t>
      </w:r>
    </w:p>
    <w:p w14:paraId="49ACE838" w14:textId="77777777" w:rsidR="00F255FB" w:rsidRDefault="004E51C8">
      <w:pPr>
        <w:pStyle w:val="Titre2"/>
      </w:pPr>
      <w:r>
        <w:t>Expressions utiles</w:t>
      </w:r>
    </w:p>
    <w:p w14:paraId="095599D1" w14:textId="77777777" w:rsidR="00F255FB" w:rsidRDefault="004E51C8">
      <w:pPr>
        <w:pStyle w:val="Listepuces"/>
      </w:pPr>
      <w:r>
        <w:t>Je me permets de vous contacter suite à l’annonce...</w:t>
      </w:r>
    </w:p>
    <w:p w14:paraId="33FAA8DD" w14:textId="77777777" w:rsidR="00F255FB" w:rsidRDefault="004E51C8">
      <w:pPr>
        <w:pStyle w:val="Listepuces"/>
      </w:pPr>
      <w:r>
        <w:t>Je peux vous transmettre mon dossi</w:t>
      </w:r>
      <w:r>
        <w:t>er rapidement.</w:t>
      </w:r>
    </w:p>
    <w:p w14:paraId="322CFA22" w14:textId="77777777" w:rsidR="00F255FB" w:rsidRDefault="004E51C8">
      <w:pPr>
        <w:pStyle w:val="Listepuces"/>
      </w:pPr>
      <w:r>
        <w:t>Seriez-vous disponible... ?</w:t>
      </w:r>
    </w:p>
    <w:p w14:paraId="0284A7A6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36202EBF" w14:textId="77777777" w:rsidR="00F255FB" w:rsidRDefault="004E51C8">
      <w:r>
        <w:br w:type="page"/>
      </w:r>
    </w:p>
    <w:p w14:paraId="0BAE2C02" w14:textId="77777777" w:rsidR="00F255FB" w:rsidRDefault="004E51C8">
      <w:pPr>
        <w:pStyle w:val="Titre1"/>
      </w:pPr>
      <w:r>
        <w:lastRenderedPageBreak/>
        <w:t>Cas 26 - Formation interne - proposer un sujet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7AE6FB72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DB124F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5A2269" w14:textId="77777777" w:rsidR="00F255FB" w:rsidRDefault="004E51C8">
            <w:r>
              <w:t>Travail / développement</w:t>
            </w:r>
          </w:p>
        </w:tc>
      </w:tr>
      <w:tr w:rsidR="00F255FB" w14:paraId="3D7F9A6B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49346F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6D4F15" w14:textId="77777777" w:rsidR="00F255FB" w:rsidRDefault="004E51C8">
            <w:r>
              <w:t xml:space="preserve">Votre entreprise propose des formations internes. </w:t>
            </w:r>
            <w:r>
              <w:t>Vous voulez suggérer un thème utile pour l’équipe.</w:t>
            </w:r>
          </w:p>
        </w:tc>
      </w:tr>
    </w:tbl>
    <w:p w14:paraId="6353C0C7" w14:textId="77777777" w:rsidR="00F255FB" w:rsidRDefault="00F255FB"/>
    <w:p w14:paraId="1F177E31" w14:textId="77777777" w:rsidR="00F255FB" w:rsidRDefault="004E51C8">
      <w:pPr>
        <w:pStyle w:val="Titre2"/>
      </w:pPr>
      <w:r>
        <w:t>Tâche 1 - Message (80-100 mots)</w:t>
      </w:r>
    </w:p>
    <w:p w14:paraId="6350E6DB" w14:textId="77777777" w:rsidR="00F255FB" w:rsidRDefault="004E51C8">
      <w:pPr>
        <w:pStyle w:val="Listepuces"/>
      </w:pPr>
      <w:r>
        <w:t>Écrire au responsable formation.</w:t>
      </w:r>
    </w:p>
    <w:p w14:paraId="31B53D38" w14:textId="77777777" w:rsidR="00F255FB" w:rsidRDefault="004E51C8">
      <w:pPr>
        <w:pStyle w:val="Listepuces"/>
      </w:pPr>
      <w:r>
        <w:t>Proposer un sujet (ex. gestion du temps, Excel, communication).</w:t>
      </w:r>
    </w:p>
    <w:p w14:paraId="10FA6922" w14:textId="77777777" w:rsidR="00F255FB" w:rsidRDefault="004E51C8">
      <w:pPr>
        <w:pStyle w:val="Listepuces"/>
      </w:pPr>
      <w:r>
        <w:t>Expliquer l’intérêt pour l’équipe.</w:t>
      </w:r>
    </w:p>
    <w:p w14:paraId="71A00462" w14:textId="77777777" w:rsidR="00F255FB" w:rsidRDefault="004E51C8">
      <w:pPr>
        <w:pStyle w:val="Listepuces"/>
      </w:pPr>
      <w:r>
        <w:t xml:space="preserve">Suggérer un format (atelier, 2h, cas </w:t>
      </w:r>
      <w:r>
        <w:t>pratiques).</w:t>
      </w:r>
    </w:p>
    <w:p w14:paraId="22D504EF" w14:textId="77777777" w:rsidR="00F255FB" w:rsidRDefault="00F255FB"/>
    <w:p w14:paraId="612B1CDD" w14:textId="77777777" w:rsidR="00F255FB" w:rsidRDefault="004E51C8">
      <w:pPr>
        <w:pStyle w:val="Titre2"/>
      </w:pPr>
      <w:r>
        <w:t>Document déclencheur (résumé)</w:t>
      </w:r>
    </w:p>
    <w:p w14:paraId="4DFF3488" w14:textId="77777777" w:rsidR="00F255FB" w:rsidRDefault="004E51C8">
      <w:r>
        <w:rPr>
          <w:i/>
          <w:color w:val="5A5A5A"/>
        </w:rPr>
        <w:t>Un article RH souligne que la formation continue améliore la fidélisation et la performance, surtout quand elle est pratique.</w:t>
      </w:r>
    </w:p>
    <w:p w14:paraId="528F34F9" w14:textId="77777777" w:rsidR="00F255FB" w:rsidRDefault="00F255FB"/>
    <w:p w14:paraId="5AF0200E" w14:textId="77777777" w:rsidR="00F255FB" w:rsidRDefault="004E51C8">
      <w:pPr>
        <w:pStyle w:val="Titre2"/>
      </w:pPr>
      <w:r>
        <w:t>Tâche 2 - Opinion / argumentation (160-180 mots)</w:t>
      </w:r>
    </w:p>
    <w:p w14:paraId="490A8CA1" w14:textId="77777777" w:rsidR="00F255FB" w:rsidRDefault="004E51C8">
      <w:pPr>
        <w:pStyle w:val="Listepuces"/>
      </w:pPr>
      <w:r>
        <w:t>Exprimer votre opinion sur la formati</w:t>
      </w:r>
      <w:r>
        <w:t>on en entreprise.</w:t>
      </w:r>
    </w:p>
    <w:p w14:paraId="34C1EAA2" w14:textId="77777777" w:rsidR="00F255FB" w:rsidRDefault="004E51C8">
      <w:pPr>
        <w:pStyle w:val="Listepuces"/>
      </w:pPr>
      <w:r>
        <w:t>Dire pourquoi certains salariés n’y vont pas.</w:t>
      </w:r>
    </w:p>
    <w:p w14:paraId="0E532325" w14:textId="77777777" w:rsidR="00F255FB" w:rsidRDefault="004E51C8">
      <w:pPr>
        <w:pStyle w:val="Listepuces"/>
      </w:pPr>
      <w:r>
        <w:t>Proposer 2 idées pour la rendre attractive.</w:t>
      </w:r>
    </w:p>
    <w:p w14:paraId="2677F133" w14:textId="77777777" w:rsidR="00F255FB" w:rsidRDefault="00F255FB"/>
    <w:p w14:paraId="626CF230" w14:textId="77777777" w:rsidR="00F255FB" w:rsidRDefault="004E51C8">
      <w:pPr>
        <w:pStyle w:val="Titre2"/>
      </w:pPr>
      <w:r>
        <w:t>Lexique utile</w:t>
      </w:r>
    </w:p>
    <w:p w14:paraId="08941247" w14:textId="77777777" w:rsidR="00F255FB" w:rsidRDefault="004E51C8">
      <w:r>
        <w:t>formation, compétences, atelier, pratique, équipe, performance, plan, développement</w:t>
      </w:r>
    </w:p>
    <w:p w14:paraId="338DE46B" w14:textId="77777777" w:rsidR="00F255FB" w:rsidRDefault="004E51C8">
      <w:pPr>
        <w:pStyle w:val="Titre2"/>
      </w:pPr>
      <w:r>
        <w:t>Expressions utiles</w:t>
      </w:r>
    </w:p>
    <w:p w14:paraId="6580A04E" w14:textId="77777777" w:rsidR="00F255FB" w:rsidRDefault="004E51C8">
      <w:pPr>
        <w:pStyle w:val="Listepuces"/>
      </w:pPr>
      <w:r>
        <w:t xml:space="preserve">Je vous propose le thème </w:t>
      </w:r>
      <w:r>
        <w:t>suivant...</w:t>
      </w:r>
    </w:p>
    <w:p w14:paraId="1292BC76" w14:textId="77777777" w:rsidR="00F255FB" w:rsidRDefault="004E51C8">
      <w:pPr>
        <w:pStyle w:val="Listepuces"/>
      </w:pPr>
      <w:r>
        <w:t>Cela pourrait aider l’équipe à...</w:t>
      </w:r>
    </w:p>
    <w:p w14:paraId="2254B277" w14:textId="77777777" w:rsidR="00F255FB" w:rsidRDefault="004E51C8">
      <w:pPr>
        <w:pStyle w:val="Listepuces"/>
      </w:pPr>
      <w:r>
        <w:t>Un format atelier me semble adapté.</w:t>
      </w:r>
    </w:p>
    <w:p w14:paraId="264F5088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4BD127F4" w14:textId="77777777" w:rsidR="00F255FB" w:rsidRDefault="004E51C8">
      <w:r>
        <w:br w:type="page"/>
      </w:r>
    </w:p>
    <w:p w14:paraId="31F69E79" w14:textId="77777777" w:rsidR="00F255FB" w:rsidRDefault="004E51C8">
      <w:pPr>
        <w:pStyle w:val="Titre1"/>
      </w:pPr>
      <w:r>
        <w:lastRenderedPageBreak/>
        <w:t>Cas 27 - Voyage - demander des conseils à un ami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78ECD755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2A51D6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925C54" w14:textId="77777777" w:rsidR="00F255FB" w:rsidRDefault="004E51C8">
            <w:r>
              <w:t>Voyage / relations</w:t>
            </w:r>
          </w:p>
        </w:tc>
      </w:tr>
      <w:tr w:rsidR="00F255FB" w14:paraId="44FF83AA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0DC966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F408B8" w14:textId="77777777" w:rsidR="00F255FB" w:rsidRDefault="004E51C8">
            <w:r>
              <w:t xml:space="preserve">Vous </w:t>
            </w:r>
            <w:r>
              <w:t>préparez un voyage dans la ville d’un ami. Vous lui écrivez pour demander des conseils et proposer de se voir.</w:t>
            </w:r>
          </w:p>
        </w:tc>
      </w:tr>
    </w:tbl>
    <w:p w14:paraId="196ADE50" w14:textId="77777777" w:rsidR="00F255FB" w:rsidRDefault="00F255FB"/>
    <w:p w14:paraId="33DF5677" w14:textId="77777777" w:rsidR="00F255FB" w:rsidRDefault="004E51C8">
      <w:pPr>
        <w:pStyle w:val="Titre2"/>
      </w:pPr>
      <w:r>
        <w:t>Tâche 1 - Message (80-100 mots)</w:t>
      </w:r>
    </w:p>
    <w:p w14:paraId="1A04DDF0" w14:textId="77777777" w:rsidR="00F255FB" w:rsidRDefault="004E51C8">
      <w:pPr>
        <w:pStyle w:val="Listepuces"/>
      </w:pPr>
      <w:r>
        <w:t>Écrire à un ami.</w:t>
      </w:r>
    </w:p>
    <w:p w14:paraId="47C2F756" w14:textId="77777777" w:rsidR="00F255FB" w:rsidRDefault="004E51C8">
      <w:pPr>
        <w:pStyle w:val="Listepuces"/>
      </w:pPr>
      <w:r>
        <w:t>Expliquer vos dates et votre budget.</w:t>
      </w:r>
    </w:p>
    <w:p w14:paraId="1D976C18" w14:textId="77777777" w:rsidR="00F255FB" w:rsidRDefault="004E51C8">
      <w:pPr>
        <w:pStyle w:val="Listepuces"/>
      </w:pPr>
      <w:r>
        <w:t>Demander des idées de visites et quartiers.</w:t>
      </w:r>
    </w:p>
    <w:p w14:paraId="551AA3FE" w14:textId="77777777" w:rsidR="00F255FB" w:rsidRDefault="004E51C8">
      <w:pPr>
        <w:pStyle w:val="Listepuces"/>
      </w:pPr>
      <w:r>
        <w:t xml:space="preserve">Proposer une </w:t>
      </w:r>
      <w:r>
        <w:t>rencontre.</w:t>
      </w:r>
    </w:p>
    <w:p w14:paraId="7A1227DA" w14:textId="77777777" w:rsidR="00F255FB" w:rsidRDefault="00F255FB"/>
    <w:p w14:paraId="258FDB92" w14:textId="77777777" w:rsidR="00F255FB" w:rsidRDefault="004E51C8">
      <w:pPr>
        <w:pStyle w:val="Titre2"/>
      </w:pPr>
      <w:r>
        <w:t>Document déclencheur (résumé)</w:t>
      </w:r>
    </w:p>
    <w:p w14:paraId="1AE72FCE" w14:textId="77777777" w:rsidR="00F255FB" w:rsidRDefault="004E51C8">
      <w:r>
        <w:rPr>
          <w:i/>
          <w:color w:val="5A5A5A"/>
        </w:rPr>
        <w:t>Un article de tourisme dit que les visiteurs cherchent des expériences authentiques plutôt que les lieux “trop touristiques”.</w:t>
      </w:r>
    </w:p>
    <w:p w14:paraId="3221BB6B" w14:textId="77777777" w:rsidR="00F255FB" w:rsidRDefault="00F255FB"/>
    <w:p w14:paraId="531FB995" w14:textId="77777777" w:rsidR="00F255FB" w:rsidRDefault="004E51C8">
      <w:pPr>
        <w:pStyle w:val="Titre2"/>
      </w:pPr>
      <w:r>
        <w:t>Tâche 2 - Opinion / argumentation (160-180 mots)</w:t>
      </w:r>
    </w:p>
    <w:p w14:paraId="031F6E70" w14:textId="77777777" w:rsidR="00F255FB" w:rsidRDefault="004E51C8">
      <w:pPr>
        <w:pStyle w:val="Listepuces"/>
      </w:pPr>
      <w:r>
        <w:t>Donner votre opinion sur le tourisme.</w:t>
      </w:r>
    </w:p>
    <w:p w14:paraId="67DC61FA" w14:textId="77777777" w:rsidR="00F255FB" w:rsidRDefault="004E51C8">
      <w:pPr>
        <w:pStyle w:val="Listepuces"/>
      </w:pPr>
      <w:r>
        <w:t>Comparer tourisme de masse et tourisme responsable.</w:t>
      </w:r>
    </w:p>
    <w:p w14:paraId="0CA7A2DF" w14:textId="77777777" w:rsidR="00F255FB" w:rsidRDefault="004E51C8">
      <w:pPr>
        <w:pStyle w:val="Listepuces"/>
      </w:pPr>
      <w:r>
        <w:t>Proposer 3 gestes simples pour voyager mieux.</w:t>
      </w:r>
    </w:p>
    <w:p w14:paraId="161FF079" w14:textId="77777777" w:rsidR="00F255FB" w:rsidRDefault="00F255FB"/>
    <w:p w14:paraId="625912EB" w14:textId="77777777" w:rsidR="00F255FB" w:rsidRDefault="004E51C8">
      <w:pPr>
        <w:pStyle w:val="Titre2"/>
      </w:pPr>
      <w:r>
        <w:t>Lexique utile</w:t>
      </w:r>
    </w:p>
    <w:p w14:paraId="0E37ADB9" w14:textId="77777777" w:rsidR="00F255FB" w:rsidRDefault="004E51C8">
      <w:r>
        <w:t>itinéraire, quartier, hébergement, budget, authentique, touristique, réservation, transport</w:t>
      </w:r>
    </w:p>
    <w:p w14:paraId="09103859" w14:textId="77777777" w:rsidR="00F255FB" w:rsidRDefault="004E51C8">
      <w:pPr>
        <w:pStyle w:val="Titre2"/>
      </w:pPr>
      <w:r>
        <w:t>Expressions utiles</w:t>
      </w:r>
    </w:p>
    <w:p w14:paraId="4E4E7344" w14:textId="77777777" w:rsidR="00F255FB" w:rsidRDefault="004E51C8">
      <w:pPr>
        <w:pStyle w:val="Listepuces"/>
      </w:pPr>
      <w:r>
        <w:t xml:space="preserve">Je viens chez toi du... </w:t>
      </w:r>
      <w:r>
        <w:t>au...</w:t>
      </w:r>
    </w:p>
    <w:p w14:paraId="32A8D5BD" w14:textId="77777777" w:rsidR="00F255FB" w:rsidRDefault="004E51C8">
      <w:pPr>
        <w:pStyle w:val="Listepuces"/>
      </w:pPr>
      <w:r>
        <w:t>Tu me conseilles plutôt... ?</w:t>
      </w:r>
    </w:p>
    <w:p w14:paraId="121C8BEE" w14:textId="77777777" w:rsidR="00F255FB" w:rsidRDefault="004E51C8">
      <w:pPr>
        <w:pStyle w:val="Listepuces"/>
      </w:pPr>
      <w:r>
        <w:t>Ça te dirait qu’on se voie... ?</w:t>
      </w:r>
    </w:p>
    <w:p w14:paraId="6C30DBE3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297076AC" w14:textId="77777777" w:rsidR="00F255FB" w:rsidRDefault="004E51C8">
      <w:r>
        <w:br w:type="page"/>
      </w:r>
    </w:p>
    <w:p w14:paraId="5A856AD7" w14:textId="77777777" w:rsidR="00F255FB" w:rsidRDefault="004E51C8">
      <w:pPr>
        <w:pStyle w:val="Titre1"/>
      </w:pPr>
      <w:r>
        <w:lastRenderedPageBreak/>
        <w:t>Cas 28 - Salle de sport - résilier l’abonnement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0E61168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60A973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517778" w14:textId="77777777" w:rsidR="00F255FB" w:rsidRDefault="004E51C8">
            <w:r>
              <w:t>Consommation / démarches</w:t>
            </w:r>
          </w:p>
        </w:tc>
      </w:tr>
      <w:tr w:rsidR="00F255FB" w14:paraId="3D8BA631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A91985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44E82C" w14:textId="77777777" w:rsidR="00F255FB" w:rsidRDefault="004E51C8">
            <w:r>
              <w:t>Vous voulez résilier vot</w:t>
            </w:r>
            <w:r>
              <w:t>re abonnement à une salle de sport car vous déménagez. Vous écrivez une lettre.</w:t>
            </w:r>
          </w:p>
        </w:tc>
      </w:tr>
    </w:tbl>
    <w:p w14:paraId="31738735" w14:textId="77777777" w:rsidR="00F255FB" w:rsidRDefault="00F255FB"/>
    <w:p w14:paraId="3816DB30" w14:textId="77777777" w:rsidR="00F255FB" w:rsidRDefault="004E51C8">
      <w:pPr>
        <w:pStyle w:val="Titre2"/>
      </w:pPr>
      <w:r>
        <w:t>Tâche 1 - Message (80-100 mots)</w:t>
      </w:r>
    </w:p>
    <w:p w14:paraId="5FE39F98" w14:textId="77777777" w:rsidR="00F255FB" w:rsidRDefault="004E51C8">
      <w:pPr>
        <w:pStyle w:val="Listepuces"/>
      </w:pPr>
      <w:r>
        <w:t>Écrire une lettre de résiliation.</w:t>
      </w:r>
    </w:p>
    <w:p w14:paraId="3A6E7E49" w14:textId="77777777" w:rsidR="00F255FB" w:rsidRDefault="004E51C8">
      <w:pPr>
        <w:pStyle w:val="Listepuces"/>
      </w:pPr>
      <w:r>
        <w:t>Indiquer le motif (déménagement) et la date.</w:t>
      </w:r>
    </w:p>
    <w:p w14:paraId="3BEF77DC" w14:textId="77777777" w:rsidR="00F255FB" w:rsidRDefault="004E51C8">
      <w:pPr>
        <w:pStyle w:val="Listepuces"/>
      </w:pPr>
      <w:r>
        <w:t>Demander la confirmation écrite.</w:t>
      </w:r>
    </w:p>
    <w:p w14:paraId="6CD5F562" w14:textId="77777777" w:rsidR="00F255FB" w:rsidRDefault="004E51C8">
      <w:pPr>
        <w:pStyle w:val="Listepuces"/>
      </w:pPr>
      <w:r>
        <w:t>Vérifier le dernier prélèvemen</w:t>
      </w:r>
      <w:r>
        <w:t>t.</w:t>
      </w:r>
    </w:p>
    <w:p w14:paraId="67338EDC" w14:textId="77777777" w:rsidR="00F255FB" w:rsidRDefault="00F255FB"/>
    <w:p w14:paraId="3FFC7B3E" w14:textId="77777777" w:rsidR="00F255FB" w:rsidRDefault="004E51C8">
      <w:pPr>
        <w:pStyle w:val="Titre2"/>
      </w:pPr>
      <w:r>
        <w:t>Document déclencheur (résumé)</w:t>
      </w:r>
    </w:p>
    <w:p w14:paraId="5410D3E3" w14:textId="77777777" w:rsidR="00F255FB" w:rsidRDefault="004E51C8">
      <w:r>
        <w:rPr>
          <w:i/>
          <w:color w:val="5A5A5A"/>
        </w:rPr>
        <w:t>Un article explique que beaucoup de personnes s’inscrivent en salle mais arrêtent vite, faute de temps ou de motivation.</w:t>
      </w:r>
    </w:p>
    <w:p w14:paraId="249D878E" w14:textId="77777777" w:rsidR="00F255FB" w:rsidRDefault="00F255FB"/>
    <w:p w14:paraId="4A660F21" w14:textId="77777777" w:rsidR="00F255FB" w:rsidRDefault="004E51C8">
      <w:pPr>
        <w:pStyle w:val="Titre2"/>
      </w:pPr>
      <w:r>
        <w:t>Tâche 2 - Opinion / argumentation (160-180 mots)</w:t>
      </w:r>
    </w:p>
    <w:p w14:paraId="485F35D6" w14:textId="77777777" w:rsidR="00F255FB" w:rsidRDefault="004E51C8">
      <w:pPr>
        <w:pStyle w:val="Listepuces"/>
      </w:pPr>
      <w:r>
        <w:t xml:space="preserve">Exprimer votre opinion sur la pratique </w:t>
      </w:r>
      <w:r>
        <w:t>sportive régulière.</w:t>
      </w:r>
    </w:p>
    <w:p w14:paraId="07A12C36" w14:textId="77777777" w:rsidR="00F255FB" w:rsidRDefault="004E51C8">
      <w:pPr>
        <w:pStyle w:val="Listepuces"/>
      </w:pPr>
      <w:r>
        <w:t>Dire ce qui aide à tenir sur le long terme.</w:t>
      </w:r>
    </w:p>
    <w:p w14:paraId="4D29C272" w14:textId="77777777" w:rsidR="00F255FB" w:rsidRDefault="004E51C8">
      <w:pPr>
        <w:pStyle w:val="Listepuces"/>
      </w:pPr>
      <w:r>
        <w:t>Proposer un plan simple sur 4 semaines.</w:t>
      </w:r>
    </w:p>
    <w:p w14:paraId="56157D68" w14:textId="77777777" w:rsidR="00F255FB" w:rsidRDefault="00F255FB"/>
    <w:p w14:paraId="1178F180" w14:textId="77777777" w:rsidR="00F255FB" w:rsidRDefault="004E51C8">
      <w:pPr>
        <w:pStyle w:val="Titre2"/>
      </w:pPr>
      <w:r>
        <w:t>Lexique utile</w:t>
      </w:r>
    </w:p>
    <w:p w14:paraId="67D5727F" w14:textId="77777777" w:rsidR="00F255FB" w:rsidRDefault="004E51C8">
      <w:r>
        <w:t>résiliation, abonnement, préavis, déménagement, confirmation, prélèvement, motif, contrat</w:t>
      </w:r>
    </w:p>
    <w:p w14:paraId="0296586B" w14:textId="77777777" w:rsidR="00F255FB" w:rsidRDefault="004E51C8">
      <w:pPr>
        <w:pStyle w:val="Titre2"/>
      </w:pPr>
      <w:r>
        <w:t>Expressions utiles</w:t>
      </w:r>
    </w:p>
    <w:p w14:paraId="5CCAB206" w14:textId="77777777" w:rsidR="00F255FB" w:rsidRDefault="004E51C8">
      <w:pPr>
        <w:pStyle w:val="Listepuces"/>
      </w:pPr>
      <w:r>
        <w:t xml:space="preserve">Je vous informe de ma </w:t>
      </w:r>
      <w:r>
        <w:t>décision de résilier...</w:t>
      </w:r>
    </w:p>
    <w:p w14:paraId="671C7003" w14:textId="77777777" w:rsidR="00F255FB" w:rsidRDefault="004E51C8">
      <w:pPr>
        <w:pStyle w:val="Listepuces"/>
      </w:pPr>
      <w:r>
        <w:t>Merci de me confirmer la prise en compte...</w:t>
      </w:r>
    </w:p>
    <w:p w14:paraId="49022025" w14:textId="77777777" w:rsidR="00F255FB" w:rsidRDefault="004E51C8">
      <w:pPr>
        <w:pStyle w:val="Listepuces"/>
      </w:pPr>
      <w:r>
        <w:t>Je vous prie d’agréer...</w:t>
      </w:r>
    </w:p>
    <w:p w14:paraId="71980B59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70F8425A" w14:textId="77777777" w:rsidR="00F255FB" w:rsidRDefault="004E51C8">
      <w:r>
        <w:br w:type="page"/>
      </w:r>
    </w:p>
    <w:p w14:paraId="7F165B9F" w14:textId="77777777" w:rsidR="00F255FB" w:rsidRDefault="004E51C8">
      <w:pPr>
        <w:pStyle w:val="Titre1"/>
      </w:pPr>
      <w:r>
        <w:lastRenderedPageBreak/>
        <w:t>Cas 29 - Événement culturel - proposer une idée à la mairie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63DA7E0B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C5D661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BE0535" w14:textId="77777777" w:rsidR="00F255FB" w:rsidRDefault="004E51C8">
            <w:r>
              <w:t>Culture / ville</w:t>
            </w:r>
          </w:p>
        </w:tc>
      </w:tr>
      <w:tr w:rsidR="00F255FB" w14:paraId="30A366C3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226A40" w14:textId="77777777" w:rsidR="00F255FB" w:rsidRDefault="004E51C8">
            <w:r>
              <w:t>Situa</w:t>
            </w:r>
            <w:r>
              <w:t>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52F590" w14:textId="77777777" w:rsidR="00F255FB" w:rsidRDefault="004E51C8">
            <w:r>
              <w:t>Vous souhaitez que votre ville organise une “semaine culturelle” (cinéma, musique, ateliers). Vous écrivez à la mairie.</w:t>
            </w:r>
          </w:p>
        </w:tc>
      </w:tr>
    </w:tbl>
    <w:p w14:paraId="07AA0B54" w14:textId="77777777" w:rsidR="00F255FB" w:rsidRDefault="00F255FB"/>
    <w:p w14:paraId="218149BE" w14:textId="77777777" w:rsidR="00F255FB" w:rsidRDefault="004E51C8">
      <w:pPr>
        <w:pStyle w:val="Titre2"/>
      </w:pPr>
      <w:r>
        <w:t>Tâche 1 - Message (80-100 mots)</w:t>
      </w:r>
    </w:p>
    <w:p w14:paraId="77F6C8A6" w14:textId="77777777" w:rsidR="00F255FB" w:rsidRDefault="004E51C8">
      <w:pPr>
        <w:pStyle w:val="Listepuces"/>
      </w:pPr>
      <w:r>
        <w:t>Écrire au service culturel.</w:t>
      </w:r>
    </w:p>
    <w:p w14:paraId="517C8536" w14:textId="77777777" w:rsidR="00F255FB" w:rsidRDefault="004E51C8">
      <w:pPr>
        <w:pStyle w:val="Listepuces"/>
      </w:pPr>
      <w:r>
        <w:t>Présenter l’idée et le public visé.</w:t>
      </w:r>
    </w:p>
    <w:p w14:paraId="310F3AAA" w14:textId="77777777" w:rsidR="00F255FB" w:rsidRDefault="004E51C8">
      <w:pPr>
        <w:pStyle w:val="Listepuces"/>
      </w:pPr>
      <w:r>
        <w:t xml:space="preserve">Proposer 2 ou 3 </w:t>
      </w:r>
      <w:r>
        <w:t>activités.</w:t>
      </w:r>
    </w:p>
    <w:p w14:paraId="304A61A0" w14:textId="77777777" w:rsidR="00F255FB" w:rsidRDefault="004E51C8">
      <w:pPr>
        <w:pStyle w:val="Listepuces"/>
      </w:pPr>
      <w:r>
        <w:t>Demander un rendez-vous ou un contact.</w:t>
      </w:r>
    </w:p>
    <w:p w14:paraId="3090171C" w14:textId="77777777" w:rsidR="00F255FB" w:rsidRDefault="00F255FB"/>
    <w:p w14:paraId="22D35ACD" w14:textId="77777777" w:rsidR="00F255FB" w:rsidRDefault="004E51C8">
      <w:pPr>
        <w:pStyle w:val="Titre2"/>
      </w:pPr>
      <w:r>
        <w:t>Document déclencheur (résumé)</w:t>
      </w:r>
    </w:p>
    <w:p w14:paraId="214F24D8" w14:textId="77777777" w:rsidR="00F255FB" w:rsidRDefault="004E51C8">
      <w:r>
        <w:rPr>
          <w:i/>
          <w:color w:val="5A5A5A"/>
        </w:rPr>
        <w:t>Un article explique que les événements culturels renforcent l’attractivité d’une ville et l’économie locale.</w:t>
      </w:r>
    </w:p>
    <w:p w14:paraId="7445390C" w14:textId="77777777" w:rsidR="00F255FB" w:rsidRDefault="00F255FB"/>
    <w:p w14:paraId="1EAA859C" w14:textId="77777777" w:rsidR="00F255FB" w:rsidRDefault="004E51C8">
      <w:pPr>
        <w:pStyle w:val="Titre2"/>
      </w:pPr>
      <w:r>
        <w:t>Tâche 2 - Opinion / argumentation (160-180 mots)</w:t>
      </w:r>
    </w:p>
    <w:p w14:paraId="0ED47C14" w14:textId="77777777" w:rsidR="00F255FB" w:rsidRDefault="004E51C8">
      <w:pPr>
        <w:pStyle w:val="Listepuces"/>
      </w:pPr>
      <w:r>
        <w:t>Donner votre opi</w:t>
      </w:r>
      <w:r>
        <w:t>nion sur l’importance de la culture.</w:t>
      </w:r>
    </w:p>
    <w:p w14:paraId="08A8CCE8" w14:textId="77777777" w:rsidR="00F255FB" w:rsidRDefault="004E51C8">
      <w:pPr>
        <w:pStyle w:val="Listepuces"/>
      </w:pPr>
      <w:r>
        <w:t>Expliquer les bénéfices sociaux et économiques.</w:t>
      </w:r>
    </w:p>
    <w:p w14:paraId="4EC99841" w14:textId="77777777" w:rsidR="00F255FB" w:rsidRDefault="004E51C8">
      <w:pPr>
        <w:pStyle w:val="Listepuces"/>
      </w:pPr>
      <w:r>
        <w:t>Proposer une idée pour inclure tous les publics.</w:t>
      </w:r>
    </w:p>
    <w:p w14:paraId="26E2C364" w14:textId="77777777" w:rsidR="00F255FB" w:rsidRDefault="00F255FB"/>
    <w:p w14:paraId="646E9BA2" w14:textId="77777777" w:rsidR="00F255FB" w:rsidRDefault="004E51C8">
      <w:pPr>
        <w:pStyle w:val="Titre2"/>
      </w:pPr>
      <w:r>
        <w:t>Lexique utile</w:t>
      </w:r>
    </w:p>
    <w:p w14:paraId="02557A8F" w14:textId="77777777" w:rsidR="00F255FB" w:rsidRDefault="004E51C8">
      <w:r>
        <w:t>service culturel, atelier, programmation, public, budget, partenaires, attractivité, bénévoles</w:t>
      </w:r>
    </w:p>
    <w:p w14:paraId="244B7839" w14:textId="77777777" w:rsidR="00F255FB" w:rsidRDefault="004E51C8">
      <w:pPr>
        <w:pStyle w:val="Titre2"/>
      </w:pPr>
      <w:r>
        <w:t xml:space="preserve">Expressions </w:t>
      </w:r>
      <w:r>
        <w:t>utiles</w:t>
      </w:r>
    </w:p>
    <w:p w14:paraId="7E4FE5FE" w14:textId="77777777" w:rsidR="00F255FB" w:rsidRDefault="004E51C8">
      <w:pPr>
        <w:pStyle w:val="Listepuces"/>
      </w:pPr>
      <w:r>
        <w:t>Je souhaiterais vous soumettre une proposition...</w:t>
      </w:r>
    </w:p>
    <w:p w14:paraId="5A373676" w14:textId="77777777" w:rsidR="00F255FB" w:rsidRDefault="004E51C8">
      <w:pPr>
        <w:pStyle w:val="Listepuces"/>
      </w:pPr>
      <w:r>
        <w:t>Cette initiative pourrait...</w:t>
      </w:r>
    </w:p>
    <w:p w14:paraId="13312A02" w14:textId="77777777" w:rsidR="00F255FB" w:rsidRDefault="004E51C8">
      <w:pPr>
        <w:pStyle w:val="Listepuces"/>
      </w:pPr>
      <w:r>
        <w:t>Je serais ravi(e) d’en discuter.</w:t>
      </w:r>
    </w:p>
    <w:p w14:paraId="602539BC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p w14:paraId="0F24C52E" w14:textId="77777777" w:rsidR="00F255FB" w:rsidRDefault="004E51C8">
      <w:r>
        <w:br w:type="page"/>
      </w:r>
    </w:p>
    <w:p w14:paraId="10AD2E0F" w14:textId="77777777" w:rsidR="00F255FB" w:rsidRDefault="004E51C8">
      <w:pPr>
        <w:pStyle w:val="Titre1"/>
      </w:pPr>
      <w:r>
        <w:lastRenderedPageBreak/>
        <w:t>Cas 30 - Problème avec un ami - s’excuser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86"/>
        <w:gridCol w:w="4986"/>
      </w:tblGrid>
      <w:tr w:rsidR="00F255FB" w14:paraId="7AACE6B7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CCBFB4" w14:textId="77777777" w:rsidR="00F255FB" w:rsidRDefault="004E51C8">
            <w:r>
              <w:t>Thème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E33674" w14:textId="77777777" w:rsidR="00F255FB" w:rsidRDefault="004E51C8">
            <w:r>
              <w:t>Relations / co</w:t>
            </w:r>
            <w:r>
              <w:t>mmunication</w:t>
            </w:r>
          </w:p>
        </w:tc>
      </w:tr>
      <w:tr w:rsidR="00F255FB" w14:paraId="52B121BC" w14:textId="77777777">
        <w:trPr>
          <w:jc w:val="center"/>
        </w:trPr>
        <w:tc>
          <w:tcPr>
            <w:tcW w:w="4986" w:type="dxa"/>
            <w:shd w:val="clear" w:color="auto" w:fill="EAF2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1BEDF2" w14:textId="77777777" w:rsidR="00F255FB" w:rsidRDefault="004E51C8">
            <w:r>
              <w:t>Situation</w:t>
            </w:r>
          </w:p>
        </w:tc>
        <w:tc>
          <w:tcPr>
            <w:tcW w:w="4986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84334F" w14:textId="77777777" w:rsidR="00F255FB" w:rsidRDefault="004E51C8">
            <w:r>
              <w:t>Vous avez annulé un rendez-vous à la dernière minute. Votre ami est vexé. Vous écrivez pour vous excuser et proposer une solution.</w:t>
            </w:r>
          </w:p>
        </w:tc>
      </w:tr>
    </w:tbl>
    <w:p w14:paraId="70680070" w14:textId="77777777" w:rsidR="00F255FB" w:rsidRDefault="00F255FB"/>
    <w:p w14:paraId="60E5AC0A" w14:textId="77777777" w:rsidR="00F255FB" w:rsidRDefault="004E51C8">
      <w:pPr>
        <w:pStyle w:val="Titre2"/>
      </w:pPr>
      <w:r>
        <w:t>Tâche 1 - Message (80-100 mots)</w:t>
      </w:r>
    </w:p>
    <w:p w14:paraId="6605F670" w14:textId="77777777" w:rsidR="00F255FB" w:rsidRDefault="004E51C8">
      <w:pPr>
        <w:pStyle w:val="Listepuces"/>
      </w:pPr>
      <w:r>
        <w:t>Écrire à votre ami.</w:t>
      </w:r>
    </w:p>
    <w:p w14:paraId="0DCC1BBB" w14:textId="77777777" w:rsidR="00F255FB" w:rsidRDefault="004E51C8">
      <w:pPr>
        <w:pStyle w:val="Listepuces"/>
      </w:pPr>
      <w:r>
        <w:t xml:space="preserve">S’excuser clairement et expliquer sans se </w:t>
      </w:r>
      <w:r>
        <w:t>justifier trop.</w:t>
      </w:r>
    </w:p>
    <w:p w14:paraId="6A507DC4" w14:textId="77777777" w:rsidR="00F255FB" w:rsidRDefault="004E51C8">
      <w:pPr>
        <w:pStyle w:val="Listepuces"/>
      </w:pPr>
      <w:r>
        <w:t>Reconnaître l’impact sur l’autre.</w:t>
      </w:r>
    </w:p>
    <w:p w14:paraId="2CF5C82F" w14:textId="77777777" w:rsidR="00F255FB" w:rsidRDefault="004E51C8">
      <w:pPr>
        <w:pStyle w:val="Listepuces"/>
      </w:pPr>
      <w:r>
        <w:t>Proposer une nouvelle date et une attention.</w:t>
      </w:r>
    </w:p>
    <w:p w14:paraId="6C0D6FD7" w14:textId="77777777" w:rsidR="00F255FB" w:rsidRDefault="00F255FB"/>
    <w:p w14:paraId="5A8870DB" w14:textId="77777777" w:rsidR="00F255FB" w:rsidRDefault="004E51C8">
      <w:pPr>
        <w:pStyle w:val="Titre2"/>
      </w:pPr>
      <w:r>
        <w:t>Document déclencheur (résumé)</w:t>
      </w:r>
    </w:p>
    <w:p w14:paraId="3F5E752C" w14:textId="77777777" w:rsidR="00F255FB" w:rsidRDefault="004E51C8">
      <w:r>
        <w:rPr>
          <w:i/>
          <w:color w:val="5A5A5A"/>
        </w:rPr>
        <w:t>Un article dit que les excuses efficaces contiennent : reconnaissance, responsabilité, réparation.</w:t>
      </w:r>
    </w:p>
    <w:p w14:paraId="25C1FD3E" w14:textId="77777777" w:rsidR="00F255FB" w:rsidRDefault="00F255FB"/>
    <w:p w14:paraId="1E1CE85A" w14:textId="77777777" w:rsidR="00F255FB" w:rsidRDefault="004E51C8">
      <w:pPr>
        <w:pStyle w:val="Titre2"/>
      </w:pPr>
      <w:r>
        <w:t>Tâche 2 - Opinion / argumentat</w:t>
      </w:r>
      <w:r>
        <w:t>ion (160-180 mots)</w:t>
      </w:r>
    </w:p>
    <w:p w14:paraId="560A7A58" w14:textId="77777777" w:rsidR="00F255FB" w:rsidRDefault="004E51C8">
      <w:pPr>
        <w:pStyle w:val="Listepuces"/>
      </w:pPr>
      <w:r>
        <w:t>Donner votre opinion sur la communication dans l’amitié.</w:t>
      </w:r>
    </w:p>
    <w:p w14:paraId="6B045DE7" w14:textId="77777777" w:rsidR="00F255FB" w:rsidRDefault="004E51C8">
      <w:pPr>
        <w:pStyle w:val="Listepuces"/>
      </w:pPr>
      <w:r>
        <w:t>Dire pourquoi les malentendus arrivent.</w:t>
      </w:r>
    </w:p>
    <w:p w14:paraId="21936241" w14:textId="77777777" w:rsidR="00F255FB" w:rsidRDefault="004E51C8">
      <w:pPr>
        <w:pStyle w:val="Listepuces"/>
      </w:pPr>
      <w:r>
        <w:t>Proposer 3 règles pour éviter les conflits.</w:t>
      </w:r>
    </w:p>
    <w:p w14:paraId="2E2D0A7E" w14:textId="77777777" w:rsidR="00F255FB" w:rsidRDefault="00F255FB"/>
    <w:p w14:paraId="10F84411" w14:textId="77777777" w:rsidR="00F255FB" w:rsidRDefault="004E51C8">
      <w:pPr>
        <w:pStyle w:val="Titre2"/>
      </w:pPr>
      <w:r>
        <w:t>Lexique utile</w:t>
      </w:r>
    </w:p>
    <w:p w14:paraId="1F57EDCF" w14:textId="77777777" w:rsidR="00F255FB" w:rsidRDefault="004E51C8">
      <w:r>
        <w:t xml:space="preserve">excuses, malentendu, respect, confiance, rendez-vous, réparer, relation, </w:t>
      </w:r>
      <w:r>
        <w:t>franchise</w:t>
      </w:r>
    </w:p>
    <w:p w14:paraId="0B4AE96E" w14:textId="77777777" w:rsidR="00F255FB" w:rsidRDefault="004E51C8">
      <w:pPr>
        <w:pStyle w:val="Titre2"/>
      </w:pPr>
      <w:r>
        <w:t>Expressions utiles</w:t>
      </w:r>
    </w:p>
    <w:p w14:paraId="53E9E286" w14:textId="77777777" w:rsidR="00F255FB" w:rsidRDefault="004E51C8">
      <w:pPr>
        <w:pStyle w:val="Listepuces"/>
      </w:pPr>
      <w:r>
        <w:t>Je suis vraiment désolé(e) de...</w:t>
      </w:r>
    </w:p>
    <w:p w14:paraId="4EA4060C" w14:textId="77777777" w:rsidR="00F255FB" w:rsidRDefault="004E51C8">
      <w:pPr>
        <w:pStyle w:val="Listepuces"/>
      </w:pPr>
      <w:r>
        <w:t>Je comprends que tu aies pu...</w:t>
      </w:r>
    </w:p>
    <w:p w14:paraId="0588CC43" w14:textId="77777777" w:rsidR="00F255FB" w:rsidRDefault="004E51C8">
      <w:pPr>
        <w:pStyle w:val="Listepuces"/>
      </w:pPr>
      <w:r>
        <w:t>Je te propose de...</w:t>
      </w:r>
    </w:p>
    <w:p w14:paraId="6C10C7E8" w14:textId="77777777" w:rsidR="00F255FB" w:rsidRDefault="004E51C8">
      <w:r>
        <w:rPr>
          <w:i/>
          <w:color w:val="787878"/>
        </w:rPr>
        <w:t>Conseil : visez 2 ou 3 paragraphes en Tâche 2, avec une mini-conclusion.</w:t>
      </w:r>
    </w:p>
    <w:sectPr w:rsidR="00F255FB" w:rsidSect="00034616">
      <w:footerReference w:type="default" r:id="rId8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C9D27" w14:textId="77777777" w:rsidR="004E51C8" w:rsidRDefault="004E51C8">
      <w:pPr>
        <w:spacing w:after="0" w:line="240" w:lineRule="auto"/>
      </w:pPr>
      <w:r>
        <w:separator/>
      </w:r>
    </w:p>
  </w:endnote>
  <w:endnote w:type="continuationSeparator" w:id="0">
    <w:p w14:paraId="407019D0" w14:textId="77777777" w:rsidR="004E51C8" w:rsidRDefault="004E5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38F08" w14:textId="77777777" w:rsidR="00F255FB" w:rsidRDefault="004E51C8">
    <w:pPr>
      <w:pStyle w:val="Pieddepage"/>
      <w:jc w:val="center"/>
    </w:pPr>
    <w:r>
      <w:rPr>
        <w:color w:val="787878"/>
        <w:sz w:val="18"/>
      </w:rPr>
      <w:t>lecoursgratuit.com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2CBD1" w14:textId="77777777" w:rsidR="004E51C8" w:rsidRDefault="004E51C8">
      <w:pPr>
        <w:spacing w:after="0" w:line="240" w:lineRule="auto"/>
      </w:pPr>
      <w:r>
        <w:separator/>
      </w:r>
    </w:p>
  </w:footnote>
  <w:footnote w:type="continuationSeparator" w:id="0">
    <w:p w14:paraId="1D18BFCF" w14:textId="77777777" w:rsidR="004E51C8" w:rsidRDefault="004E51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52DC"/>
    <w:rsid w:val="0015074B"/>
    <w:rsid w:val="0029639D"/>
    <w:rsid w:val="00326F90"/>
    <w:rsid w:val="004E51C8"/>
    <w:rsid w:val="00AA1D8D"/>
    <w:rsid w:val="00B47730"/>
    <w:rsid w:val="00CB0664"/>
    <w:rsid w:val="00F255F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B2A56A"/>
  <w14:defaultImageDpi w14:val="300"/>
  <w15:docId w15:val="{EF116631-58BE-4F31-ABBE-76C640032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1F4E79"/>
      <w:sz w:val="36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6100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5111</Words>
  <Characters>28113</Characters>
  <Application>Microsoft Office Word</Application>
  <DocSecurity>0</DocSecurity>
  <Lines>234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33158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2</cp:revision>
  <dcterms:created xsi:type="dcterms:W3CDTF">2025-12-26T05:31:00Z</dcterms:created>
  <dcterms:modified xsi:type="dcterms:W3CDTF">2025-12-26T05:31:00Z</dcterms:modified>
  <cp:category/>
</cp:coreProperties>
</file>