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 w:before="0" w:line="240" w:lineRule="auto"/>
        <w:jc w:val="center"/>
      </w:pPr>
      <w:r>
        <w:rPr>
          <w:rFonts w:ascii="Calibri" w:hAnsi="Calibri"/>
          <w:b/>
          <w:i w:val="0"/>
          <w:color w:val="B71C1C"/>
          <w:sz w:val="32"/>
        </w:rPr>
        <w:t>❄ Pack imprimable ❄</w:t>
      </w:r>
    </w:p>
    <w:p>
      <w:pPr>
        <w:spacing w:after="160" w:before="0" w:line="240" w:lineRule="auto"/>
        <w:jc w:val="center"/>
      </w:pPr>
      <w:r>
        <w:rPr>
          <w:rFonts w:ascii="Calibri" w:hAnsi="Calibri"/>
          <w:b/>
          <w:i w:val="0"/>
          <w:color w:val="1B5E20"/>
          <w:sz w:val="48"/>
        </w:rPr>
        <w:t>10 fiches de production d'écrits - Noël</w:t>
      </w:r>
    </w:p>
    <w:p>
      <w:pPr>
        <w:spacing w:after="240" w:before="0" w:line="240" w:lineRule="auto"/>
        <w:jc w:val="center"/>
      </w:pPr>
      <w:r>
        <w:rPr>
          <w:rFonts w:ascii="Calibri" w:hAnsi="Calibri"/>
          <w:b/>
          <w:i w:val="0"/>
          <w:color w:val="B71C1C"/>
          <w:sz w:val="36"/>
        </w:rPr>
        <w:t>CE1</w:t>
      </w:r>
    </w:p>
    <w:p>
      <w:pPr>
        <w:spacing w:after="160" w:before="0" w:line="240" w:lineRule="auto"/>
        <w:jc w:val="center"/>
      </w:pPr>
      <w:r>
        <w:rPr>
          <w:rFonts w:ascii="Calibri" w:hAnsi="Calibri"/>
          <w:b w:val="0"/>
          <w:i w:val="0"/>
          <w:sz w:val="22"/>
        </w:rPr>
        <w:t>Consigne courte • Aide (banque de mots) • Espace d'écriture • Mini-grille de relecture</w:t>
      </w:r>
    </w:p>
    <w:p>
      <w:pPr>
        <w:spacing w:after="0" w:before="0" w:line="240" w:lineRule="auto"/>
        <w:jc w:val="center"/>
      </w:pPr>
      <w:r>
        <w:rPr>
          <w:rFonts w:ascii="Calibri" w:hAnsi="Calibri"/>
          <w:b w:val="0"/>
          <w:i/>
          <w:color w:val="787878"/>
          <w:sz w:val="20"/>
        </w:rPr>
        <w:t>Astuce : 10-15 minutes. Une réussite valorisée + un petit objectif pour la prochaine fois.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1 - </w:t>
      </w:r>
      <w:r>
        <w:rPr>
          <w:rFonts w:ascii="Calibri" w:hAnsi="Calibri"/>
          <w:b/>
          <w:i w:val="0"/>
          <w:color w:val="1B5E20"/>
          <w:sz w:val="30"/>
        </w:rPr>
        <w:t>Les mots de Noël</w:t>
      </w:r>
    </w:p>
    <w:p>
      <w:pPr>
        <w:spacing w:after="20" w:before="0" w:line="240" w:lineRule="auto"/>
      </w:pPr>
      <w:r>
        <w:rPr>
          <w:rFonts w:ascii="Calibri" w:hAnsi="Calibri"/>
          <w:b/>
          <w:i w:val="0"/>
          <w:color w:val="1B5E20"/>
          <w:sz w:val="20"/>
        </w:rPr>
        <w:t xml:space="preserve">Objectif : </w:t>
      </w:r>
      <w:r>
        <w:rPr>
          <w:rFonts w:ascii="Calibri" w:hAnsi="Calibri"/>
          <w:b w:val="0"/>
          <w:i/>
          <w:sz w:val="20"/>
        </w:rPr>
        <w:t>Compléter des phrases et choisir le mot qui convient.</w:t>
      </w:r>
    </w:p>
    <w:p>
      <w:pPr>
        <w:spacing w:after="40" w:before="0" w:line="240" w:lineRule="auto"/>
      </w:pPr>
      <w:r>
        <w:rPr>
          <w:rFonts w:ascii="Calibri" w:hAnsi="Calibri"/>
          <w:b/>
          <w:i w:val="0"/>
          <w:color w:val="1B5E20"/>
          <w:sz w:val="20"/>
        </w:rPr>
        <w:t xml:space="preserve">Consigne : </w:t>
      </w:r>
      <w:r>
        <w:rPr>
          <w:rFonts w:ascii="Calibri" w:hAnsi="Calibri"/>
          <w:b w:val="0"/>
          <w:i w:val="0"/>
          <w:sz w:val="20"/>
        </w:rPr>
        <w:t>Complète les phrases avec un mot de la banque. Ensuite, recopie 2 phrases complétées dans l'espace d'écriture.</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Le _______ tire le 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Le _______ met une _______ sur le sapin.</w:t>
            </w:r>
          </w:p>
          <w:p>
            <w:pPr>
              <w:spacing w:after="0" w:before="0" w:line="240" w:lineRule="auto"/>
            </w:pPr>
            <w:r>
              <w:rPr>
                <w:rFonts w:ascii="Calibri" w:hAnsi="Calibri"/>
                <w:b w:val="0"/>
                <w:i w:val="0"/>
                <w:color w:val="787878"/>
                <w:sz w:val="20"/>
              </w:rPr>
              <w:t xml:space="preserve">• </w:t>
            </w:r>
            <w:r>
              <w:rPr>
                <w:rFonts w:ascii="Calibri" w:hAnsi="Calibri"/>
                <w:b w:val="0"/>
                <w:i w:val="0"/>
                <w:sz w:val="20"/>
              </w:rPr>
              <w:t>La _______ tombe sur la maison.</w:t>
            </w:r>
          </w:p>
          <w:p>
            <w:pPr>
              <w:spacing w:after="0" w:before="0" w:line="240" w:lineRule="auto"/>
            </w:pPr>
            <w:r>
              <w:rPr>
                <w:rFonts w:ascii="Calibri" w:hAnsi="Calibri"/>
                <w:b w:val="0"/>
                <w:i w:val="0"/>
                <w:color w:val="787878"/>
                <w:sz w:val="20"/>
              </w:rPr>
              <w:t xml:space="preserve">• </w:t>
            </w:r>
            <w:r>
              <w:rPr>
                <w:rFonts w:ascii="Calibri" w:hAnsi="Calibri"/>
                <w:b w:val="0"/>
                <w:i w:val="0"/>
                <w:sz w:val="20"/>
              </w:rPr>
              <w:t>Le Père Noël passe par la 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Un _______ emballe un 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Le _______ court avec un cadeau.</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banque : sapin • cadeau • neige • lutin • renne • étoile • traîneau • cheminée</w:t>
            </w:r>
          </w:p>
          <w:p>
            <w:pPr>
              <w:spacing w:after="0" w:before="0" w:line="240" w:lineRule="auto"/>
            </w:pPr>
            <w:r>
              <w:rPr>
                <w:rFonts w:ascii="Calibri" w:hAnsi="Calibri"/>
                <w:b w:val="0"/>
                <w:i w:val="0"/>
                <w:color w:val="787878"/>
                <w:sz w:val="20"/>
              </w:rPr>
              <w:t xml:space="preserve">• </w:t>
            </w:r>
            <w:r>
              <w:rPr>
                <w:rFonts w:ascii="Calibri" w:hAnsi="Calibri"/>
                <w:b w:val="0"/>
                <w:i w:val="0"/>
                <w:sz w:val="20"/>
              </w:rPr>
              <w:t>Relis : la phrase doit être possible et avoir du sens.</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2 - </w:t>
      </w:r>
      <w:r>
        <w:rPr>
          <w:rFonts w:ascii="Calibri" w:hAnsi="Calibri"/>
          <w:b/>
          <w:i w:val="0"/>
          <w:color w:val="1B5E20"/>
          <w:sz w:val="30"/>
        </w:rPr>
        <w:t>Décrire le Père Noël (ou un lutin)</w:t>
      </w:r>
    </w:p>
    <w:p>
      <w:pPr>
        <w:spacing w:after="20" w:before="0" w:line="240" w:lineRule="auto"/>
      </w:pPr>
      <w:r>
        <w:rPr>
          <w:rFonts w:ascii="Calibri" w:hAnsi="Calibri"/>
          <w:b/>
          <w:i w:val="0"/>
          <w:color w:val="1B5E20"/>
          <w:sz w:val="20"/>
        </w:rPr>
        <w:t xml:space="preserve">Objectif : </w:t>
      </w:r>
      <w:r>
        <w:rPr>
          <w:rFonts w:ascii="Calibri" w:hAnsi="Calibri"/>
          <w:b w:val="0"/>
          <w:i/>
          <w:sz w:val="20"/>
        </w:rPr>
        <w:t>Décrire un personnage en 4 phrases (qui / comment / action / détail).</w:t>
      </w:r>
    </w:p>
    <w:p>
      <w:pPr>
        <w:spacing w:after="40" w:before="0" w:line="240" w:lineRule="auto"/>
      </w:pPr>
      <w:r>
        <w:rPr>
          <w:rFonts w:ascii="Calibri" w:hAnsi="Calibri"/>
          <w:b/>
          <w:i w:val="0"/>
          <w:color w:val="1B5E20"/>
          <w:sz w:val="20"/>
        </w:rPr>
        <w:t xml:space="preserve">Consigne : </w:t>
      </w:r>
      <w:r>
        <w:rPr>
          <w:rFonts w:ascii="Calibri" w:hAnsi="Calibri"/>
          <w:b w:val="0"/>
          <w:i w:val="0"/>
          <w:sz w:val="20"/>
        </w:rPr>
        <w:t>Écris 4 phrases pour décrire le Père Noël (ou un lutin). Tu peux t'aider du gabarit.</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1) Le Père Noël est 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2) Il a ____________________________________________.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3) Il _______________________________________________.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4) La nuit de Noël, _________________________________.</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Mots utiles : grand, petit, joyeux, barbu, rouge, gentil, pressé, sourire, sac, cloche.</w:t>
            </w:r>
          </w:p>
          <w:p>
            <w:pPr>
              <w:spacing w:after="0" w:before="0" w:line="240" w:lineRule="auto"/>
            </w:pPr>
            <w:r>
              <w:rPr>
                <w:rFonts w:ascii="Calibri" w:hAnsi="Calibri"/>
                <w:b w:val="0"/>
                <w:i w:val="0"/>
                <w:color w:val="787878"/>
                <w:sz w:val="20"/>
              </w:rPr>
              <w:t xml:space="preserve">• </w:t>
            </w:r>
            <w:r>
              <w:rPr>
                <w:rFonts w:ascii="Calibri" w:hAnsi="Calibri"/>
                <w:b w:val="0"/>
                <w:i w:val="0"/>
                <w:sz w:val="20"/>
              </w:rPr>
              <w:t>Connecteurs : et, mais, parce que, puis.</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3 - </w:t>
      </w:r>
      <w:r>
        <w:rPr>
          <w:rFonts w:ascii="Calibri" w:hAnsi="Calibri"/>
          <w:b/>
          <w:i w:val="0"/>
          <w:color w:val="1B5E20"/>
          <w:sz w:val="30"/>
        </w:rPr>
        <w:t>Carte de vœux : Joyeux Noël !</w:t>
      </w:r>
    </w:p>
    <w:p>
      <w:pPr>
        <w:spacing w:after="20" w:before="0" w:line="240" w:lineRule="auto"/>
      </w:pPr>
      <w:r>
        <w:rPr>
          <w:rFonts w:ascii="Calibri" w:hAnsi="Calibri"/>
          <w:b/>
          <w:i w:val="0"/>
          <w:color w:val="1B5E20"/>
          <w:sz w:val="20"/>
        </w:rPr>
        <w:t xml:space="preserve">Objectif : </w:t>
      </w:r>
      <w:r>
        <w:rPr>
          <w:rFonts w:ascii="Calibri" w:hAnsi="Calibri"/>
          <w:b w:val="0"/>
          <w:i/>
          <w:sz w:val="20"/>
        </w:rPr>
        <w:t>Écrire un message court à un destinataire (formule + contenu + signature).</w:t>
      </w:r>
    </w:p>
    <w:p>
      <w:pPr>
        <w:spacing w:after="40" w:before="0" w:line="240" w:lineRule="auto"/>
      </w:pPr>
      <w:r>
        <w:rPr>
          <w:rFonts w:ascii="Calibri" w:hAnsi="Calibri"/>
          <w:b/>
          <w:i w:val="0"/>
          <w:color w:val="1B5E20"/>
          <w:sz w:val="20"/>
        </w:rPr>
        <w:t xml:space="preserve">Consigne : </w:t>
      </w:r>
      <w:r>
        <w:rPr>
          <w:rFonts w:ascii="Calibri" w:hAnsi="Calibri"/>
          <w:b w:val="0"/>
          <w:i w:val="0"/>
          <w:sz w:val="20"/>
        </w:rPr>
        <w:t>Écris une carte de vœux en 5 à 6 lignes à une personne de ton choix.</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Début possible : Bonjour / Coucou / Cher(e) ...</w:t>
            </w:r>
          </w:p>
          <w:p>
            <w:pPr>
              <w:spacing w:after="0" w:before="0" w:line="240" w:lineRule="auto"/>
            </w:pPr>
            <w:r>
              <w:rPr>
                <w:rFonts w:ascii="Calibri" w:hAnsi="Calibri"/>
                <w:b w:val="0"/>
                <w:i w:val="0"/>
                <w:color w:val="787878"/>
                <w:sz w:val="20"/>
              </w:rPr>
              <w:t xml:space="preserve">• </w:t>
            </w:r>
            <w:r>
              <w:rPr>
                <w:rFonts w:ascii="Calibri" w:hAnsi="Calibri"/>
                <w:b w:val="0"/>
                <w:i w:val="0"/>
                <w:sz w:val="20"/>
              </w:rPr>
              <w:t>Dis : un souhait, un petit mot gentil, ce que tu fais, et signe avec ton prénom.</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Mots utiles : joyeux, fête, cadeau, famille, bonheur, bisous, merci.</w:t>
            </w:r>
          </w:p>
          <w:p>
            <w:pPr>
              <w:spacing w:after="0" w:before="0" w:line="240" w:lineRule="auto"/>
            </w:pPr>
            <w:r>
              <w:rPr>
                <w:rFonts w:ascii="Calibri" w:hAnsi="Calibri"/>
                <w:b w:val="0"/>
                <w:i w:val="0"/>
                <w:color w:val="787878"/>
                <w:sz w:val="20"/>
              </w:rPr>
              <w:t xml:space="preserve">• </w:t>
            </w:r>
            <w:r>
              <w:rPr>
                <w:rFonts w:ascii="Calibri" w:hAnsi="Calibri"/>
                <w:b w:val="0"/>
                <w:i w:val="0"/>
                <w:sz w:val="20"/>
              </w:rPr>
              <w:t>Phrase de fin : À bientôt / Gros bisous / Je pense à toi.</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4 - </w:t>
      </w:r>
      <w:r>
        <w:rPr>
          <w:rFonts w:ascii="Calibri" w:hAnsi="Calibri"/>
          <w:b/>
          <w:i w:val="0"/>
          <w:color w:val="1B5E20"/>
          <w:sz w:val="30"/>
        </w:rPr>
        <w:t>Le cadeau mystérieux</w:t>
      </w:r>
    </w:p>
    <w:p>
      <w:pPr>
        <w:spacing w:after="20" w:before="0" w:line="240" w:lineRule="auto"/>
      </w:pPr>
      <w:r>
        <w:rPr>
          <w:rFonts w:ascii="Calibri" w:hAnsi="Calibri"/>
          <w:b/>
          <w:i w:val="0"/>
          <w:color w:val="1B5E20"/>
          <w:sz w:val="20"/>
        </w:rPr>
        <w:t xml:space="preserve">Objectif : </w:t>
      </w:r>
      <w:r>
        <w:rPr>
          <w:rFonts w:ascii="Calibri" w:hAnsi="Calibri"/>
          <w:b w:val="0"/>
          <w:i/>
          <w:sz w:val="20"/>
        </w:rPr>
        <w:t>Inventer la suite d'une histoire en 3 à 5 phrases.</w:t>
      </w:r>
    </w:p>
    <w:p>
      <w:pPr>
        <w:spacing w:after="40" w:before="0" w:line="240" w:lineRule="auto"/>
      </w:pPr>
      <w:r>
        <w:rPr>
          <w:rFonts w:ascii="Calibri" w:hAnsi="Calibri"/>
          <w:b/>
          <w:i w:val="0"/>
          <w:color w:val="1B5E20"/>
          <w:sz w:val="20"/>
        </w:rPr>
        <w:t xml:space="preserve">Consigne : </w:t>
      </w:r>
      <w:r>
        <w:rPr>
          <w:rFonts w:ascii="Calibri" w:hAnsi="Calibri"/>
          <w:b w:val="0"/>
          <w:i w:val="0"/>
          <w:sz w:val="20"/>
        </w:rPr>
        <w:t>Continue l'histoire en écrivant 3 à 5 phrases. Commence par la phrase de départ.</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Phrase de départ (à recopier) :</w:t>
            </w:r>
          </w:p>
          <w:p>
            <w:pPr>
              <w:spacing w:after="0" w:before="0" w:line="240" w:lineRule="auto"/>
            </w:pPr>
            <w:r>
              <w:rPr>
                <w:rFonts w:ascii="Calibri" w:hAnsi="Calibri"/>
                <w:b w:val="0"/>
                <w:i w:val="0"/>
                <w:color w:val="787878"/>
                <w:sz w:val="20"/>
              </w:rPr>
              <w:t xml:space="preserve">• </w:t>
            </w:r>
            <w:r>
              <w:rPr>
                <w:rFonts w:ascii="Calibri" w:hAnsi="Calibri"/>
                <w:b w:val="0"/>
                <w:i w:val="0"/>
                <w:sz w:val="20"/>
              </w:rPr>
              <w:t>« Sous le sapin, je vois un cadeau sans prénom... »</w:t>
            </w:r>
          </w:p>
          <w:p>
            <w:pPr>
              <w:spacing w:after="0" w:before="0" w:line="240" w:lineRule="auto"/>
            </w:pPr>
            <w:r>
              <w:rPr>
                <w:rFonts w:ascii="Calibri" w:hAnsi="Calibri"/>
                <w:b w:val="0"/>
                <w:i w:val="0"/>
                <w:color w:val="787878"/>
                <w:sz w:val="20"/>
              </w:rPr>
              <w:t xml:space="preserve">• </w:t>
            </w:r>
            <w:r>
              <w:rPr>
                <w:rFonts w:ascii="Calibri" w:hAnsi="Calibri"/>
                <w:b w:val="0"/>
                <w:i w:val="0"/>
                <w:sz w:val="20"/>
              </w:rPr>
              <w:t>Ensuite : Qui l'a posé ? Qu'y a-t-il dedans ? Que se passe-t-il après ?</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Mots utiles : soudain, puis, ensuite, enfin, surpris, content, inquiet.</w:t>
            </w:r>
          </w:p>
          <w:p>
            <w:pPr>
              <w:spacing w:after="0" w:before="0" w:line="240" w:lineRule="auto"/>
            </w:pPr>
            <w:r>
              <w:rPr>
                <w:rFonts w:ascii="Calibri" w:hAnsi="Calibri"/>
                <w:b w:val="0"/>
                <w:i w:val="0"/>
                <w:color w:val="787878"/>
                <w:sz w:val="20"/>
              </w:rPr>
              <w:t xml:space="preserve">• </w:t>
            </w:r>
            <w:r>
              <w:rPr>
                <w:rFonts w:ascii="Calibri" w:hAnsi="Calibri"/>
                <w:b w:val="0"/>
                <w:i w:val="0"/>
                <w:sz w:val="20"/>
              </w:rPr>
              <w:t>Pense au temps : hier / ce soir / la nuit de Noël.</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5 - </w:t>
      </w:r>
      <w:r>
        <w:rPr>
          <w:rFonts w:ascii="Calibri" w:hAnsi="Calibri"/>
          <w:b/>
          <w:i w:val="0"/>
          <w:color w:val="1B5E20"/>
          <w:sz w:val="30"/>
        </w:rPr>
        <w:t>Dialogue au marché de Noël</w:t>
      </w:r>
    </w:p>
    <w:p>
      <w:pPr>
        <w:spacing w:after="20" w:before="0" w:line="240" w:lineRule="auto"/>
      </w:pPr>
      <w:r>
        <w:rPr>
          <w:rFonts w:ascii="Calibri" w:hAnsi="Calibri"/>
          <w:b/>
          <w:i w:val="0"/>
          <w:color w:val="1B5E20"/>
          <w:sz w:val="20"/>
        </w:rPr>
        <w:t xml:space="preserve">Objectif : </w:t>
      </w:r>
      <w:r>
        <w:rPr>
          <w:rFonts w:ascii="Calibri" w:hAnsi="Calibri"/>
          <w:b w:val="0"/>
          <w:i/>
          <w:sz w:val="20"/>
        </w:rPr>
        <w:t>Écrire un dialogue simple (4 répliques) avec des tirets.</w:t>
      </w:r>
    </w:p>
    <w:p>
      <w:pPr>
        <w:spacing w:after="40" w:before="0" w:line="240" w:lineRule="auto"/>
      </w:pPr>
      <w:r>
        <w:rPr>
          <w:rFonts w:ascii="Calibri" w:hAnsi="Calibri"/>
          <w:b/>
          <w:i w:val="0"/>
          <w:color w:val="1B5E20"/>
          <w:sz w:val="20"/>
        </w:rPr>
        <w:t xml:space="preserve">Consigne : </w:t>
      </w:r>
      <w:r>
        <w:rPr>
          <w:rFonts w:ascii="Calibri" w:hAnsi="Calibri"/>
          <w:b w:val="0"/>
          <w:i w:val="0"/>
          <w:sz w:val="20"/>
        </w:rPr>
        <w:t>Écris un mini-dialogue de 4 répliques entre deux personnes au marché de Noël.</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 Bonjour, 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 ________________________________________________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 ________________________________________________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 Merci ! ________________________________________</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Idées : acheter un chocolat chaud, choisir une décoration, demander un prix, remercier.</w:t>
            </w:r>
          </w:p>
          <w:p>
            <w:pPr>
              <w:spacing w:after="0" w:before="0" w:line="240" w:lineRule="auto"/>
            </w:pPr>
            <w:r>
              <w:rPr>
                <w:rFonts w:ascii="Calibri" w:hAnsi="Calibri"/>
                <w:b w:val="0"/>
                <w:i w:val="0"/>
                <w:color w:val="787878"/>
                <w:sz w:val="20"/>
              </w:rPr>
              <w:t xml:space="preserve">• </w:t>
            </w:r>
            <w:r>
              <w:rPr>
                <w:rFonts w:ascii="Calibri" w:hAnsi="Calibri"/>
                <w:b w:val="0"/>
                <w:i w:val="0"/>
                <w:sz w:val="20"/>
              </w:rPr>
              <w:t>N'oublie pas : un tiret au début de chaque réplique.</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6 - </w:t>
      </w:r>
      <w:r>
        <w:rPr>
          <w:rFonts w:ascii="Calibri" w:hAnsi="Calibri"/>
          <w:b/>
          <w:i w:val="0"/>
          <w:color w:val="1B5E20"/>
          <w:sz w:val="30"/>
        </w:rPr>
        <w:t>Décorer le sapin (début - problème - solution)</w:t>
      </w:r>
    </w:p>
    <w:p>
      <w:pPr>
        <w:spacing w:after="20" w:before="0" w:line="240" w:lineRule="auto"/>
      </w:pPr>
      <w:r>
        <w:rPr>
          <w:rFonts w:ascii="Calibri" w:hAnsi="Calibri"/>
          <w:b/>
          <w:i w:val="0"/>
          <w:color w:val="1B5E20"/>
          <w:sz w:val="20"/>
        </w:rPr>
        <w:t xml:space="preserve">Objectif : </w:t>
      </w:r>
      <w:r>
        <w:rPr>
          <w:rFonts w:ascii="Calibri" w:hAnsi="Calibri"/>
          <w:b w:val="0"/>
          <w:i/>
          <w:sz w:val="20"/>
        </w:rPr>
        <w:t>Raconter un mini-récit en 3 phrases structurées.</w:t>
      </w:r>
    </w:p>
    <w:p>
      <w:pPr>
        <w:spacing w:after="40" w:before="0" w:line="240" w:lineRule="auto"/>
      </w:pPr>
      <w:r>
        <w:rPr>
          <w:rFonts w:ascii="Calibri" w:hAnsi="Calibri"/>
          <w:b/>
          <w:i w:val="0"/>
          <w:color w:val="1B5E20"/>
          <w:sz w:val="20"/>
        </w:rPr>
        <w:t xml:space="preserve">Consigne : </w:t>
      </w:r>
      <w:r>
        <w:rPr>
          <w:rFonts w:ascii="Calibri" w:hAnsi="Calibri"/>
          <w:b w:val="0"/>
          <w:i w:val="0"/>
          <w:sz w:val="20"/>
        </w:rPr>
        <w:t>Écris 3 phrases : 1) début 2) petit problème 3) solution.</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Début : Je 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Problème : Mais 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Solution : Finalement ______________________________.</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Exemples de problèmes : une boule tombe, une guirlande s'emmêle, l'étoile est trop haute.</w:t>
            </w:r>
          </w:p>
          <w:p>
            <w:pPr>
              <w:spacing w:after="0" w:before="0" w:line="240" w:lineRule="auto"/>
            </w:pPr>
            <w:r>
              <w:rPr>
                <w:rFonts w:ascii="Calibri" w:hAnsi="Calibri"/>
                <w:b w:val="0"/>
                <w:i w:val="0"/>
                <w:color w:val="787878"/>
                <w:sz w:val="20"/>
              </w:rPr>
              <w:t xml:space="preserve">• </w:t>
            </w:r>
            <w:r>
              <w:rPr>
                <w:rFonts w:ascii="Calibri" w:hAnsi="Calibri"/>
                <w:b w:val="0"/>
                <w:i w:val="0"/>
                <w:sz w:val="20"/>
              </w:rPr>
              <w:t>Connecteurs : puis, mais, finalement.</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7 - </w:t>
      </w:r>
      <w:r>
        <w:rPr>
          <w:rFonts w:ascii="Calibri" w:hAnsi="Calibri"/>
          <w:b/>
          <w:i w:val="0"/>
          <w:color w:val="1B5E20"/>
          <w:sz w:val="30"/>
        </w:rPr>
        <w:t>Recette : biscuits de Noël</w:t>
      </w:r>
    </w:p>
    <w:p>
      <w:pPr>
        <w:spacing w:after="20" w:before="0" w:line="240" w:lineRule="auto"/>
      </w:pPr>
      <w:r>
        <w:rPr>
          <w:rFonts w:ascii="Calibri" w:hAnsi="Calibri"/>
          <w:b/>
          <w:i w:val="0"/>
          <w:color w:val="1B5E20"/>
          <w:sz w:val="20"/>
        </w:rPr>
        <w:t xml:space="preserve">Objectif : </w:t>
      </w:r>
      <w:r>
        <w:rPr>
          <w:rFonts w:ascii="Calibri" w:hAnsi="Calibri"/>
          <w:b w:val="0"/>
          <w:i/>
          <w:sz w:val="20"/>
        </w:rPr>
        <w:t>Écrire des consignes avec des mots d'ordre (D'abord, Ensuite, Puis, Enfin).</w:t>
      </w:r>
    </w:p>
    <w:p>
      <w:pPr>
        <w:spacing w:after="40" w:before="0" w:line="240" w:lineRule="auto"/>
      </w:pPr>
      <w:r>
        <w:rPr>
          <w:rFonts w:ascii="Calibri" w:hAnsi="Calibri"/>
          <w:b/>
          <w:i w:val="0"/>
          <w:color w:val="1B5E20"/>
          <w:sz w:val="20"/>
        </w:rPr>
        <w:t xml:space="preserve">Consigne : </w:t>
      </w:r>
      <w:r>
        <w:rPr>
          <w:rFonts w:ascii="Calibri" w:hAnsi="Calibri"/>
          <w:b w:val="0"/>
          <w:i w:val="0"/>
          <w:sz w:val="20"/>
        </w:rPr>
        <w:t>Explique comment faire des biscuits de Noël en 4 consignes.</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D'abord, __________________________________________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Ensuite, __________________________________________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Puis, _____________________________________________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Enfin, ____________________________________________</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Mots utiles : mélanger, ajouter, couper, cuire, attendre, déguster.</w:t>
            </w:r>
          </w:p>
          <w:p>
            <w:pPr>
              <w:spacing w:after="0" w:before="0" w:line="240" w:lineRule="auto"/>
            </w:pPr>
            <w:r>
              <w:rPr>
                <w:rFonts w:ascii="Calibri" w:hAnsi="Calibri"/>
                <w:b w:val="0"/>
                <w:i w:val="0"/>
                <w:color w:val="787878"/>
                <w:sz w:val="20"/>
              </w:rPr>
              <w:t xml:space="preserve">• </w:t>
            </w:r>
            <w:r>
              <w:rPr>
                <w:rFonts w:ascii="Calibri" w:hAnsi="Calibri"/>
                <w:b w:val="0"/>
                <w:i w:val="0"/>
                <w:sz w:val="20"/>
              </w:rPr>
              <w:t>Pense à l'ordre : on prépare → on découpe → on cuit → on goûte.</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8 - </w:t>
      </w:r>
      <w:r>
        <w:rPr>
          <w:rFonts w:ascii="Calibri" w:hAnsi="Calibri"/>
          <w:b/>
          <w:i w:val="0"/>
          <w:color w:val="1B5E20"/>
          <w:sz w:val="30"/>
        </w:rPr>
        <w:t>Lettre au Père Noël</w:t>
      </w:r>
    </w:p>
    <w:p>
      <w:pPr>
        <w:spacing w:after="20" w:before="0" w:line="240" w:lineRule="auto"/>
      </w:pPr>
      <w:r>
        <w:rPr>
          <w:rFonts w:ascii="Calibri" w:hAnsi="Calibri"/>
          <w:b/>
          <w:i w:val="0"/>
          <w:color w:val="1B5E20"/>
          <w:sz w:val="20"/>
        </w:rPr>
        <w:t xml:space="preserve">Objectif : </w:t>
      </w:r>
      <w:r>
        <w:rPr>
          <w:rFonts w:ascii="Calibri" w:hAnsi="Calibri"/>
          <w:b w:val="0"/>
          <w:i/>
          <w:sz w:val="20"/>
        </w:rPr>
        <w:t>Écrire une lettre courte et polie (salutation, demande, justification, formule de fin).</w:t>
      </w:r>
    </w:p>
    <w:p>
      <w:pPr>
        <w:spacing w:after="40" w:before="0" w:line="240" w:lineRule="auto"/>
      </w:pPr>
      <w:r>
        <w:rPr>
          <w:rFonts w:ascii="Calibri" w:hAnsi="Calibri"/>
          <w:b/>
          <w:i w:val="0"/>
          <w:color w:val="1B5E20"/>
          <w:sz w:val="20"/>
        </w:rPr>
        <w:t xml:space="preserve">Consigne : </w:t>
      </w:r>
      <w:r>
        <w:rPr>
          <w:rFonts w:ascii="Calibri" w:hAnsi="Calibri"/>
          <w:b w:val="0"/>
          <w:i w:val="0"/>
          <w:sz w:val="20"/>
        </w:rPr>
        <w:t>Écris une lettre au Père Noël (6 à 8 lignes).</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Bonjour Père Noël,</w:t>
            </w:r>
          </w:p>
          <w:p>
            <w:pPr>
              <w:spacing w:after="0" w:before="0" w:line="240" w:lineRule="auto"/>
            </w:pPr>
            <w:r>
              <w:rPr>
                <w:rFonts w:ascii="Calibri" w:hAnsi="Calibri"/>
                <w:b w:val="0"/>
                <w:i w:val="0"/>
                <w:color w:val="787878"/>
                <w:sz w:val="20"/>
              </w:rPr>
              <w:t xml:space="preserve">• </w:t>
            </w:r>
            <w:r>
              <w:rPr>
                <w:rFonts w:ascii="Calibri" w:hAnsi="Calibri"/>
                <w:b w:val="0"/>
                <w:i w:val="0"/>
                <w:sz w:val="20"/>
              </w:rPr>
              <w:t>Je m'appelle __________________ et j'ai ______ ans.</w:t>
            </w:r>
          </w:p>
          <w:p>
            <w:pPr>
              <w:spacing w:after="0" w:before="0" w:line="240" w:lineRule="auto"/>
            </w:pPr>
            <w:r>
              <w:rPr>
                <w:rFonts w:ascii="Calibri" w:hAnsi="Calibri"/>
                <w:b w:val="0"/>
                <w:i w:val="0"/>
                <w:color w:val="787878"/>
                <w:sz w:val="20"/>
              </w:rPr>
              <w:t xml:space="preserve">• </w:t>
            </w:r>
            <w:r>
              <w:rPr>
                <w:rFonts w:ascii="Calibri" w:hAnsi="Calibri"/>
                <w:b w:val="0"/>
                <w:i w:val="0"/>
                <w:sz w:val="20"/>
              </w:rPr>
              <w:t>Cette année, j'ai 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J'aimerais 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Merci. Joyeux Noël !</w:t>
            </w:r>
          </w:p>
          <w:p>
            <w:pPr>
              <w:spacing w:after="0" w:before="0" w:line="240" w:lineRule="auto"/>
            </w:pPr>
            <w:r>
              <w:rPr>
                <w:rFonts w:ascii="Calibri" w:hAnsi="Calibri"/>
                <w:b w:val="0"/>
                <w:i w:val="0"/>
                <w:color w:val="787878"/>
                <w:sz w:val="20"/>
              </w:rPr>
              <w:t xml:space="preserve">• </w:t>
            </w:r>
            <w:r>
              <w:rPr>
                <w:rFonts w:ascii="Calibri" w:hAnsi="Calibri"/>
                <w:b w:val="0"/>
                <w:i w:val="0"/>
                <w:sz w:val="20"/>
              </w:rPr>
              <w:t>Au revoir. (Signature) ___________________________</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Mots utiles : s'il te plaît, merci, je promets, je voudrais, je suis.</w:t>
            </w:r>
          </w:p>
          <w:p>
            <w:pPr>
              <w:spacing w:after="0" w:before="0" w:line="240" w:lineRule="auto"/>
            </w:pPr>
            <w:r>
              <w:rPr>
                <w:rFonts w:ascii="Calibri" w:hAnsi="Calibri"/>
                <w:b w:val="0"/>
                <w:i w:val="0"/>
                <w:color w:val="787878"/>
                <w:sz w:val="20"/>
              </w:rPr>
              <w:t xml:space="preserve">• </w:t>
            </w:r>
            <w:r>
              <w:rPr>
                <w:rFonts w:ascii="Calibri" w:hAnsi="Calibri"/>
                <w:b w:val="0"/>
                <w:i w:val="0"/>
                <w:sz w:val="20"/>
              </w:rPr>
              <w:t>Tu peux demander 1 ou 2 choses et expliquer pourquoi.</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9 - </w:t>
      </w:r>
      <w:r>
        <w:rPr>
          <w:rFonts w:ascii="Calibri" w:hAnsi="Calibri"/>
          <w:b/>
          <w:i w:val="0"/>
          <w:color w:val="1B5E20"/>
          <w:sz w:val="30"/>
        </w:rPr>
        <w:t>Le calendrier de l'Avent (5 phrases)</w:t>
      </w:r>
    </w:p>
    <w:p>
      <w:pPr>
        <w:spacing w:after="20" w:before="0" w:line="240" w:lineRule="auto"/>
      </w:pPr>
      <w:r>
        <w:rPr>
          <w:rFonts w:ascii="Calibri" w:hAnsi="Calibri"/>
          <w:b/>
          <w:i w:val="0"/>
          <w:color w:val="1B5E20"/>
          <w:sz w:val="20"/>
        </w:rPr>
        <w:t xml:space="preserve">Objectif : </w:t>
      </w:r>
      <w:r>
        <w:rPr>
          <w:rFonts w:ascii="Calibri" w:hAnsi="Calibri"/>
          <w:b w:val="0"/>
          <w:i/>
          <w:sz w:val="20"/>
        </w:rPr>
        <w:t>Écrire 5 phrases courtes en décrivant une habitude (chaque jour...).</w:t>
      </w:r>
    </w:p>
    <w:p>
      <w:pPr>
        <w:spacing w:after="40" w:before="0" w:line="240" w:lineRule="auto"/>
      </w:pPr>
      <w:r>
        <w:rPr>
          <w:rFonts w:ascii="Calibri" w:hAnsi="Calibri"/>
          <w:b/>
          <w:i w:val="0"/>
          <w:color w:val="1B5E20"/>
          <w:sz w:val="20"/>
        </w:rPr>
        <w:t xml:space="preserve">Consigne : </w:t>
      </w:r>
      <w:r>
        <w:rPr>
          <w:rFonts w:ascii="Calibri" w:hAnsi="Calibri"/>
          <w:b w:val="0"/>
          <w:i w:val="0"/>
          <w:sz w:val="20"/>
        </w:rPr>
        <w:t>Écris 5 phrases sur ton calendrier de l'Avent (réel ou imaginaire).</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1) Chaque jour, 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2) Aujourd'hui, 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3) Ce matin, 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4) Je __________________________________________.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5) Demain, ______________________________________.</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Mots utiles : ouvrir, attendre, chocolat, surprise, calendrier, numéro.</w:t>
            </w:r>
          </w:p>
          <w:p>
            <w:pPr>
              <w:spacing w:after="0" w:before="0" w:line="240" w:lineRule="auto"/>
            </w:pPr>
            <w:r>
              <w:rPr>
                <w:rFonts w:ascii="Calibri" w:hAnsi="Calibri"/>
                <w:b w:val="0"/>
                <w:i w:val="0"/>
                <w:color w:val="787878"/>
                <w:sz w:val="20"/>
              </w:rPr>
              <w:t xml:space="preserve">• </w:t>
            </w:r>
            <w:r>
              <w:rPr>
                <w:rFonts w:ascii="Calibri" w:hAnsi="Calibri"/>
                <w:b w:val="0"/>
                <w:i w:val="0"/>
                <w:sz w:val="20"/>
              </w:rPr>
              <w:t>Pense à la ponctuation : un point à la fin de chaque phrase.</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tbl>
      <w:tblPr>
        <w:tblW w:type="auto" w:w="0"/>
        <w:jc w:val="center"/>
        <w:tblLayout w:type="autofit"/>
        <w:tblLook w:firstColumn="1" w:firstRow="1" w:lastColumn="0" w:lastRow="0" w:noHBand="0" w:noVBand="1" w:val="04A0"/>
        <w:tblBorders>
          <w:top w:val="single" w:sz="6" w:color="D9D9D9"/>
          <w:left w:val="single" w:sz="6" w:color="D9D9D9"/>
          <w:bottom w:val="single" w:sz="6" w:color="D9D9D9"/>
          <w:right w:val="single" w:sz="6" w:color="D9D9D9"/>
          <w:insideH w:val="single" w:sz="6" w:color="D9D9D9"/>
          <w:insideV w:val="single" w:sz="6" w:color="D9D9D9"/>
        </w:tblBorders>
      </w:tblPr>
      <w:tblGrid>
        <w:gridCol w:w="5156"/>
        <w:gridCol w:w="5156"/>
      </w:tblGrid>
      <w:tr>
        <w:tc>
          <w:tcPr>
            <w:tcW w:type="dxa" w:w="5156"/>
            <w:vAlign w:val="center"/>
            <w:shd w:val="clear" w:color="auto" w:fill="F5F5F5"/>
          </w:tcPr>
          <w:p>
            <w:pPr>
              <w:spacing w:after="0" w:before="0" w:line="240" w:lineRule="auto"/>
            </w:pPr>
            <w:r>
              <w:rPr>
                <w:rFonts w:ascii="Calibri" w:hAnsi="Calibri"/>
                <w:sz w:val="22"/>
              </w:rPr>
              <w:t>Nom : ____________________________</w:t>
            </w:r>
          </w:p>
        </w:tc>
        <w:tc>
          <w:tcPr>
            <w:tcW w:type="dxa" w:w="5156"/>
            <w:vAlign w:val="center"/>
            <w:shd w:val="clear" w:color="auto" w:fill="F5F5F5"/>
          </w:tcPr>
          <w:p>
            <w:pPr>
              <w:spacing w:after="0" w:before="0" w:line="240" w:lineRule="auto"/>
            </w:pPr>
            <w:r>
              <w:rPr>
                <w:rFonts w:ascii="Calibri" w:hAnsi="Calibri"/>
                <w:sz w:val="22"/>
              </w:rPr>
              <w:t>Date : ____ / ____ / ______</w:t>
            </w:r>
          </w:p>
        </w:tc>
      </w:tr>
    </w:tbl>
    <w:p>
      <w:pPr>
        <w:spacing w:after="40" w:before="0" w:line="240" w:lineRule="auto"/>
      </w:pPr>
      <w:r>
        <w:rPr>
          <w:rFonts w:ascii="Calibri" w:hAnsi="Calibri"/>
          <w:b/>
          <w:i w:val="0"/>
          <w:color w:val="B71C1C"/>
          <w:sz w:val="30"/>
        </w:rPr>
        <w:t xml:space="preserve">Fiche 10 - </w:t>
      </w:r>
      <w:r>
        <w:rPr>
          <w:rFonts w:ascii="Calibri" w:hAnsi="Calibri"/>
          <w:b/>
          <w:i w:val="0"/>
          <w:color w:val="1B5E20"/>
          <w:sz w:val="30"/>
        </w:rPr>
        <w:t>Un renne extraordinaire</w:t>
      </w:r>
    </w:p>
    <w:p>
      <w:pPr>
        <w:spacing w:after="20" w:before="0" w:line="240" w:lineRule="auto"/>
      </w:pPr>
      <w:r>
        <w:rPr>
          <w:rFonts w:ascii="Calibri" w:hAnsi="Calibri"/>
          <w:b/>
          <w:i w:val="0"/>
          <w:color w:val="1B5E20"/>
          <w:sz w:val="20"/>
        </w:rPr>
        <w:t xml:space="preserve">Objectif : </w:t>
      </w:r>
      <w:r>
        <w:rPr>
          <w:rFonts w:ascii="Calibri" w:hAnsi="Calibri"/>
          <w:b w:val="0"/>
          <w:i/>
          <w:sz w:val="20"/>
        </w:rPr>
        <w:t>Créer un personnage imaginaire et écrire un mini-texte (description + pouvoir + action).</w:t>
      </w:r>
    </w:p>
    <w:p>
      <w:pPr>
        <w:spacing w:after="40" w:before="0" w:line="240" w:lineRule="auto"/>
      </w:pPr>
      <w:r>
        <w:rPr>
          <w:rFonts w:ascii="Calibri" w:hAnsi="Calibri"/>
          <w:b/>
          <w:i w:val="0"/>
          <w:color w:val="1B5E20"/>
          <w:sz w:val="20"/>
        </w:rPr>
        <w:t xml:space="preserve">Consigne : </w:t>
      </w:r>
      <w:r>
        <w:rPr>
          <w:rFonts w:ascii="Calibri" w:hAnsi="Calibri"/>
          <w:b w:val="0"/>
          <w:i w:val="0"/>
          <w:sz w:val="20"/>
        </w:rPr>
        <w:t>Invente un renne magique. Écris 5 à 6 phrases.</w:t>
      </w:r>
    </w:p>
    <w:tbl>
      <w:tblPr>
        <w:tblW w:type="auto" w:w="0"/>
        <w:jc w:val="center"/>
        <w:tblLayout w:type="autofit"/>
        <w:tblLook w:firstColumn="1" w:firstRow="1" w:lastColumn="0" w:lastRow="0" w:noHBand="0" w:noVBand="1" w:val="04A0"/>
        <w:tblBorders>
          <w:top w:val="single" w:sz="6" w:color="FFE082"/>
          <w:left w:val="single" w:sz="6" w:color="FFE082"/>
          <w:bottom w:val="single" w:sz="6" w:color="FFE082"/>
          <w:right w:val="single" w:sz="6" w:color="FFE082"/>
          <w:insideH w:val="single" w:sz="6" w:color="FFE082"/>
          <w:insideV w:val="single" w:sz="6" w:color="FFE082"/>
        </w:tblBorders>
      </w:tblPr>
      <w:tblGrid>
        <w:gridCol w:w="10312"/>
      </w:tblGrid>
      <w:tr>
        <w:tc>
          <w:tcPr>
            <w:tcW w:type="dxa" w:w="10312"/>
            <w:shd w:val="clear" w:color="auto" w:fill="FFFDE7"/>
          </w:tcPr>
          <w:p>
            <w:pPr>
              <w:spacing w:after="0" w:before="0" w:line="240" w:lineRule="auto"/>
            </w:pPr>
            <w:r>
              <w:rPr>
                <w:rFonts w:ascii="Calibri" w:hAnsi="Calibri"/>
                <w:b/>
                <w:i w:val="0"/>
                <w:color w:val="1B5E20"/>
                <w:sz w:val="20"/>
              </w:rPr>
              <w:t>À faire :</w:t>
            </w:r>
          </w:p>
          <w:p>
            <w:pPr>
              <w:spacing w:after="0" w:before="0" w:line="240" w:lineRule="auto"/>
            </w:pPr>
            <w:r>
              <w:rPr>
                <w:rFonts w:ascii="Calibri" w:hAnsi="Calibri"/>
                <w:b w:val="0"/>
                <w:i w:val="0"/>
                <w:color w:val="787878"/>
                <w:sz w:val="20"/>
              </w:rPr>
              <w:t xml:space="preserve">• </w:t>
            </w:r>
            <w:r>
              <w:rPr>
                <w:rFonts w:ascii="Calibri" w:hAnsi="Calibri"/>
                <w:b w:val="0"/>
                <w:i w:val="0"/>
                <w:sz w:val="20"/>
              </w:rPr>
              <w:t>Mon renne s'appelle 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Il est ___________________________________________.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Ses cornes ________________________________________.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Son pouvoir : ______________________________________.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La nuit de Noël, il ________________________________.</w:t>
            </w:r>
          </w:p>
          <w:p>
            <w:pPr>
              <w:spacing w:after="0" w:before="0" w:line="240" w:lineRule="auto"/>
            </w:pPr>
            <w:r>
              <w:rPr>
                <w:rFonts w:ascii="Calibri" w:hAnsi="Calibri"/>
                <w:b w:val="0"/>
                <w:i w:val="0"/>
                <w:color w:val="787878"/>
                <w:sz w:val="20"/>
              </w:rPr>
              <w:t xml:space="preserve">• </w:t>
            </w:r>
            <w:r>
              <w:rPr>
                <w:rFonts w:ascii="Calibri" w:hAnsi="Calibri"/>
                <w:b w:val="0"/>
                <w:i w:val="0"/>
                <w:sz w:val="20"/>
              </w:rPr>
              <w:t>Et ensuite, _______________________________________.</w:t>
            </w:r>
          </w:p>
        </w:tc>
      </w:tr>
    </w:tbl>
    <w:p>
      <w:pPr>
        <w:spacing w:after="40" w:before="0" w:line="240" w:lineRule="auto"/>
      </w:pPr>
    </w:p>
    <w:tbl>
      <w:tblPr>
        <w:tblW w:type="auto" w:w="0"/>
        <w:jc w:val="center"/>
        <w:tblLayout w:type="autofit"/>
        <w:tblLook w:firstColumn="1" w:firstRow="1" w:lastColumn="0" w:lastRow="0" w:noHBand="0" w:noVBand="1" w:val="04A0"/>
        <w:tblBorders>
          <w:top w:val="single" w:sz="6" w:color="C8E6C9"/>
          <w:left w:val="single" w:sz="6" w:color="C8E6C9"/>
          <w:bottom w:val="single" w:sz="6" w:color="C8E6C9"/>
          <w:right w:val="single" w:sz="6" w:color="C8E6C9"/>
          <w:insideH w:val="single" w:sz="6" w:color="C8E6C9"/>
          <w:insideV w:val="single" w:sz="6" w:color="C8E6C9"/>
        </w:tblBorders>
      </w:tblPr>
      <w:tblGrid>
        <w:gridCol w:w="10312"/>
      </w:tblGrid>
      <w:tr>
        <w:tc>
          <w:tcPr>
            <w:tcW w:type="dxa" w:w="10312"/>
            <w:shd w:val="clear" w:color="auto" w:fill="E8F5E9"/>
          </w:tcPr>
          <w:p>
            <w:pPr>
              <w:spacing w:after="0" w:before="0" w:line="240" w:lineRule="auto"/>
            </w:pPr>
            <w:r>
              <w:rPr>
                <w:rFonts w:ascii="Calibri" w:hAnsi="Calibri"/>
                <w:b/>
                <w:i w:val="0"/>
                <w:color w:val="1B5E20"/>
                <w:sz w:val="20"/>
              </w:rPr>
              <w:t>Aide / Banque de mots :</w:t>
            </w:r>
          </w:p>
          <w:p>
            <w:pPr>
              <w:spacing w:after="0" w:before="0" w:line="240" w:lineRule="auto"/>
            </w:pPr>
            <w:r>
              <w:rPr>
                <w:rFonts w:ascii="Calibri" w:hAnsi="Calibri"/>
                <w:b w:val="0"/>
                <w:i w:val="0"/>
                <w:color w:val="787878"/>
                <w:sz w:val="20"/>
              </w:rPr>
              <w:t xml:space="preserve">• </w:t>
            </w:r>
            <w:r>
              <w:rPr>
                <w:rFonts w:ascii="Calibri" w:hAnsi="Calibri"/>
                <w:b w:val="0"/>
                <w:i w:val="0"/>
                <w:sz w:val="20"/>
              </w:rPr>
              <w:t>Mots utiles : brillant, rapide, silencieux, magique, étoile, ciel, voler.</w:t>
            </w:r>
          </w:p>
          <w:p>
            <w:pPr>
              <w:spacing w:after="0" w:before="0" w:line="240" w:lineRule="auto"/>
            </w:pPr>
            <w:r>
              <w:rPr>
                <w:rFonts w:ascii="Calibri" w:hAnsi="Calibri"/>
                <w:b w:val="0"/>
                <w:i w:val="0"/>
                <w:color w:val="787878"/>
                <w:sz w:val="20"/>
              </w:rPr>
              <w:t xml:space="preserve">• </w:t>
            </w:r>
            <w:r>
              <w:rPr>
                <w:rFonts w:ascii="Calibri" w:hAnsi="Calibri"/>
                <w:b w:val="0"/>
                <w:i w:val="0"/>
                <w:sz w:val="20"/>
              </w:rPr>
              <w:t>Tu peux ajouter un détail drôle : une clochette, une écharpe, une couleur.</w:t>
            </w:r>
          </w:p>
        </w:tc>
      </w:tr>
    </w:tbl>
    <w:p>
      <w:pPr>
        <w:spacing w:after="40" w:before="0" w:line="240" w:lineRule="auto"/>
      </w:pPr>
    </w:p>
    <w:p>
      <w:pPr>
        <w:spacing w:after="20" w:before="0" w:line="240" w:lineRule="auto"/>
      </w:pPr>
      <w:r>
        <w:rPr>
          <w:rFonts w:ascii="Calibri" w:hAnsi="Calibri"/>
          <w:b/>
          <w:i w:val="0"/>
          <w:color w:val="1B5E20"/>
          <w:sz w:val="20"/>
        </w:rPr>
        <w:t>Espace d'écriture</w:t>
      </w:r>
    </w:p>
    <w:tbl>
      <w:tblPr>
        <w:tblW w:type="auto" w:w="0"/>
        <w:jc w:val="center"/>
        <w:tblLayout w:type="autofit"/>
        <w:tblLook w:firstColumn="1" w:firstRow="1" w:lastColumn="0" w:lastRow="0" w:noHBand="0" w:noVBand="1" w:val="04A0"/>
      </w:tblPr>
      <w:tblGrid>
        <w:gridCol w:w="10312"/>
      </w:tblGrid>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r>
        <w:trPr>
          <w:trHeight w:val="312"/>
        </w:trPr>
        <w:tc>
          <w:tcPr>
            <w:tcW w:type="dxa" w:w="10312"/>
            <w:vAlign w:val="bottom"/>
            <w:tcBorders>
              <w:top w:val="nil"/>
              <w:left w:val="nil"/>
              <w:right w:val="nil"/>
              <w:bottom w:val="single" w:sz="6" w:color="BFBFBF"/>
            </w:tcBorders>
          </w:tcPr>
          <w:p>
            <w:r/>
          </w:p>
        </w:tc>
      </w:tr>
    </w:tbl>
    <w:p>
      <w:pPr>
        <w:spacing w:after="0" w:before="0" w:line="240" w:lineRule="auto"/>
      </w:pPr>
      <w:r>
        <w:rPr>
          <w:rFonts w:ascii="Calibri" w:hAnsi="Calibri"/>
          <w:b/>
          <w:i w:val="0"/>
          <w:color w:val="1B5E20"/>
          <w:sz w:val="20"/>
        </w:rPr>
        <w:t xml:space="preserve">Je vérifie : </w:t>
      </w:r>
      <w:r>
        <w:rPr>
          <w:rFonts w:ascii="Calibri" w:hAnsi="Calibri"/>
          <w:b w:val="0"/>
          <w:i w:val="0"/>
          <w:sz w:val="20"/>
        </w:rPr>
        <w:t>☐ Majuscule   ☐ Point   ☐ Mots séparés   ☐ Je relis</w:t>
      </w:r>
    </w:p>
    <w:p>
      <w:r>
        <w:br w:type="page"/>
      </w:r>
    </w:p>
    <w:p>
      <w:pPr>
        <w:spacing w:after="120" w:before="0" w:line="240" w:lineRule="auto"/>
      </w:pPr>
      <w:r>
        <w:rPr>
          <w:rFonts w:ascii="Calibri" w:hAnsi="Calibri"/>
          <w:b/>
          <w:i w:val="0"/>
          <w:color w:val="1B5E20"/>
          <w:sz w:val="36"/>
        </w:rPr>
        <w:t>Corrigés - exemples de réponses</w:t>
      </w:r>
    </w:p>
    <w:p>
      <w:pPr>
        <w:spacing w:after="20" w:before="0" w:line="240" w:lineRule="auto"/>
      </w:pPr>
      <w:r>
        <w:rPr>
          <w:rFonts w:ascii="Calibri" w:hAnsi="Calibri"/>
          <w:b/>
          <w:i w:val="0"/>
          <w:color w:val="B71C1C"/>
          <w:sz w:val="22"/>
        </w:rPr>
        <w:t xml:space="preserve">Fiche 1 - </w:t>
      </w:r>
      <w:r>
        <w:rPr>
          <w:rFonts w:ascii="Calibri" w:hAnsi="Calibri"/>
          <w:b/>
          <w:i w:val="0"/>
          <w:color w:val="1B5E20"/>
          <w:sz w:val="22"/>
        </w:rPr>
        <w:t>Les mots de Noël</w:t>
      </w:r>
    </w:p>
    <w:p>
      <w:pPr>
        <w:spacing w:after="80" w:before="0" w:line="240" w:lineRule="auto"/>
      </w:pPr>
      <w:r>
        <w:t>Exemples : Le renne tire le traîneau. Le lutin met une étoile sur le sapin. La neige tombe sur la maison. Le Père Noël passe par la cheminée. (Plusieurs réponses possibles).</w:t>
      </w:r>
    </w:p>
    <w:p>
      <w:pPr>
        <w:spacing w:after="20" w:before="0" w:line="240" w:lineRule="auto"/>
      </w:pPr>
      <w:r>
        <w:rPr>
          <w:rFonts w:ascii="Calibri" w:hAnsi="Calibri"/>
          <w:b/>
          <w:i w:val="0"/>
          <w:color w:val="B71C1C"/>
          <w:sz w:val="22"/>
        </w:rPr>
        <w:t xml:space="preserve">Fiche 2 - </w:t>
      </w:r>
      <w:r>
        <w:rPr>
          <w:rFonts w:ascii="Calibri" w:hAnsi="Calibri"/>
          <w:b/>
          <w:i w:val="0"/>
          <w:color w:val="1B5E20"/>
          <w:sz w:val="22"/>
        </w:rPr>
        <w:t>Décrire le Père Noël (ou un lutin)</w:t>
      </w:r>
    </w:p>
    <w:p>
      <w:pPr>
        <w:spacing w:after="80" w:before="0" w:line="240" w:lineRule="auto"/>
      </w:pPr>
      <w:r>
        <w:t>Exemple : Le Père Noël est un vieux monsieur joyeux. Il a une grande barbe blanche et un manteau rouge. Il porte un sac plein de cadeaux. La nuit de Noël, il voyage vite dans le ciel.</w:t>
      </w:r>
    </w:p>
    <w:p>
      <w:pPr>
        <w:spacing w:after="20" w:before="0" w:line="240" w:lineRule="auto"/>
      </w:pPr>
      <w:r>
        <w:rPr>
          <w:rFonts w:ascii="Calibri" w:hAnsi="Calibri"/>
          <w:b/>
          <w:i w:val="0"/>
          <w:color w:val="B71C1C"/>
          <w:sz w:val="22"/>
        </w:rPr>
        <w:t xml:space="preserve">Fiche 3 - </w:t>
      </w:r>
      <w:r>
        <w:rPr>
          <w:rFonts w:ascii="Calibri" w:hAnsi="Calibri"/>
          <w:b/>
          <w:i w:val="0"/>
          <w:color w:val="1B5E20"/>
          <w:sz w:val="22"/>
        </w:rPr>
        <w:t>Carte de vœux : Joyeux Noël !</w:t>
      </w:r>
    </w:p>
    <w:p>
      <w:pPr>
        <w:spacing w:after="80" w:before="0" w:line="240" w:lineRule="auto"/>
      </w:pPr>
      <w:r>
        <w:t>Exemple : Bonjour Mamie, je te souhaite un très joyeux Noël. Chez moi, le sapin est magnifique et on prépare un bon goûter. J'espère te voir bientôt. Gros bisous. (Prénom)</w:t>
      </w:r>
    </w:p>
    <w:p>
      <w:pPr>
        <w:spacing w:after="20" w:before="0" w:line="240" w:lineRule="auto"/>
      </w:pPr>
      <w:r>
        <w:rPr>
          <w:rFonts w:ascii="Calibri" w:hAnsi="Calibri"/>
          <w:b/>
          <w:i w:val="0"/>
          <w:color w:val="B71C1C"/>
          <w:sz w:val="22"/>
        </w:rPr>
        <w:t xml:space="preserve">Fiche 4 - </w:t>
      </w:r>
      <w:r>
        <w:rPr>
          <w:rFonts w:ascii="Calibri" w:hAnsi="Calibri"/>
          <w:b/>
          <w:i w:val="0"/>
          <w:color w:val="1B5E20"/>
          <w:sz w:val="22"/>
        </w:rPr>
        <w:t>Le cadeau mystérieux</w:t>
      </w:r>
    </w:p>
    <w:p>
      <w:pPr>
        <w:spacing w:after="80" w:before="0" w:line="240" w:lineRule="auto"/>
      </w:pPr>
      <w:r>
        <w:t>Exemple : Sous le sapin, je vois un cadeau sans prénom. Je le secoue doucement et j'entends un petit bruit. Je l'ouvre et je découvre une boule de neige magique. Soudain, elle fait tomber une pluie d'étoiles dans le salon.</w:t>
      </w:r>
    </w:p>
    <w:p>
      <w:pPr>
        <w:spacing w:after="20" w:before="0" w:line="240" w:lineRule="auto"/>
      </w:pPr>
      <w:r>
        <w:rPr>
          <w:rFonts w:ascii="Calibri" w:hAnsi="Calibri"/>
          <w:b/>
          <w:i w:val="0"/>
          <w:color w:val="B71C1C"/>
          <w:sz w:val="22"/>
        </w:rPr>
        <w:t xml:space="preserve">Fiche 5 - </w:t>
      </w:r>
      <w:r>
        <w:rPr>
          <w:rFonts w:ascii="Calibri" w:hAnsi="Calibri"/>
          <w:b/>
          <w:i w:val="0"/>
          <w:color w:val="1B5E20"/>
          <w:sz w:val="22"/>
        </w:rPr>
        <w:t>Dialogue au marché de Noël</w:t>
      </w:r>
    </w:p>
    <w:p>
      <w:pPr>
        <w:spacing w:after="80" w:before="0" w:line="240" w:lineRule="auto"/>
      </w:pPr>
      <w:r>
        <w:t>Exemple : - Bonjour, je voudrais un chocolat chaud, s'il vous plaît. - Bien sûr, cela fait deux euros. - D'accord, merci. - Voilà, joyeux Noël !</w:t>
      </w:r>
    </w:p>
    <w:p>
      <w:pPr>
        <w:spacing w:after="20" w:before="0" w:line="240" w:lineRule="auto"/>
      </w:pPr>
      <w:r>
        <w:rPr>
          <w:rFonts w:ascii="Calibri" w:hAnsi="Calibri"/>
          <w:b/>
          <w:i w:val="0"/>
          <w:color w:val="B71C1C"/>
          <w:sz w:val="22"/>
        </w:rPr>
        <w:t xml:space="preserve">Fiche 6 - </w:t>
      </w:r>
      <w:r>
        <w:rPr>
          <w:rFonts w:ascii="Calibri" w:hAnsi="Calibri"/>
          <w:b/>
          <w:i w:val="0"/>
          <w:color w:val="1B5E20"/>
          <w:sz w:val="22"/>
        </w:rPr>
        <w:t>Décorer le sapin (début - problème - solution)</w:t>
      </w:r>
    </w:p>
    <w:p>
      <w:pPr>
        <w:spacing w:after="80" w:before="0" w:line="240" w:lineRule="auto"/>
      </w:pPr>
      <w:r>
        <w:t>Exemple : Je décore le sapin avec ma famille. Mais une boule tombe et roule sous le meuble. Finalement, je la retrouve et je la remets sur une branche.</w:t>
      </w:r>
    </w:p>
    <w:p>
      <w:pPr>
        <w:spacing w:after="20" w:before="0" w:line="240" w:lineRule="auto"/>
      </w:pPr>
      <w:r>
        <w:rPr>
          <w:rFonts w:ascii="Calibri" w:hAnsi="Calibri"/>
          <w:b/>
          <w:i w:val="0"/>
          <w:color w:val="B71C1C"/>
          <w:sz w:val="22"/>
        </w:rPr>
        <w:t xml:space="preserve">Fiche 7 - </w:t>
      </w:r>
      <w:r>
        <w:rPr>
          <w:rFonts w:ascii="Calibri" w:hAnsi="Calibri"/>
          <w:b/>
          <w:i w:val="0"/>
          <w:color w:val="1B5E20"/>
          <w:sz w:val="22"/>
        </w:rPr>
        <w:t>Recette : biscuits de Noël</w:t>
      </w:r>
    </w:p>
    <w:p>
      <w:pPr>
        <w:spacing w:after="80" w:before="0" w:line="240" w:lineRule="auto"/>
      </w:pPr>
      <w:r>
        <w:t>Exemple : D'abord, je mélange la farine et le sucre. Ensuite, j'ajoute un œuf et je remue. Puis, je découpe la pâte en formes d'étoiles. Enfin, je fais cuire et je déguste.</w:t>
      </w:r>
    </w:p>
    <w:p>
      <w:pPr>
        <w:spacing w:after="20" w:before="0" w:line="240" w:lineRule="auto"/>
      </w:pPr>
      <w:r>
        <w:rPr>
          <w:rFonts w:ascii="Calibri" w:hAnsi="Calibri"/>
          <w:b/>
          <w:i w:val="0"/>
          <w:color w:val="B71C1C"/>
          <w:sz w:val="22"/>
        </w:rPr>
        <w:t xml:space="preserve">Fiche 8 - </w:t>
      </w:r>
      <w:r>
        <w:rPr>
          <w:rFonts w:ascii="Calibri" w:hAnsi="Calibri"/>
          <w:b/>
          <w:i w:val="0"/>
          <w:color w:val="1B5E20"/>
          <w:sz w:val="22"/>
        </w:rPr>
        <w:t>Lettre au Père Noël</w:t>
      </w:r>
    </w:p>
    <w:p>
      <w:pPr>
        <w:spacing w:after="80" w:before="0" w:line="240" w:lineRule="auto"/>
      </w:pPr>
      <w:r>
        <w:t>Exemple : Bonjour Père Noël, je m'appelle Adam et j'ai 7 ans. Cette année, j'ai bien travaillé à l'école. J'aimerais un livre et un jeu de construction, s'il te plaît. Merci. Joyeux Noël ! Au revoir. Adam</w:t>
      </w:r>
    </w:p>
    <w:p>
      <w:pPr>
        <w:spacing w:after="20" w:before="0" w:line="240" w:lineRule="auto"/>
      </w:pPr>
      <w:r>
        <w:rPr>
          <w:rFonts w:ascii="Calibri" w:hAnsi="Calibri"/>
          <w:b/>
          <w:i w:val="0"/>
          <w:color w:val="B71C1C"/>
          <w:sz w:val="22"/>
        </w:rPr>
        <w:t xml:space="preserve">Fiche 9 - </w:t>
      </w:r>
      <w:r>
        <w:rPr>
          <w:rFonts w:ascii="Calibri" w:hAnsi="Calibri"/>
          <w:b/>
          <w:i w:val="0"/>
          <w:color w:val="1B5E20"/>
          <w:sz w:val="22"/>
        </w:rPr>
        <w:t>Le calendrier de l'Avent (5 phrases)</w:t>
      </w:r>
    </w:p>
    <w:p>
      <w:pPr>
        <w:spacing w:after="80" w:before="0" w:line="240" w:lineRule="auto"/>
      </w:pPr>
      <w:r>
        <w:t>Exemple : Chaque jour, j'ouvre une case. Aujourd'hui, je trouve un chocolat. Ce matin, j'étais très impatient. Je partage la surprise avec ma sœur. Demain, j'ouvrirai une nouvelle case.</w:t>
      </w:r>
    </w:p>
    <w:p>
      <w:pPr>
        <w:spacing w:after="20" w:before="0" w:line="240" w:lineRule="auto"/>
      </w:pPr>
      <w:r>
        <w:rPr>
          <w:rFonts w:ascii="Calibri" w:hAnsi="Calibri"/>
          <w:b/>
          <w:i w:val="0"/>
          <w:color w:val="B71C1C"/>
          <w:sz w:val="22"/>
        </w:rPr>
        <w:t xml:space="preserve">Fiche 10 - </w:t>
      </w:r>
      <w:r>
        <w:rPr>
          <w:rFonts w:ascii="Calibri" w:hAnsi="Calibri"/>
          <w:b/>
          <w:i w:val="0"/>
          <w:color w:val="1B5E20"/>
          <w:sz w:val="22"/>
        </w:rPr>
        <w:t>Un renne extraordinaire</w:t>
      </w:r>
    </w:p>
    <w:p>
      <w:pPr>
        <w:spacing w:after="80" w:before="0" w:line="240" w:lineRule="auto"/>
      </w:pPr>
      <w:r>
        <w:t>Exemple : Mon renne s'appelle Éclair. Il est très rapide et silencieux. Ses cornes brillent comme des étoiles. Son pouvoir : il voit dans le brouillard. La nuit de Noël, il guide le traîneau au-dessus des toits. Et ensuite, il rentre se reposer.</w:t>
      </w:r>
    </w:p>
    <w:sectPr w:rsidR="00FC693F" w:rsidRPr="0006063C" w:rsidSect="00034616">
      <w:footerReference w:type="default" r:id="rId9"/>
      <w:pgSz w:w="12240" w:h="15840"/>
      <w:pgMar w:top="850" w:right="964" w:bottom="850" w:left="9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p>
  <w:tbl>
    <w:tblPr>
      <w:tblW w:type="auto" w:w="0"/>
      <w:jc w:val="center"/>
      <w:tblLook w:firstColumn="1" w:firstRow="1" w:lastColumn="0" w:lastRow="0" w:noHBand="0" w:noVBand="1" w:val="04A0"/>
    </w:tblPr>
    <w:tblGrid>
      <w:gridCol w:w="4680"/>
      <w:gridCol w:w="4680"/>
    </w:tblGrid>
    <w:tr>
      <w:tc>
        <w:tcPr>
          <w:tcW w:type="dxa" w:w="4680"/>
        </w:tcPr>
        <w:p>
          <w:pPr>
            <w:jc w:val="left"/>
          </w:pPr>
          <w:r>
            <w:rPr>
              <w:rFonts w:ascii="Calibri" w:hAnsi="Calibri"/>
              <w:color w:val="787878"/>
              <w:sz w:val="18"/>
            </w:rPr>
            <w:t>lecoursgratuit.com</w:t>
          </w:r>
        </w:p>
      </w:tc>
      <w:tc>
        <w:tcPr>
          <w:tcW w:type="dxa" w:w="4680"/>
        </w:tcPr>
        <w:p>
          <w:pPr>
            <w:jc w:val="right"/>
          </w:pPr>
          <w:r>
            <w:rPr>
              <w:rFonts w:ascii="Calibri" w:hAnsi="Calibri"/>
              <w:color w:val="787878"/>
              <w:sz w:val="18"/>
            </w:rPr>
            <w:t xml:space="preserve">Page </w:t>
          </w:r>
          <w:r>
            <w:rPr>
              <w:rFonts w:ascii="Calibri" w:hAnsi="Calibri"/>
              <w:color w:val="787878"/>
              <w:sz w:val="18"/>
            </w:rPr>
            <w:fldChar w:fldCharType="begin"/>
            <w:instrText xml:space="preserve"> PAGE </w:instrText>
            <w:fldChar w:fldCharType="separate"/>
            <w:t>1</w:t>
            <w:fldChar w:fldCharType="end"/>
          </w:r>
        </w:p>
      </w:tc>
    </w:tr>
  </w:tbl>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0" w:before="0" w:line="240" w:lineRule="auto"/>
    </w:pPr>
    <w:rPr>
      <w:rFonts w:ascii="Calibri" w:hAnsi="Calibri"/>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