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SÉQUENCE PÉDAGOGIQUE – PHRASE SIMPLE / PHRASE COMPLEXE</w:t>
      </w:r>
    </w:p>
    <w:p>
      <w:pPr>
        <w:jc w:val="center"/>
      </w:pPr>
      <w:r>
        <w:rPr>
          <w:i/>
        </w:rPr>
        <w:t>Niveau : Collège – Durée : 3 séances de 55 min (indicatif)</w:t>
      </w:r>
    </w:p>
    <w:p/>
    <w:p>
      <w:r>
        <w:rPr>
          <w:b/>
        </w:rPr>
        <w:t>1. Cadre général de la séquence</w:t>
      </w:r>
    </w:p>
    <w:p>
      <w:r>
        <w:t>• Domaine : Étude de la langue – Grammaire</w:t>
      </w:r>
    </w:p>
    <w:p>
      <w:r>
        <w:t>• Notions travaillées : verbe conjugué, proposition, phrase simple, phrase complexe ; juxtaposition, coordination, subordination.</w:t>
      </w:r>
    </w:p>
    <w:p>
      <w:r>
        <w:t>• Objectif général : apprendre à reconnaître, analyser et transformer des phrases simples et complexes.</w:t>
      </w:r>
    </w:p>
    <w:p/>
    <w:p>
      <w:r>
        <w:rPr>
          <w:b/>
        </w:rPr>
        <w:t>2. Synthèse des objectifs par séance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Séance</w:t>
            </w:r>
          </w:p>
        </w:tc>
        <w:tc>
          <w:tcPr>
            <w:tcW w:type="dxa" w:w="2880"/>
          </w:tcPr>
          <w:p>
            <w:r>
              <w:t>Objectif principal</w:t>
            </w:r>
          </w:p>
        </w:tc>
        <w:tc>
          <w:tcPr>
            <w:tcW w:type="dxa" w:w="2880"/>
          </w:tcPr>
          <w:p>
            <w:r>
              <w:t>Focus</w:t>
            </w:r>
          </w:p>
        </w:tc>
      </w:tr>
      <w:tr>
        <w:tc>
          <w:tcPr>
            <w:tcW w:type="dxa" w:w="2880"/>
          </w:tcPr>
          <w:p>
            <w:r>
              <w:t>Séance 1</w:t>
            </w:r>
          </w:p>
        </w:tc>
        <w:tc>
          <w:tcPr>
            <w:tcW w:type="dxa" w:w="2880"/>
          </w:tcPr>
          <w:p>
            <w:r>
              <w:t>Distinguer verbe conjugué et proposition. Introduire phrase simple / phrase complexe.</w:t>
            </w:r>
          </w:p>
        </w:tc>
        <w:tc>
          <w:tcPr>
            <w:tcW w:type="dxa" w:w="2880"/>
          </w:tcPr>
          <w:p>
            <w:r>
              <w:t>Repérage des verbes et comptage des propositions.</w:t>
            </w:r>
          </w:p>
        </w:tc>
      </w:tr>
      <w:tr>
        <w:tc>
          <w:tcPr>
            <w:tcW w:type="dxa" w:w="2880"/>
          </w:tcPr>
          <w:p>
            <w:r>
              <w:t>Séance 2</w:t>
            </w:r>
          </w:p>
        </w:tc>
        <w:tc>
          <w:tcPr>
            <w:tcW w:type="dxa" w:w="2880"/>
          </w:tcPr>
          <w:p>
            <w:r>
              <w:t>Identifier les différents types de phrases complexes.</w:t>
            </w:r>
          </w:p>
        </w:tc>
        <w:tc>
          <w:tcPr>
            <w:tcW w:type="dxa" w:w="2880"/>
          </w:tcPr>
          <w:p>
            <w:r>
              <w:t>Juxtaposition, coordination, subordination.</w:t>
            </w:r>
          </w:p>
        </w:tc>
      </w:tr>
      <w:tr>
        <w:tc>
          <w:tcPr>
            <w:tcW w:type="dxa" w:w="2880"/>
          </w:tcPr>
          <w:p>
            <w:r>
              <w:t>Séance 3</w:t>
            </w:r>
          </w:p>
        </w:tc>
        <w:tc>
          <w:tcPr>
            <w:tcW w:type="dxa" w:w="2880"/>
          </w:tcPr>
          <w:p>
            <w:r>
              <w:t>Réinvestir les notions dans des exercices d’analyse et de transformation.</w:t>
            </w:r>
          </w:p>
        </w:tc>
        <w:tc>
          <w:tcPr>
            <w:tcW w:type="dxa" w:w="2880"/>
          </w:tcPr>
          <w:p>
            <w:r>
              <w:t>Analyse, transformation, mini-évaluation finale.</w:t>
            </w:r>
          </w:p>
        </w:tc>
      </w:tr>
    </w:tbl>
    <w:p/>
    <w:p>
      <w:r>
        <w:rPr>
          <w:b/>
        </w:rPr>
        <w:t>3. Déroulement détaillé</w:t>
      </w:r>
    </w:p>
    <w:p>
      <w:r>
        <w:rPr>
          <w:b/>
        </w:rPr>
        <w:t>Séance 1 – Verbe conjugué, proposition, découverte phrase simple / phrase complexe</w:t>
      </w:r>
    </w:p>
    <w:p>
      <w:r>
        <w:rPr>
          <w:b/>
        </w:rPr>
        <w:t>Objectifs spécifiques :</w:t>
      </w:r>
    </w:p>
    <w:p>
      <w:r>
        <w:t>• Repérer les verbes conjugués dans une phrase.</w:t>
        <w:br/>
        <w:t>• Comprendre ce qu’est une proposition.</w:t>
        <w:br/>
        <w:t>• Distinguer phrase simple et phrase complexe à partir du nombre de verbes conjugués.</w:t>
      </w:r>
    </w:p>
    <w:p>
      <w:r>
        <w:rPr>
          <w:b/>
        </w:rPr>
        <w:t>Ressources :</w:t>
      </w:r>
    </w:p>
    <w:p>
      <w:r>
        <w:t>• Fiche de révision A4 (phrase simple / phrase complexe).</w:t>
        <w:br/>
        <w:t>• Liste de phrases projetées ou imprimées.</w:t>
        <w:br/>
        <w:t>• Cahier ou feuille d’exercices.</w:t>
      </w:r>
    </w:p>
    <w:p>
      <w:r>
        <w:rPr>
          <w:b/>
        </w:rPr>
        <w:t>Déroulement (indicatif) :</w:t>
      </w:r>
    </w:p>
    <w:p>
      <w:r>
        <w:t>1) Mise en route (5 min) : rappel rapide de ce qu’est un verbe conjugué (oral, exemples au tableau).</w:t>
        <w:br/>
        <w:t>2) Activité guidée (15–20 min) : repérage des verbes conjugués dans une série de phrases, comptage des propositions, première distinction phrase simple / complexe.</w:t>
        <w:br/>
        <w:t>3) Mise en commun et institutionnalisation (10–15 min) : formulation collective des définitions, complétée par la fiche de révision.</w:t>
        <w:br/>
        <w:t>4) Entraînement court (15 min) : exercices simples à faire individuellement ou en binômes (identifier simple / complexe, justifier avec le nombre de verbes).</w:t>
      </w:r>
    </w:p>
    <w:p/>
    <w:p>
      <w:r>
        <w:rPr>
          <w:b/>
        </w:rPr>
        <w:t>Séance 2 – Types de phrases complexes</w:t>
      </w:r>
    </w:p>
    <w:p>
      <w:r>
        <w:rPr>
          <w:b/>
        </w:rPr>
        <w:t>Objectifs spécifiques :</w:t>
      </w:r>
    </w:p>
    <w:p>
      <w:r>
        <w:t>• Identifier les phrases complexes par juxtaposition, coordination ou subordination.</w:t>
        <w:br/>
        <w:t>• Reconnaître les principaux marqueurs : ponctuation forte, conjonctions de coordination, conjonctions de subordination, pronoms relatifs.</w:t>
      </w:r>
    </w:p>
    <w:p>
      <w:r>
        <w:rPr>
          <w:b/>
        </w:rPr>
        <w:t>Ressources :</w:t>
      </w:r>
    </w:p>
    <w:p>
      <w:r>
        <w:t>• Fiche de révision A4 complétée.</w:t>
        <w:br/>
        <w:t>• Série de phrases complexes variées (support papier ou projection).</w:t>
        <w:br/>
        <w:t>• Tableau récapitulatif à compléter en classe.</w:t>
      </w:r>
    </w:p>
    <w:p>
      <w:r>
        <w:rPr>
          <w:b/>
        </w:rPr>
        <w:t>Déroulement (indicatif) :</w:t>
      </w:r>
    </w:p>
    <w:p>
      <w:r>
        <w:t>1) Rappel (5 min) : phrase simple / complexe, nombre de verbes.</w:t>
        <w:br/>
        <w:t>2) Observation collective (15–20 min) : classification de phrases complexes selon le type de liaison (juxtaposition, coordination, subordination).</w:t>
        <w:br/>
        <w:t>3) Formalisation (10–15 min) : élaboration d’un mémo au tableau, complété par les élèves (liste des conjonctions de coordination, des conjonctions de subordination et des pronoms relatifs).</w:t>
        <w:br/>
        <w:t>4) Exercices d’application (15 min) : repérer le type de phrase complexe dans un court texte.</w:t>
      </w:r>
    </w:p>
    <w:p/>
    <w:p>
      <w:r>
        <w:rPr>
          <w:b/>
        </w:rPr>
        <w:t>Séance 3 – Réinvestissement et évaluation</w:t>
      </w:r>
    </w:p>
    <w:p>
      <w:r>
        <w:rPr>
          <w:b/>
        </w:rPr>
        <w:t>Objectifs spécifiques :</w:t>
      </w:r>
    </w:p>
    <w:p>
      <w:r>
        <w:t>• Consolider la reconnaissance des phrases simples et complexes.</w:t>
        <w:br/>
        <w:t>• S’entraîner à transformer des phrases simples en phrases complexes (et inversement).</w:t>
        <w:br/>
        <w:t>• Vérifier les acquis par une évaluation courte.</w:t>
      </w:r>
    </w:p>
    <w:p>
      <w:r>
        <w:rPr>
          <w:b/>
        </w:rPr>
        <w:t>Ressources :</w:t>
      </w:r>
    </w:p>
    <w:p>
      <w:r>
        <w:t>• Fiche d’exercices (analyse et transformation).</w:t>
        <w:br/>
        <w:t>• Mini-test (voir proposition ci-dessous).</w:t>
        <w:br/>
        <w:t>• Fiche de révision A4 (en appui ou en remédiation).</w:t>
      </w:r>
    </w:p>
    <w:p>
      <w:r>
        <w:rPr>
          <w:b/>
        </w:rPr>
        <w:t>Déroulement (indicatif) :</w:t>
      </w:r>
    </w:p>
    <w:p>
      <w:r>
        <w:t>1) Entraînement (20–25 min) : exercices mêlant identification (simple/complexe) et transformation (ajouter une proposition, simplifier une phrase complexe).</w:t>
        <w:br/>
        <w:t>2) Mini-évaluation (15–20 min) : contrôle court avec quelques phrases à classer, des verbes à entourer, et une ou deux phrases à transformer.</w:t>
        <w:br/>
        <w:t>3) Correction commentée (selon le temps) : reprise collective des erreurs les plus fréquentes, rappel de la méthode.</w:t>
      </w:r>
    </w:p>
    <w:p/>
    <w:p>
      <w:r>
        <w:rPr>
          <w:b/>
        </w:rPr>
        <w:t>4. Proposition de mini-évaluation et critères de réussite</w:t>
      </w:r>
    </w:p>
    <w:p>
      <w:r>
        <w:t>Exemple de mini-évaluation (sur 10 points) :</w:t>
        <w:br/>
        <w:t>• Exercice 1 : 4 phrases à classer en phrase simple / complexe avec justification par le nombre de verbes conjugués (4 pts).</w:t>
        <w:br/>
        <w:t>• Exercice 2 : identification du type de liaison dans 3 phrases complexes (juxtaposition, coordination, subordination) (3 pts).</w:t>
        <w:br/>
        <w:t>• Exercice 3 : transformation de 2 phrases simples en phrases complexes, ou l’inverse (3 pts).</w:t>
      </w:r>
    </w:p>
    <w:p>
      <w:r>
        <w:t>Critères de réussite :</w:t>
      </w:r>
    </w:p>
    <w:p>
      <w:r>
        <w:t>• L’élève repère correctement les verbes conjugués.</w:t>
        <w:br/>
        <w:t>• L’élève distingue phrase simple et phrase complexe en s’appuyant sur un critère pertinent (nombre de verbes).</w:t>
        <w:br/>
        <w:t>• L’élève identifie au moins les cas simples de juxtaposition, coordination et subordination.</w:t>
        <w:br/>
        <w:t>• L’élève sait produire ou simplifier des phrases complexes en respectant le sens et la syntaxe.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