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🧾 REÇU OFFICIEL DE COTISATION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53"/>
        <w:gridCol w:w="5553"/>
      </w:tblGrid>
      <w:tr>
        <w:tc>
          <w:tcPr>
            <w:tcW w:type="dxa" w:w="5553"/>
            <w:shd w:fill="1F4E78"/>
          </w:tcPr>
          <w:p>
            <w:r>
              <w:rPr>
                <w:b/>
                <w:color w:val="FFFFFF"/>
              </w:rPr>
              <w:t>Association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2F75B5"/>
          </w:tcPr>
          <w:p>
            <w:r>
              <w:rPr>
                <w:b/>
                <w:color w:val="FFFFFF"/>
              </w:rPr>
              <w:t>N° du reçu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70AD47"/>
          </w:tcPr>
          <w:p>
            <w:r>
              <w:rPr>
                <w:b/>
                <w:color w:val="FFFFFF"/>
              </w:rPr>
              <w:t>Nom de l'adhérent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92D050"/>
          </w:tcPr>
          <w:p>
            <w:r>
              <w:rPr>
                <w:b/>
                <w:color w:val="FFFFFF"/>
              </w:rPr>
              <w:t>Adresse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ED7D31"/>
          </w:tcPr>
          <w:p>
            <w:r>
              <w:rPr>
                <w:b/>
                <w:color w:val="FFFFFF"/>
              </w:rPr>
              <w:t>Montant versé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C55A11"/>
          </w:tcPr>
          <w:p>
            <w:r>
              <w:rPr>
                <w:b/>
                <w:color w:val="FFFFFF"/>
              </w:rPr>
              <w:t>Montant en lettres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7030A0"/>
          </w:tcPr>
          <w:p>
            <w:r>
              <w:rPr>
                <w:b/>
                <w:color w:val="FFFFFF"/>
              </w:rPr>
              <w:t>Mode de paiement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00B0F0"/>
          </w:tcPr>
          <w:p>
            <w:r>
              <w:rPr>
                <w:b/>
                <w:color w:val="FFFFFF"/>
              </w:rPr>
              <w:t>Référence bancaire / Chèque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7F7F7F"/>
          </w:tcPr>
          <w:p>
            <w:r>
              <w:rPr>
                <w:b/>
                <w:color w:val="FFFFFF"/>
              </w:rPr>
              <w:t>Date du paiement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4472C4"/>
          </w:tcPr>
          <w:p>
            <w:r>
              <w:rPr>
                <w:b/>
                <w:color w:val="FFFFFF"/>
              </w:rPr>
              <w:t>Saison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  <w:shd w:fill="5B9BD5"/>
          </w:tcPr>
          <w:p>
            <w:r>
              <w:rPr>
                <w:b/>
                <w:color w:val="FFFFFF"/>
              </w:rPr>
              <w:t>Trésorier</w:t>
            </w:r>
          </w:p>
        </w:tc>
        <w:tc>
          <w:tcPr>
            <w:tcW w:type="dxa" w:w="5553"/>
          </w:tcPr>
          <w:p/>
        </w:tc>
      </w:tr>
    </w:tbl>
    <w:p>
      <w:pPr>
        <w:pStyle w:val="Heading2"/>
      </w:pPr>
      <w:r>
        <w:t>📋 Objet du paiement</w:t>
      </w:r>
    </w:p>
    <w:p>
      <w:r>
        <w:t>Le présent reçu atteste que l'association a encaissé la cotisation du membre au titre de la saison indiquée ci-dessus.</w:t>
      </w:r>
    </w:p>
    <w:p>
      <w:pPr>
        <w:pStyle w:val="Heading2"/>
      </w:pPr>
      <w:r>
        <w:t>💳 Ventilation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76"/>
        <w:gridCol w:w="2776"/>
        <w:gridCol w:w="2776"/>
        <w:gridCol w:w="2776"/>
      </w:tblGrid>
      <w:tr>
        <w:tc>
          <w:tcPr>
            <w:tcW w:type="dxa" w:w="2776"/>
            <w:shd w:fill="2F75B5"/>
          </w:tcPr>
          <w:p>
            <w:r>
              <w:rPr>
                <w:b/>
                <w:color w:val="FFFFFF"/>
              </w:rPr>
              <w:t>Nature</w:t>
            </w:r>
          </w:p>
        </w:tc>
        <w:tc>
          <w:tcPr>
            <w:tcW w:type="dxa" w:w="2776"/>
            <w:shd w:fill="2F75B5"/>
          </w:tcPr>
          <w:p>
            <w:r>
              <w:rPr>
                <w:b/>
                <w:color w:val="FFFFFF"/>
              </w:rPr>
              <w:t>Montant</w:t>
            </w:r>
          </w:p>
        </w:tc>
        <w:tc>
          <w:tcPr>
            <w:tcW w:type="dxa" w:w="2776"/>
            <w:shd w:fill="2F75B5"/>
          </w:tcPr>
          <w:p>
            <w:r>
              <w:rPr>
                <w:b/>
                <w:color w:val="FFFFFF"/>
              </w:rPr>
              <w:t>TVA</w:t>
            </w:r>
          </w:p>
        </w:tc>
        <w:tc>
          <w:tcPr>
            <w:tcW w:type="dxa" w:w="2776"/>
            <w:shd w:fill="2F75B5"/>
          </w:tcPr>
          <w:p>
            <w:r>
              <w:rPr>
                <w:b/>
                <w:color w:val="FFFFFF"/>
              </w:rPr>
              <w:t>Observation</w:t>
            </w:r>
          </w:p>
        </w:tc>
      </w:tr>
      <w:tr>
        <w:tc>
          <w:tcPr>
            <w:tcW w:type="dxa" w:w="2776"/>
          </w:tcPr>
          <w:p>
            <w:r>
              <w:t>Cotisation annuelle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Non applicable</w:t>
            </w:r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Licence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Assurance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Autres frais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/>
          </w:p>
        </w:tc>
      </w:tr>
    </w:tbl>
    <w:p>
      <w:pPr>
        <w:pStyle w:val="Heading2"/>
      </w:pPr>
      <w:r>
        <w:t>✍ Certification</w:t>
      </w:r>
    </w:p>
    <w:p>
      <w:r>
        <w:t>Je soussigné(e), trésorier(ère) de l'association, certifie avoir reçu la somme indiquée. Le présent document fait foi de paiement.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53"/>
        <w:gridCol w:w="5553"/>
      </w:tblGrid>
      <w:tr>
        <w:tc>
          <w:tcPr>
            <w:tcW w:type="dxa" w:w="5553"/>
          </w:tcPr>
          <w:p>
            <w:r>
              <w:t>Lieu et date</w:t>
            </w:r>
          </w:p>
        </w:tc>
        <w:tc>
          <w:tcPr>
            <w:tcW w:type="dxa" w:w="5553"/>
          </w:tcPr>
          <w:p>
            <w:r>
              <w:t>Signature et cachet</w:t>
            </w:r>
          </w:p>
        </w:tc>
      </w:tr>
      <w:tr>
        <w:tc>
          <w:tcPr>
            <w:tcW w:type="dxa" w:w="5553"/>
          </w:tcPr>
          <w:p>
            <w:r>
              <w:br/>
              <w:br/>
            </w:r>
          </w:p>
        </w:tc>
        <w:tc>
          <w:tcPr>
            <w:tcW w:type="dxa" w:w="5553"/>
          </w:tcPr>
          <w:p>
            <w:r>
              <w:br/>
              <w:br/>
            </w:r>
          </w:p>
        </w:tc>
      </w:tr>
    </w:tbl>
    <w:p>
      <w:pPr>
        <w:pStyle w:val="Heading2"/>
      </w:pPr>
      <w:r>
        <w:t>⚖ Mentions légales</w:t>
      </w:r>
    </w:p>
    <w:p>
      <w:r>
        <w:t>Conserver ce reçu pendant toute la durée de la saison associative. En cas de remboursement ou d'annulation, une mention rectificative doit être émise.</w:t>
      </w:r>
    </w:p>
    <w:sectPr w:rsidR="00FC693F" w:rsidRPr="0006063C" w:rsidSect="0003461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