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PROPOSITION D’ACCOMPAGNEMENT À DOMICILE</w:t>
        <w:br/>
        <w:t>Pour personne âgée</w:t>
      </w:r>
    </w:p>
    <w:p>
      <w:pPr>
        <w:pStyle w:val="Heading2"/>
      </w:pPr>
      <w:r>
        <w:t>1. Informations sur le bénéficiaire</w:t>
      </w:r>
    </w:p>
    <w:p>
      <w:r>
        <w:rPr>
          <w:b w:val="0"/>
          <w:i w:val="0"/>
          <w:sz w:val="22"/>
        </w:rPr>
        <w:t>Nom et prénom : ..............................................................</w:t>
      </w:r>
    </w:p>
    <w:p>
      <w:r>
        <w:rPr>
          <w:b w:val="0"/>
          <w:i w:val="0"/>
          <w:sz w:val="22"/>
        </w:rPr>
        <w:t>Adresse : .............................................................................</w:t>
      </w:r>
    </w:p>
    <w:p>
      <w:r>
        <w:rPr>
          <w:b w:val="0"/>
          <w:i w:val="0"/>
          <w:sz w:val="22"/>
        </w:rPr>
        <w:t>Téléphone : ....................................................</w:t>
      </w:r>
    </w:p>
    <w:p>
      <w:r>
        <w:rPr>
          <w:b w:val="0"/>
          <w:i w:val="0"/>
          <w:sz w:val="22"/>
        </w:rPr>
        <w:t>Personne de contact / référent familial : .........................................</w:t>
      </w:r>
    </w:p>
    <w:p>
      <w:r>
        <w:rPr>
          <w:b w:val="0"/>
          <w:i w:val="0"/>
          <w:sz w:val="22"/>
        </w:rPr>
        <w:t>Date de la proposition : .... / .... / ....</w:t>
      </w:r>
    </w:p>
    <w:p>
      <w:pPr>
        <w:pStyle w:val="Heading2"/>
      </w:pPr>
      <w:r>
        <w:t>2. Objectifs de l’accompagnement</w:t>
      </w:r>
    </w:p>
    <w:p>
      <w:r>
        <w:rPr>
          <w:b w:val="0"/>
          <w:i w:val="0"/>
          <w:sz w:val="22"/>
        </w:rPr>
        <w:t>- Maintenir l’autonomie au domicile</w:t>
      </w:r>
    </w:p>
    <w:p>
      <w:r>
        <w:rPr>
          <w:b w:val="0"/>
          <w:i w:val="0"/>
          <w:sz w:val="22"/>
        </w:rPr>
        <w:t>- Sécuriser les gestes du quotidien</w:t>
      </w:r>
    </w:p>
    <w:p>
      <w:r>
        <w:rPr>
          <w:b w:val="0"/>
          <w:i w:val="0"/>
          <w:sz w:val="22"/>
        </w:rPr>
        <w:t>- Prévenir l’isolement et favoriser le lien social</w:t>
      </w:r>
    </w:p>
    <w:p>
      <w:r>
        <w:rPr>
          <w:b w:val="0"/>
          <w:i w:val="0"/>
          <w:sz w:val="22"/>
        </w:rPr>
        <w:t>- Autres objectifs spécifiques : .................................................</w:t>
      </w:r>
    </w:p>
    <w:p>
      <w:pPr>
        <w:pStyle w:val="Heading2"/>
      </w:pPr>
      <w:r>
        <w:t>3. Prestations retenues</w:t>
      </w:r>
    </w:p>
    <w:p>
      <w:r>
        <w:rPr>
          <w:b w:val="0"/>
          <w:i w:val="0"/>
          <w:sz w:val="22"/>
        </w:rPr>
        <w:t>Cocher ou surligner les prestations choisies :</w:t>
      </w:r>
    </w:p>
    <w:p>
      <w:r>
        <w:rPr>
          <w:b w:val="0"/>
          <w:i w:val="0"/>
          <w:sz w:val="22"/>
        </w:rPr>
        <w:t>☐ Entretien du logement</w:t>
      </w:r>
    </w:p>
    <w:p>
      <w:r>
        <w:rPr>
          <w:b w:val="0"/>
          <w:i w:val="0"/>
          <w:sz w:val="22"/>
        </w:rPr>
        <w:t>☐ Entretien du linge et repassage</w:t>
      </w:r>
    </w:p>
    <w:p>
      <w:r>
        <w:rPr>
          <w:b w:val="0"/>
          <w:i w:val="0"/>
          <w:sz w:val="22"/>
        </w:rPr>
        <w:t>☐ Préparation des repas / aide à la prise des repas</w:t>
      </w:r>
    </w:p>
    <w:p>
      <w:r>
        <w:rPr>
          <w:b w:val="0"/>
          <w:i w:val="0"/>
          <w:sz w:val="22"/>
        </w:rPr>
        <w:t>☐ Aide au lever / coucher</w:t>
      </w:r>
    </w:p>
    <w:p>
      <w:r>
        <w:rPr>
          <w:b w:val="0"/>
          <w:i w:val="0"/>
          <w:sz w:val="22"/>
        </w:rPr>
        <w:t>☐ Aide à la toilette / habillage</w:t>
      </w:r>
    </w:p>
    <w:p>
      <w:r>
        <w:rPr>
          <w:b w:val="0"/>
          <w:i w:val="0"/>
          <w:sz w:val="22"/>
        </w:rPr>
        <w:t>☐ Courses et accompagnement extérieur</w:t>
      </w:r>
    </w:p>
    <w:p>
      <w:r>
        <w:rPr>
          <w:b w:val="0"/>
          <w:i w:val="0"/>
          <w:sz w:val="22"/>
        </w:rPr>
        <w:t>☐ Présence de convivialité (lecture, discussion, jeux…)</w:t>
      </w:r>
    </w:p>
    <w:p>
      <w:r>
        <w:rPr>
          <w:b w:val="0"/>
          <w:i w:val="0"/>
          <w:sz w:val="22"/>
        </w:rPr>
        <w:t>☐ Autre(s) : ................................................................</w:t>
      </w:r>
    </w:p>
    <w:p>
      <w:pPr>
        <w:pStyle w:val="Heading2"/>
      </w:pPr>
      <w:r>
        <w:t>4. Planning hebdomadaire proposé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Jour</w:t>
            </w:r>
          </w:p>
        </w:tc>
        <w:tc>
          <w:tcPr>
            <w:tcW w:type="dxa" w:w="2160"/>
          </w:tcPr>
          <w:p>
            <w:r>
              <w:t>Matin (heure / durée)</w:t>
            </w:r>
          </w:p>
        </w:tc>
        <w:tc>
          <w:tcPr>
            <w:tcW w:type="dxa" w:w="2160"/>
          </w:tcPr>
          <w:p>
            <w:r>
              <w:t>Après-midi (heure / durée)</w:t>
            </w:r>
          </w:p>
        </w:tc>
        <w:tc>
          <w:tcPr>
            <w:tcW w:type="dxa" w:w="2160"/>
          </w:tcPr>
          <w:p>
            <w:r>
              <w:t>Intervenant(e) pressenti(e)</w:t>
            </w:r>
          </w:p>
        </w:tc>
      </w:tr>
      <w:tr>
        <w:tc>
          <w:tcPr>
            <w:tcW w:type="dxa" w:w="2160"/>
          </w:tcPr>
          <w:p>
            <w:r>
              <w:t>Lundi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Mardi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Mercredi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Jeudi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Vendredi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Samedi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Dimanche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>
      <w:pPr>
        <w:pStyle w:val="Heading2"/>
      </w:pPr>
      <w:r>
        <w:t>5. Synthèse financière (prévisionnelle)</w:t>
      </w:r>
    </w:p>
    <w:p>
      <w:r>
        <w:rPr>
          <w:b w:val="0"/>
          <w:i w:val="0"/>
          <w:sz w:val="22"/>
        </w:rPr>
        <w:t>Nombre d’heures par semaine : ............. h</w:t>
      </w:r>
    </w:p>
    <w:p>
      <w:r>
        <w:rPr>
          <w:b w:val="0"/>
          <w:i w:val="0"/>
          <w:sz w:val="22"/>
        </w:rPr>
        <w:t>Tarif horaire : ............. € / h</w:t>
      </w:r>
    </w:p>
    <w:p>
      <w:r>
        <w:rPr>
          <w:b w:val="0"/>
          <w:i w:val="0"/>
          <w:sz w:val="22"/>
        </w:rPr>
        <w:t>Coût hebdomadaire estimé : ............. €</w:t>
      </w:r>
    </w:p>
    <w:p>
      <w:r>
        <w:rPr>
          <w:b w:val="0"/>
          <w:i w:val="0"/>
          <w:sz w:val="22"/>
        </w:rPr>
        <w:t>Coût mensuel estimé (base 4 semaines) : ............. €</w:t>
      </w:r>
    </w:p>
    <w:p>
      <w:r>
        <w:rPr>
          <w:b w:val="0"/>
          <w:i w:val="0"/>
          <w:sz w:val="22"/>
        </w:rPr>
        <w:t>Prise(s) en charge éventuelle(s) :</w:t>
      </w:r>
    </w:p>
    <w:p>
      <w:r>
        <w:rPr>
          <w:b w:val="0"/>
          <w:i w:val="0"/>
          <w:sz w:val="22"/>
        </w:rPr>
        <w:t>- APA : Oui ☐ Non ☐  / Montant estimé : ............. €</w:t>
      </w:r>
    </w:p>
    <w:p>
      <w:r>
        <w:rPr>
          <w:b w:val="0"/>
          <w:i w:val="0"/>
          <w:sz w:val="22"/>
        </w:rPr>
        <w:t>- Autres aides (caisse de retraite, mutuelle…) : ...............................</w:t>
      </w:r>
    </w:p>
    <w:p>
      <w:pPr>
        <w:pStyle w:val="Heading2"/>
      </w:pPr>
      <w:r>
        <w:t>6. Observations et modalités particulières</w:t>
      </w:r>
    </w:p>
    <w:p>
      <w:r>
        <w:rPr>
          <w:b w:val="0"/>
          <w:i w:val="0"/>
          <w:sz w:val="22"/>
        </w:rPr>
        <w:t>Préférences de la personne âgée (horaires, habitudes, etc.) :</w:t>
      </w:r>
    </w:p>
    <w:p>
      <w:r>
        <w:rPr>
          <w:b w:val="0"/>
          <w:i w:val="0"/>
          <w:sz w:val="22"/>
        </w:rPr>
        <w:t>...............................................................................</w:t>
      </w:r>
    </w:p>
    <w:p>
      <w:r>
        <w:rPr>
          <w:b w:val="0"/>
          <w:i w:val="0"/>
          <w:sz w:val="22"/>
        </w:rPr>
        <w:t>Contraintes médicales à prendre en compte (sur avis des professionnels de santé) :</w:t>
      </w:r>
    </w:p>
    <w:p>
      <w:r>
        <w:rPr>
          <w:b w:val="0"/>
          <w:i w:val="0"/>
          <w:sz w:val="22"/>
        </w:rPr>
        <w:t>...............................................................................</w:t>
      </w:r>
    </w:p>
    <w:p>
      <w:pPr>
        <w:pStyle w:val="Heading2"/>
      </w:pPr>
      <w:r>
        <w:t>7. Validation de la proposition</w:t>
      </w:r>
    </w:p>
    <w:p>
      <w:r>
        <w:rPr>
          <w:b w:val="0"/>
          <w:i w:val="0"/>
          <w:sz w:val="22"/>
        </w:rPr>
        <w:t>Je soussigné(e), [Nom du bénéficiaire ou du représentant légal], déclare avoir pris connaissance de la présente offre de service.</w:t>
      </w:r>
    </w:p>
    <w:p>
      <w:r>
        <w:rPr>
          <w:b w:val="0"/>
          <w:i w:val="0"/>
          <w:sz w:val="22"/>
        </w:rPr>
        <w:t>À ........................................, le .... / .... / ....</w:t>
      </w:r>
    </w:p>
    <w:p>
      <w:r>
        <w:rPr>
          <w:b w:val="0"/>
          <w:i w:val="0"/>
          <w:sz w:val="22"/>
        </w:rPr>
        <w:t>Signature du bénéficiaire / représentant :</w:t>
      </w:r>
    </w:p>
    <w:p>
      <w:r>
        <w:rPr>
          <w:b w:val="0"/>
          <w:i w:val="0"/>
          <w:sz w:val="22"/>
        </w:rPr>
        <w:br/>
        <w:br/>
        <w:t>(Signature)</w:t>
      </w:r>
    </w:p>
    <w:p>
      <w:r>
        <w:rPr>
          <w:b w:val="0"/>
          <w:i w:val="0"/>
          <w:sz w:val="22"/>
        </w:rPr>
        <w:t>Signature du responsable de la structure :</w:t>
      </w:r>
    </w:p>
    <w:p>
      <w:r>
        <w:rPr>
          <w:b w:val="0"/>
          <w:i w:val="0"/>
          <w:sz w:val="22"/>
        </w:rPr>
        <w:br/>
        <w:br/>
        <w:t>(Signature)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