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val="clear" w:color="auto" w:fill="10B981"/>
          </w:tcPr>
          <w:p>
            <w:pPr>
              <w:jc w:val="center"/>
            </w:pPr>
            <w:r>
              <w:rPr>
                <w:b/>
                <w:color w:val="FFFFFF"/>
                <w:sz w:val="72"/>
              </w:rPr>
              <w:t>Bienvenue !</w:t>
            </w:r>
          </w:p>
        </w:tc>
      </w:tr>
    </w:tbl>
    <w:p/>
    <w:p>
      <w:pPr>
        <w:jc w:val="center"/>
      </w:pPr>
      <w:r>
        <w:rPr>
          <w:sz w:val="40"/>
        </w:rPr>
        <w:t>Ici, on apprend pas à pas. Tu es au bon endroit.</w:t>
      </w:r>
    </w:p>
    <w:p/>
    <w:p>
      <w:pPr>
        <w:jc w:val="center"/>
      </w:pPr>
      <w:r>
        <w:rPr>
          <w:b/>
          <w:sz w:val="44"/>
        </w:rPr>
        <w:t>Règles simples :</w:t>
      </w:r>
    </w:p>
    <w:p>
      <w:pPr>
        <w:pStyle w:val="ListBullet"/>
      </w:pPr>
      <w:r>
        <w:rPr>
          <w:sz w:val="32"/>
        </w:rPr>
        <w:t>Je lève la main pour parler.</w:t>
      </w:r>
    </w:p>
    <w:p>
      <w:pPr>
        <w:pStyle w:val="ListBullet"/>
      </w:pPr>
      <w:r>
        <w:rPr>
          <w:sz w:val="32"/>
        </w:rPr>
        <w:t>Je respecte la parole des autres.</w:t>
      </w:r>
    </w:p>
    <w:p>
      <w:pPr>
        <w:pStyle w:val="ListBullet"/>
      </w:pPr>
      <w:r>
        <w:rPr>
          <w:sz w:val="32"/>
        </w:rPr>
        <w:t>J’essaie, j’ai le droit à l’erreur.</w:t>
      </w:r>
    </w:p>
    <w:p>
      <w:pPr>
        <w:pStyle w:val="ListBullet"/>
      </w:pPr>
      <w:r>
        <w:rPr>
          <w:sz w:val="32"/>
        </w:rPr>
        <w:t>Je range mon matériel.</w:t>
      </w:r>
    </w:p>
    <w:p>
      <w:r>
        <w:br w:type="page"/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val="clear" w:color="auto" w:fill="3B82F6"/>
          </w:tcPr>
          <w:p>
            <w:pPr>
              <w:jc w:val="center"/>
            </w:pPr>
            <w:r>
              <w:rPr>
                <w:b/>
                <w:color w:val="FFFFFF"/>
                <w:sz w:val="72"/>
              </w:rPr>
              <w:t>Rituels du jour</w:t>
            </w:r>
          </w:p>
        </w:tc>
      </w:tr>
    </w:tbl>
    <w:p/>
    <w:p>
      <w:pPr>
        <w:pStyle w:val="ListBullet"/>
      </w:pPr>
      <w:r>
        <w:rPr>
          <w:sz w:val="36"/>
        </w:rPr>
        <w:t>📅 Date : ________________________</w:t>
      </w:r>
    </w:p>
    <w:p>
      <w:pPr>
        <w:pStyle w:val="ListBullet"/>
      </w:pPr>
      <w:r>
        <w:rPr>
          <w:sz w:val="36"/>
        </w:rPr>
        <w:t>⛅ Météo : _______________________</w:t>
      </w:r>
    </w:p>
    <w:p>
      <w:pPr>
        <w:pStyle w:val="ListBullet"/>
      </w:pPr>
      <w:r>
        <w:rPr>
          <w:sz w:val="36"/>
        </w:rPr>
        <w:t>🙂 Humeur : _______________________</w:t>
      </w:r>
    </w:p>
    <w:p>
      <w:pPr>
        <w:pStyle w:val="ListBullet"/>
      </w:pPr>
      <w:r>
        <w:rPr>
          <w:sz w:val="36"/>
        </w:rPr>
        <w:t>🎯 Objectif du jour : _______________________</w:t>
      </w:r>
    </w:p>
    <w:p>
      <w:pPr>
        <w:pStyle w:val="ListBullet"/>
      </w:pPr>
      <w:r>
        <w:rPr>
          <w:sz w:val="36"/>
        </w:rPr>
        <w:t>✅ Aujourd’hui, j’ai appris : _______________________</w:t>
      </w:r>
    </w:p>
    <w:p>
      <w:r>
        <w:br w:type="page"/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val="clear" w:color="auto" w:fill="EA580C"/>
          </w:tcPr>
          <w:p>
            <w:pPr>
              <w:jc w:val="center"/>
            </w:pPr>
            <w:r>
              <w:rPr>
                <w:b/>
                <w:color w:val="FFFFFF"/>
                <w:sz w:val="72"/>
              </w:rPr>
              <w:t>Je peux demander…</w:t>
            </w:r>
          </w:p>
        </w:tc>
      </w:tr>
    </w:tbl>
    <w:p/>
    <w:p>
      <w:pPr>
        <w:pStyle w:val="ListBullet"/>
      </w:pPr>
      <w:r>
        <w:rPr>
          <w:sz w:val="40"/>
        </w:rPr>
        <w:t>Pouvez-vous répéter, s’il vous plaît ?</w:t>
      </w:r>
    </w:p>
    <w:p>
      <w:pPr>
        <w:pStyle w:val="ListBullet"/>
      </w:pPr>
      <w:r>
        <w:rPr>
          <w:sz w:val="40"/>
        </w:rPr>
        <w:t>Comment on dit « ____ » en français ?</w:t>
      </w:r>
    </w:p>
    <w:p>
      <w:pPr>
        <w:pStyle w:val="ListBullet"/>
      </w:pPr>
      <w:r>
        <w:rPr>
          <w:sz w:val="40"/>
        </w:rPr>
        <w:t>À quelle heure ?</w:t>
      </w:r>
    </w:p>
    <w:p>
      <w:pPr>
        <w:pStyle w:val="ListBullet"/>
      </w:pPr>
      <w:r>
        <w:rPr>
          <w:sz w:val="40"/>
        </w:rPr>
        <w:t>Où est ____ ?</w:t>
      </w:r>
    </w:p>
    <w:p>
      <w:pPr>
        <w:pStyle w:val="ListBullet"/>
      </w:pPr>
      <w:r>
        <w:rPr>
          <w:sz w:val="40"/>
        </w:rPr>
        <w:t>Je ne comprends pas.</w:t>
      </w:r>
    </w:p>
    <w:p>
      <w:pPr>
        <w:pStyle w:val="ListBullet"/>
      </w:pPr>
      <w:r>
        <w:rPr>
          <w:sz w:val="40"/>
        </w:rPr>
        <w:t>Est-ce que c’est correct ?</w:t>
      </w:r>
    </w:p>
    <w:p>
      <w:r>
        <w:br w:type="page"/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val="clear" w:color="auto" w:fill="6366F1"/>
          </w:tcPr>
          <w:p>
            <w:pPr>
              <w:jc w:val="center"/>
            </w:pPr>
            <w:r>
              <w:rPr>
                <w:b/>
                <w:color w:val="FFFFFF"/>
                <w:sz w:val="72"/>
              </w:rPr>
              <w:t>Consignes de classe</w:t>
            </w:r>
          </w:p>
        </w:tc>
      </w:tr>
    </w:tbl>
    <w:p/>
    <w:p>
      <w:pPr>
        <w:pStyle w:val="ListBullet"/>
      </w:pPr>
      <w:r>
        <w:rPr>
          <w:sz w:val="40"/>
        </w:rPr>
        <w:t>Écouter 👂   Regarder 👀   Répéter 🔁</w:t>
      </w:r>
    </w:p>
    <w:p>
      <w:pPr>
        <w:pStyle w:val="ListBullet"/>
      </w:pPr>
      <w:r>
        <w:rPr>
          <w:sz w:val="40"/>
        </w:rPr>
        <w:t>Entourer ⭕   Cocher ☑️   Souligner ▭</w:t>
      </w:r>
    </w:p>
    <w:p>
      <w:pPr>
        <w:pStyle w:val="ListBullet"/>
      </w:pPr>
      <w:r>
        <w:rPr>
          <w:sz w:val="40"/>
        </w:rPr>
        <w:t>Découper ✂️   Coller 🧴   Écrire ✍️</w:t>
      </w:r>
    </w:p>
    <w:p>
      <w:r>
        <w:br w:type="page"/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val="clear" w:color="auto" w:fill="0EA5E9"/>
          </w:tcPr>
          <w:p>
            <w:pPr>
              <w:jc w:val="center"/>
            </w:pPr>
            <w:r>
              <w:rPr>
                <w:b/>
                <w:color w:val="FFFFFF"/>
                <w:sz w:val="72"/>
              </w:rPr>
              <w:t>Alphabet français</w:t>
            </w:r>
          </w:p>
        </w:tc>
      </w:tr>
    </w:tbl>
    <w:p/>
    <w:p>
      <w:pPr>
        <w:jc w:val="center"/>
      </w:pPr>
      <w:r>
        <w:rPr>
          <w:b w:val="0"/>
          <w:sz w:val="56"/>
        </w:rPr>
        <w:t>A  B  C  D  E  F  G  H  I  J  K  L  M</w:t>
      </w:r>
    </w:p>
    <w:p>
      <w:pPr>
        <w:jc w:val="center"/>
      </w:pPr>
      <w:r>
        <w:rPr>
          <w:b w:val="0"/>
          <w:sz w:val="56"/>
        </w:rPr>
        <w:t>N  O  P  Q  R  S  T  U  V  W  X  Y  Z</w:t>
      </w:r>
    </w:p>
    <w:p/>
    <w:p>
      <w:pPr>
        <w:jc w:val="center"/>
      </w:pPr>
      <w:r>
        <w:rPr>
          <w:b w:val="0"/>
          <w:sz w:val="48"/>
        </w:rPr>
        <w:t>a  b  c  d  e  f  g  h  i  j  k  l  m</w:t>
      </w:r>
    </w:p>
    <w:p>
      <w:pPr>
        <w:jc w:val="center"/>
      </w:pPr>
      <w:r>
        <w:rPr>
          <w:b w:val="0"/>
          <w:sz w:val="48"/>
        </w:rPr>
        <w:t>n  o  p  q  r  s  t  u  v  w  x  y  z</w:t>
      </w:r>
    </w:p>
    <w:p>
      <w:r>
        <w:br w:type="page"/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val="clear" w:color="auto" w:fill="A855F7"/>
          </w:tcPr>
          <w:p>
            <w:pPr>
              <w:jc w:val="center"/>
            </w:pPr>
            <w:r>
              <w:rPr>
                <w:b/>
                <w:color w:val="FFFFFF"/>
                <w:sz w:val="72"/>
              </w:rPr>
              <w:t>Jours &amp; Heures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  <w:shd w:val="clear" w:color="auto" w:fill="E2E8F0"/>
          </w:tcPr>
          <w:p>
            <w:r>
              <w:rPr>
                <w:b/>
              </w:rPr>
              <w:t>Jours de la semaine</w:t>
            </w:r>
          </w:p>
        </w:tc>
        <w:tc>
          <w:tcPr>
            <w:tcW w:type="dxa" w:w="5103"/>
            <w:shd w:val="clear" w:color="auto" w:fill="E2E8F0"/>
          </w:tcPr>
          <w:p>
            <w:r>
              <w:rPr>
                <w:b/>
              </w:rPr>
              <w:t>Formules utiles</w:t>
            </w:r>
          </w:p>
        </w:tc>
      </w:tr>
      <w:tr>
        <w:tc>
          <w:tcPr>
            <w:tcW w:type="dxa" w:w="5103"/>
          </w:tcPr>
          <w:p>
            <w:r>
              <w:t>Lundi</w:t>
            </w:r>
          </w:p>
        </w:tc>
        <w:tc>
          <w:tcPr>
            <w:tcW w:type="dxa" w:w="5103"/>
          </w:tcPr>
          <w:p>
            <w:r>
              <w:t>Il est huit heures.</w:t>
            </w:r>
          </w:p>
        </w:tc>
      </w:tr>
      <w:tr>
        <w:tc>
          <w:tcPr>
            <w:tcW w:type="dxa" w:w="5103"/>
          </w:tcPr>
          <w:p>
            <w:r>
              <w:t>Mardi</w:t>
            </w:r>
          </w:p>
        </w:tc>
        <w:tc>
          <w:tcPr>
            <w:tcW w:type="dxa" w:w="5103"/>
          </w:tcPr>
          <w:p>
            <w:r>
              <w:t>À quelle heure ?</w:t>
            </w:r>
          </w:p>
        </w:tc>
      </w:tr>
      <w:tr>
        <w:tc>
          <w:tcPr>
            <w:tcW w:type="dxa" w:w="5103"/>
          </w:tcPr>
          <w:p>
            <w:r>
              <w:t>Mercredi</w:t>
            </w:r>
          </w:p>
        </w:tc>
        <w:tc>
          <w:tcPr>
            <w:tcW w:type="dxa" w:w="5103"/>
          </w:tcPr>
          <w:p>
            <w:r>
              <w:t>De 9 h à 10 h.</w:t>
            </w:r>
          </w:p>
        </w:tc>
      </w:tr>
      <w:tr>
        <w:tc>
          <w:tcPr>
            <w:tcW w:type="dxa" w:w="5103"/>
          </w:tcPr>
          <w:p>
            <w:r>
              <w:t>Jeudi</w:t>
            </w:r>
          </w:p>
        </w:tc>
        <w:tc>
          <w:tcPr>
            <w:tcW w:type="dxa" w:w="5103"/>
          </w:tcPr>
          <w:p>
            <w:r>
              <w:t>Le rendez-vous est à 15 h.</w:t>
            </w:r>
          </w:p>
        </w:tc>
      </w:tr>
      <w:tr>
        <w:tc>
          <w:tcPr>
            <w:tcW w:type="dxa" w:w="5103"/>
          </w:tcPr>
          <w:p>
            <w:r>
              <w:t>Vendredi</w:t>
            </w:r>
          </w:p>
        </w:tc>
        <w:tc>
          <w:tcPr>
            <w:tcW w:type="dxa" w:w="5103"/>
          </w:tcPr>
          <w:p>
            <w:r>
              <w:t>Ce matin / cet après-midi.</w:t>
            </w:r>
          </w:p>
        </w:tc>
      </w:tr>
      <w:tr>
        <w:tc>
          <w:tcPr>
            <w:tcW w:type="dxa" w:w="5103"/>
          </w:tcPr>
          <w:p>
            <w:r>
              <w:t>Samedi</w:t>
            </w:r>
          </w:p>
        </w:tc>
        <w:tc>
          <w:tcPr>
            <w:tcW w:type="dxa" w:w="5103"/>
          </w:tcPr>
          <w:p>
            <w:r>
              <w:t>Aujourd’hui / demain.</w:t>
            </w:r>
          </w:p>
        </w:tc>
      </w:tr>
      <w:tr>
        <w:tc>
          <w:tcPr>
            <w:tcW w:type="dxa" w:w="5103"/>
          </w:tcPr>
          <w:p>
            <w:r>
              <w:t>Dimanche</w:t>
            </w:r>
          </w:p>
        </w:tc>
        <w:tc>
          <w:tcPr>
            <w:tcW w:type="dxa" w:w="5103"/>
          </w:tcPr>
          <w:p>
            <w:r>
              <w:t>Hier / cette semaine.</w:t>
            </w:r>
          </w:p>
        </w:tc>
      </w:tr>
    </w:tbl>
    <w:p>
      <w:r>
        <w:br w:type="page"/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val="clear" w:color="auto" w:fill="22C55E"/>
          </w:tcPr>
          <w:p>
            <w:pPr>
              <w:jc w:val="center"/>
            </w:pPr>
            <w:r>
              <w:rPr>
                <w:b/>
                <w:color w:val="FFFFFF"/>
                <w:sz w:val="72"/>
              </w:rPr>
              <w:t>Lire la ville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  <w:shd w:val="clear" w:color="auto" w:fill="E2E8F0"/>
          </w:tcPr>
          <w:p>
            <w:r>
              <w:rPr>
                <w:b/>
              </w:rPr>
              <w:t>Lieu / Panneau</w:t>
            </w:r>
          </w:p>
        </w:tc>
        <w:tc>
          <w:tcPr>
            <w:tcW w:type="dxa" w:w="5103"/>
            <w:shd w:val="clear" w:color="auto" w:fill="E2E8F0"/>
          </w:tcPr>
          <w:p>
            <w:r>
              <w:rPr>
                <w:b/>
              </w:rPr>
              <w:t>Je dis / Je demande</w:t>
            </w:r>
          </w:p>
        </w:tc>
      </w:tr>
      <w:tr>
        <w:tc>
          <w:tcPr>
            <w:tcW w:type="dxa" w:w="5103"/>
          </w:tcPr>
          <w:p>
            <w:r>
              <w:t>Mairie</w:t>
            </w:r>
          </w:p>
        </w:tc>
        <w:tc>
          <w:tcPr>
            <w:tcW w:type="dxa" w:w="5103"/>
          </w:tcPr>
          <w:p>
            <w:r>
              <w:t>Où est la mairie, s’il vous plaît ?</w:t>
            </w:r>
          </w:p>
        </w:tc>
      </w:tr>
      <w:tr>
        <w:tc>
          <w:tcPr>
            <w:tcW w:type="dxa" w:w="5103"/>
          </w:tcPr>
          <w:p>
            <w:r>
              <w:t>Arrêt de bus</w:t>
            </w:r>
          </w:p>
        </w:tc>
        <w:tc>
          <w:tcPr>
            <w:tcW w:type="dxa" w:w="5103"/>
          </w:tcPr>
          <w:p>
            <w:r>
              <w:t>Je prends la ligne ____.</w:t>
            </w:r>
          </w:p>
        </w:tc>
      </w:tr>
      <w:tr>
        <w:tc>
          <w:tcPr>
            <w:tcW w:type="dxa" w:w="5103"/>
          </w:tcPr>
          <w:p>
            <w:r>
              <w:t>Pharmacie</w:t>
            </w:r>
          </w:p>
        </w:tc>
        <w:tc>
          <w:tcPr>
            <w:tcW w:type="dxa" w:w="5103"/>
          </w:tcPr>
          <w:p>
            <w:r>
              <w:t>Je cherche la pharmacie.</w:t>
            </w:r>
          </w:p>
        </w:tc>
      </w:tr>
      <w:tr>
        <w:tc>
          <w:tcPr>
            <w:tcW w:type="dxa" w:w="5103"/>
          </w:tcPr>
          <w:p>
            <w:r>
              <w:t>Entrée / Sortie</w:t>
            </w:r>
          </w:p>
        </w:tc>
        <w:tc>
          <w:tcPr>
            <w:tcW w:type="dxa" w:w="5103"/>
          </w:tcPr>
          <w:p>
            <w:r>
              <w:t>Je peux entrer ? / C’est la sortie ?</w:t>
            </w:r>
          </w:p>
        </w:tc>
      </w:tr>
      <w:tr>
        <w:tc>
          <w:tcPr>
            <w:tcW w:type="dxa" w:w="5103"/>
          </w:tcPr>
          <w:p>
            <w:r>
              <w:t>Information</w:t>
            </w:r>
          </w:p>
        </w:tc>
        <w:tc>
          <w:tcPr>
            <w:tcW w:type="dxa" w:w="5103"/>
          </w:tcPr>
          <w:p>
            <w:r>
              <w:t>Je voudrais un plan, s’il vous plaît.</w:t>
            </w:r>
          </w:p>
        </w:tc>
      </w:tr>
    </w:tbl>
    <w:sectPr w:rsidR="00FC693F" w:rsidRPr="0006063C" w:rsidSect="00034616">
      <w:pgSz w:w="11906" w:h="16838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