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4F71"/>
          <w:sz w:val="32"/>
        </w:rPr>
        <w:t>ORDRE DE TRANSPORT</w:t>
      </w:r>
    </w:p>
    <w:p>
      <w:pPr>
        <w:jc w:val="center"/>
      </w:pPr>
      <w:r>
        <w:rPr>
          <w:color w:val="666666"/>
          <w:sz w:val="20"/>
        </w:rPr>
        <w:t>Modèle à compléter – Fiche opérationnelle</w:t>
      </w:r>
    </w:p>
    <w:p/>
    <w:p>
      <w:r>
        <w:rPr>
          <w:b/>
        </w:rPr>
        <w:t>1. Donneur d’ordre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shd w:val="clear" w:color="auto" w:fill="DDEBF7"/>
          </w:tcPr>
          <w:p>
            <w:r>
              <w:rPr>
                <w:b/>
              </w:rPr>
              <w:t>Entreprise / Donneur d’ordre</w:t>
            </w:r>
          </w:p>
        </w:tc>
        <w:tc>
          <w:tcPr>
            <w:tcW w:type="dxa" w:w="2635"/>
            <w:shd w:val="clear" w:color="auto" w:fill="DDEBF7"/>
          </w:tcPr>
          <w:p>
            <w:r>
              <w:rPr>
                <w:b/>
              </w:rPr>
              <w:t>Adresse</w:t>
            </w:r>
          </w:p>
        </w:tc>
        <w:tc>
          <w:tcPr>
            <w:tcW w:type="dxa" w:w="2635"/>
            <w:shd w:val="clear" w:color="auto" w:fill="DDEBF7"/>
          </w:tcPr>
          <w:p>
            <w:r>
              <w:rPr>
                <w:b/>
              </w:rPr>
              <w:t>Contact (nom / tél.)</w:t>
            </w:r>
          </w:p>
        </w:tc>
        <w:tc>
          <w:tcPr>
            <w:tcW w:type="dxa" w:w="2635"/>
            <w:shd w:val="clear" w:color="auto" w:fill="DDEBF7"/>
          </w:tcPr>
          <w:p>
            <w:r>
              <w:rPr>
                <w:b/>
              </w:rPr>
              <w:t>E-mail</w:t>
            </w:r>
          </w:p>
        </w:tc>
      </w:tr>
      <w:tr>
        <w:tc>
          <w:tcPr>
            <w:tcW w:type="dxa" w:w="2635"/>
          </w:tcPr>
          <w:p>
            <w:r>
              <w:t>________________________________</w:t>
            </w:r>
          </w:p>
        </w:tc>
        <w:tc>
          <w:tcPr>
            <w:tcW w:type="dxa" w:w="2635"/>
          </w:tcPr>
          <w:p>
            <w:r>
              <w:t>________________________________</w:t>
            </w:r>
          </w:p>
        </w:tc>
        <w:tc>
          <w:tcPr>
            <w:tcW w:type="dxa" w:w="2635"/>
          </w:tcPr>
          <w:p>
            <w:r>
              <w:t>________________________________</w:t>
            </w:r>
          </w:p>
        </w:tc>
        <w:tc>
          <w:tcPr>
            <w:tcW w:type="dxa" w:w="2635"/>
          </w:tcPr>
          <w:p>
            <w:r>
              <w:t>________________________________</w:t>
            </w:r>
          </w:p>
        </w:tc>
      </w:tr>
    </w:tbl>
    <w:p/>
    <w:p>
      <w:r>
        <w:rPr>
          <w:b/>
        </w:rPr>
        <w:t>2. Transporteur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shd w:val="clear" w:color="auto" w:fill="D9F2F2"/>
          </w:tcPr>
          <w:p>
            <w:r>
              <w:rPr>
                <w:b/>
              </w:rPr>
              <w:t>Société de transport</w:t>
            </w:r>
          </w:p>
        </w:tc>
        <w:tc>
          <w:tcPr>
            <w:tcW w:type="dxa" w:w="2635"/>
            <w:shd w:val="clear" w:color="auto" w:fill="D9F2F2"/>
          </w:tcPr>
          <w:p>
            <w:r>
              <w:rPr>
                <w:b/>
              </w:rPr>
              <w:t>Adresse</w:t>
            </w:r>
          </w:p>
        </w:tc>
        <w:tc>
          <w:tcPr>
            <w:tcW w:type="dxa" w:w="2635"/>
            <w:shd w:val="clear" w:color="auto" w:fill="D9F2F2"/>
          </w:tcPr>
          <w:p>
            <w:r>
              <w:rPr>
                <w:b/>
              </w:rPr>
              <w:t>Contact exploitation</w:t>
            </w:r>
          </w:p>
        </w:tc>
        <w:tc>
          <w:tcPr>
            <w:tcW w:type="dxa" w:w="2635"/>
            <w:shd w:val="clear" w:color="auto" w:fill="D9F2F2"/>
          </w:tcPr>
          <w:p>
            <w:r>
              <w:rPr>
                <w:b/>
              </w:rPr>
              <w:t>Tél. / E-mail</w:t>
            </w:r>
          </w:p>
        </w:tc>
      </w:tr>
      <w:tr>
        <w:tc>
          <w:tcPr>
            <w:tcW w:type="dxa" w:w="2635"/>
          </w:tcPr>
          <w:p>
            <w:r>
              <w:t>________________________________</w:t>
            </w:r>
          </w:p>
        </w:tc>
        <w:tc>
          <w:tcPr>
            <w:tcW w:type="dxa" w:w="2635"/>
          </w:tcPr>
          <w:p>
            <w:r>
              <w:t>________________________________</w:t>
            </w:r>
          </w:p>
        </w:tc>
        <w:tc>
          <w:tcPr>
            <w:tcW w:type="dxa" w:w="2635"/>
          </w:tcPr>
          <w:p>
            <w:r>
              <w:t>________________________________</w:t>
            </w:r>
          </w:p>
        </w:tc>
        <w:tc>
          <w:tcPr>
            <w:tcW w:type="dxa" w:w="2635"/>
          </w:tcPr>
          <w:p>
            <w:r>
              <w:t>________________________________</w:t>
            </w:r>
          </w:p>
        </w:tc>
      </w:tr>
    </w:tbl>
    <w:p/>
    <w:p>
      <w:r>
        <w:rPr>
          <w:b/>
        </w:rPr>
        <w:t>3. Lieux, dates et références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shd w:val="clear" w:color="auto" w:fill="FFE699"/>
          </w:tcPr>
          <w:p>
            <w:r>
              <w:rPr>
                <w:b/>
              </w:rPr>
              <w:t>Lieu d’enlèvement</w:t>
            </w:r>
          </w:p>
        </w:tc>
        <w:tc>
          <w:tcPr>
            <w:tcW w:type="dxa" w:w="2635"/>
            <w:shd w:val="clear" w:color="auto" w:fill="FFE699"/>
          </w:tcPr>
          <w:p>
            <w:r>
              <w:rPr>
                <w:b/>
              </w:rPr>
              <w:t>Date / Heure enlèvement</w:t>
            </w:r>
          </w:p>
        </w:tc>
        <w:tc>
          <w:tcPr>
            <w:tcW w:type="dxa" w:w="2635"/>
            <w:shd w:val="clear" w:color="auto" w:fill="FFE699"/>
          </w:tcPr>
          <w:p>
            <w:r>
              <w:rPr>
                <w:b/>
              </w:rPr>
              <w:t>Lieu de livraison</w:t>
            </w:r>
          </w:p>
        </w:tc>
        <w:tc>
          <w:tcPr>
            <w:tcW w:type="dxa" w:w="2635"/>
            <w:shd w:val="clear" w:color="auto" w:fill="FFE699"/>
          </w:tcPr>
          <w:p>
            <w:r>
              <w:rPr>
                <w:b/>
              </w:rPr>
              <w:t>Date / Heure livraison</w:t>
            </w:r>
          </w:p>
        </w:tc>
      </w:tr>
      <w:tr>
        <w:tc>
          <w:tcPr>
            <w:tcW w:type="dxa" w:w="2635"/>
          </w:tcPr>
          <w:p>
            <w:r>
              <w:t>________________________________</w:t>
            </w:r>
          </w:p>
        </w:tc>
        <w:tc>
          <w:tcPr>
            <w:tcW w:type="dxa" w:w="2635"/>
          </w:tcPr>
          <w:p>
            <w:r>
              <w:t>___ / ___ / ______   ____ h ____</w:t>
            </w:r>
          </w:p>
        </w:tc>
        <w:tc>
          <w:tcPr>
            <w:tcW w:type="dxa" w:w="2635"/>
          </w:tcPr>
          <w:p>
            <w:r>
              <w:t>________________________________</w:t>
            </w:r>
          </w:p>
        </w:tc>
        <w:tc>
          <w:tcPr>
            <w:tcW w:type="dxa" w:w="2635"/>
          </w:tcPr>
          <w:p>
            <w:r>
              <w:t>___ / ___ / ______   ____ h ____</w:t>
            </w:r>
          </w:p>
        </w:tc>
      </w:tr>
      <w:tr>
        <w:tc>
          <w:tcPr>
            <w:tcW w:type="dxa" w:w="2635"/>
            <w:shd w:val="clear" w:color="auto" w:fill="F2F2F2"/>
          </w:tcPr>
          <w:p>
            <w:r>
              <w:rPr>
                <w:b/>
              </w:rPr>
              <w:t>Référence client</w:t>
            </w:r>
          </w:p>
        </w:tc>
        <w:tc>
          <w:tcPr>
            <w:tcW w:type="dxa" w:w="2635"/>
            <w:shd w:val="clear" w:color="auto" w:fill="F2F2F2"/>
          </w:tcPr>
          <w:p>
            <w:r>
              <w:rPr>
                <w:b/>
              </w:rPr>
              <w:t>Référence interne</w:t>
            </w:r>
          </w:p>
        </w:tc>
        <w:tc>
          <w:tcPr>
            <w:tcW w:type="dxa" w:w="2635"/>
            <w:shd w:val="clear" w:color="auto" w:fill="F2F2F2"/>
          </w:tcPr>
          <w:p>
            <w:r>
              <w:rPr>
                <w:b/>
              </w:rPr>
              <w:t>Incoterm (si applicable)</w:t>
            </w:r>
          </w:p>
        </w:tc>
        <w:tc>
          <w:tcPr>
            <w:tcW w:type="dxa" w:w="2635"/>
            <w:shd w:val="clear" w:color="auto" w:fill="F2F2F2"/>
          </w:tcPr>
          <w:p>
            <w:r>
              <w:rPr>
                <w:b/>
              </w:rPr>
              <w:t>Délai souhaité / impératif</w:t>
            </w:r>
          </w:p>
        </w:tc>
      </w:tr>
    </w:tbl>
    <w:p/>
    <w:p>
      <w:r>
        <w:rPr>
          <w:b/>
        </w:rPr>
        <w:t>4. Marchandises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shd w:val="clear" w:color="auto" w:fill="E2F0D9"/>
          </w:tcPr>
          <w:p>
            <w:r>
              <w:rPr>
                <w:b/>
              </w:rPr>
              <w:t>Désignation / nature</w:t>
            </w:r>
          </w:p>
        </w:tc>
        <w:tc>
          <w:tcPr>
            <w:tcW w:type="dxa" w:w="2635"/>
            <w:shd w:val="clear" w:color="auto" w:fill="E2F0D9"/>
          </w:tcPr>
          <w:p>
            <w:r>
              <w:rPr>
                <w:b/>
              </w:rPr>
              <w:t>Conditionnement</w:t>
            </w:r>
          </w:p>
        </w:tc>
        <w:tc>
          <w:tcPr>
            <w:tcW w:type="dxa" w:w="2635"/>
            <w:shd w:val="clear" w:color="auto" w:fill="E2F0D9"/>
          </w:tcPr>
          <w:p>
            <w:r>
              <w:rPr>
                <w:b/>
              </w:rPr>
              <w:t>Quantité</w:t>
            </w:r>
          </w:p>
        </w:tc>
        <w:tc>
          <w:tcPr>
            <w:tcW w:type="dxa" w:w="2635"/>
            <w:shd w:val="clear" w:color="auto" w:fill="E2F0D9"/>
          </w:tcPr>
          <w:p>
            <w:r>
              <w:rPr>
                <w:b/>
              </w:rPr>
              <w:t>Poids / Volume</w:t>
            </w:r>
          </w:p>
        </w:tc>
      </w:tr>
      <w:tr>
        <w:tc>
          <w:tcPr>
            <w:tcW w:type="dxa" w:w="2635"/>
          </w:tcPr>
          <w:p>
            <w:r>
              <w:t>________________________________</w:t>
            </w:r>
          </w:p>
        </w:tc>
        <w:tc>
          <w:tcPr>
            <w:tcW w:type="dxa" w:w="2635"/>
          </w:tcPr>
          <w:p>
            <w:r>
              <w:t>________________________________</w:t>
            </w:r>
          </w:p>
        </w:tc>
        <w:tc>
          <w:tcPr>
            <w:tcW w:type="dxa" w:w="2635"/>
          </w:tcPr>
          <w:p>
            <w:r>
              <w:t>________</w:t>
            </w:r>
          </w:p>
        </w:tc>
        <w:tc>
          <w:tcPr>
            <w:tcW w:type="dxa" w:w="2635"/>
          </w:tcPr>
          <w:p>
            <w:r>
              <w:t>Poids : ______ kg  /  Vol : ______ m³</w:t>
            </w:r>
          </w:p>
        </w:tc>
      </w:tr>
      <w:tr>
        <w:tc>
          <w:tcPr>
            <w:tcW w:type="dxa" w:w="2635"/>
          </w:tcPr>
          <w:p>
            <w:r>
              <w:t>________________________________</w:t>
            </w:r>
          </w:p>
        </w:tc>
        <w:tc>
          <w:tcPr>
            <w:tcW w:type="dxa" w:w="2635"/>
          </w:tcPr>
          <w:p>
            <w:r>
              <w:t>________________________________</w:t>
            </w:r>
          </w:p>
        </w:tc>
        <w:tc>
          <w:tcPr>
            <w:tcW w:type="dxa" w:w="2635"/>
          </w:tcPr>
          <w:p>
            <w:r>
              <w:t>________</w:t>
            </w:r>
          </w:p>
        </w:tc>
        <w:tc>
          <w:tcPr>
            <w:tcW w:type="dxa" w:w="2635"/>
          </w:tcPr>
          <w:p>
            <w:r>
              <w:t>Poids : ______ kg  /  Vol : ______ m³</w:t>
            </w:r>
          </w:p>
        </w:tc>
      </w:tr>
      <w:tr>
        <w:tc>
          <w:tcPr>
            <w:tcW w:type="dxa" w:w="2635"/>
          </w:tcPr>
          <w:p>
            <w:r>
              <w:t>________________________________</w:t>
            </w:r>
          </w:p>
        </w:tc>
        <w:tc>
          <w:tcPr>
            <w:tcW w:type="dxa" w:w="2635"/>
          </w:tcPr>
          <w:p>
            <w:r>
              <w:t>________________________________</w:t>
            </w:r>
          </w:p>
        </w:tc>
        <w:tc>
          <w:tcPr>
            <w:tcW w:type="dxa" w:w="2635"/>
          </w:tcPr>
          <w:p>
            <w:r>
              <w:t>________</w:t>
            </w:r>
          </w:p>
        </w:tc>
        <w:tc>
          <w:tcPr>
            <w:tcW w:type="dxa" w:w="2635"/>
          </w:tcPr>
          <w:p>
            <w:r>
              <w:t>Poids : ______ kg  /  Vol : ______ m³</w:t>
            </w:r>
          </w:p>
        </w:tc>
      </w:tr>
      <w:tr>
        <w:tc>
          <w:tcPr>
            <w:tcW w:type="dxa" w:w="2635"/>
            <w:shd w:val="clear" w:color="auto" w:fill="F2F2F2"/>
          </w:tcPr>
          <w:p>
            <w:r>
              <w:rPr>
                <w:b/>
              </w:rPr>
              <w:t>Valeur déclarée (si utile)</w:t>
            </w:r>
          </w:p>
        </w:tc>
        <w:tc>
          <w:tcPr>
            <w:tcW w:type="dxa" w:w="2635"/>
          </w:tcPr>
          <w:p>
            <w:r>
              <w:t>________________ €</w:t>
            </w:r>
          </w:p>
        </w:tc>
        <w:tc>
          <w:tcPr>
            <w:tcW w:type="dxa" w:w="2635"/>
          </w:tcPr>
          <w:p>
            <w:r>
              <w:t>Marchandises dangereuses : ☐ Non   ☐ Oui (ADR, classe : _____)</w:t>
            </w:r>
          </w:p>
        </w:tc>
        <w:tc>
          <w:tcPr>
            <w:tcW w:type="dxa" w:w="2635"/>
          </w:tcPr>
          <w:p>
            <w:r>
              <w:t>Température dirigée : ☐ Non   ☐ Oui : ______ °C</w:t>
            </w:r>
          </w:p>
        </w:tc>
      </w:tr>
    </w:tbl>
    <w:p/>
    <w:p>
      <w:r>
        <w:rPr>
          <w:b/>
        </w:rPr>
        <w:t>5. Véhicule et chauffeur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shd w:val="clear" w:color="auto" w:fill="D9EAD3"/>
          </w:tcPr>
          <w:p>
            <w:r>
              <w:rPr>
                <w:b/>
              </w:rPr>
              <w:t>Type de véhicule</w:t>
            </w:r>
          </w:p>
        </w:tc>
        <w:tc>
          <w:tcPr>
            <w:tcW w:type="dxa" w:w="2635"/>
            <w:shd w:val="clear" w:color="auto" w:fill="D9EAD3"/>
          </w:tcPr>
          <w:p>
            <w:r>
              <w:rPr>
                <w:b/>
              </w:rPr>
              <w:t>Immatriculation tracteur</w:t>
            </w:r>
          </w:p>
        </w:tc>
        <w:tc>
          <w:tcPr>
            <w:tcW w:type="dxa" w:w="2635"/>
            <w:shd w:val="clear" w:color="auto" w:fill="D9EAD3"/>
          </w:tcPr>
          <w:p>
            <w:r>
              <w:rPr>
                <w:b/>
              </w:rPr>
              <w:t>Immatriculation remorque</w:t>
            </w:r>
          </w:p>
        </w:tc>
        <w:tc>
          <w:tcPr>
            <w:tcW w:type="dxa" w:w="2635"/>
            <w:shd w:val="clear" w:color="auto" w:fill="D9EAD3"/>
          </w:tcPr>
          <w:p>
            <w:r>
              <w:rPr>
                <w:b/>
              </w:rPr>
              <w:t>Capacité utile</w:t>
            </w:r>
          </w:p>
        </w:tc>
      </w:tr>
      <w:tr>
        <w:tc>
          <w:tcPr>
            <w:tcW w:type="dxa" w:w="2635"/>
          </w:tcPr>
          <w:p>
            <w:r>
              <w:t>☐ Fourgon ☐ Plateau ☐ Tautliner ☐ Frigo ☐ Autre : ______</w:t>
            </w:r>
          </w:p>
        </w:tc>
        <w:tc>
          <w:tcPr>
            <w:tcW w:type="dxa" w:w="2635"/>
          </w:tcPr>
          <w:p>
            <w:r>
              <w:t>________________</w:t>
            </w:r>
          </w:p>
        </w:tc>
        <w:tc>
          <w:tcPr>
            <w:tcW w:type="dxa" w:w="2635"/>
          </w:tcPr>
          <w:p>
            <w:r>
              <w:t>________________</w:t>
            </w:r>
          </w:p>
        </w:tc>
        <w:tc>
          <w:tcPr>
            <w:tcW w:type="dxa" w:w="2635"/>
          </w:tcPr>
          <w:p>
            <w:r>
              <w:t>______ kg / ______ m³</w:t>
            </w:r>
          </w:p>
        </w:tc>
      </w:tr>
      <w:tr>
        <w:tc>
          <w:tcPr>
            <w:tcW w:type="dxa" w:w="2635"/>
            <w:shd w:val="clear" w:color="auto" w:fill="F2F2F2"/>
          </w:tcPr>
          <w:p>
            <w:r>
              <w:rPr>
                <w:b/>
              </w:rPr>
              <w:t>Nom du chauffeur</w:t>
            </w:r>
          </w:p>
        </w:tc>
        <w:tc>
          <w:tcPr>
            <w:tcW w:type="dxa" w:w="2635"/>
            <w:shd w:val="clear" w:color="auto" w:fill="F2F2F2"/>
          </w:tcPr>
          <w:p>
            <w:r>
              <w:rPr>
                <w:b/>
              </w:rPr>
              <w:t>N° permis / ID</w:t>
            </w:r>
          </w:p>
        </w:tc>
        <w:tc>
          <w:tcPr>
            <w:tcW w:type="dxa" w:w="2635"/>
            <w:shd w:val="clear" w:color="auto" w:fill="F2F2F2"/>
          </w:tcPr>
          <w:p>
            <w:r>
              <w:rPr>
                <w:b/>
              </w:rPr>
              <w:t>Tél. chauffeur</w:t>
            </w:r>
          </w:p>
        </w:tc>
        <w:tc>
          <w:tcPr>
            <w:tcW w:type="dxa" w:w="2635"/>
            <w:shd w:val="clear" w:color="auto" w:fill="F2F2F2"/>
          </w:tcPr>
          <w:p>
            <w:r>
              <w:rPr>
                <w:b/>
              </w:rPr>
              <w:t>EPI requis / Accès site</w:t>
            </w:r>
          </w:p>
        </w:tc>
      </w:tr>
    </w:tbl>
    <w:p/>
    <w:p>
      <w:r>
        <w:rPr>
          <w:b/>
        </w:rPr>
        <w:t>6. Documents remis et consignes particulières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val="clear" w:color="auto" w:fill="F4CCCC"/>
          </w:tcPr>
          <w:p>
            <w:r>
              <w:rPr>
                <w:b/>
              </w:rPr>
              <w:t>Documents remis au chauffeur</w:t>
            </w:r>
          </w:p>
        </w:tc>
        <w:tc>
          <w:tcPr>
            <w:tcW w:type="dxa" w:w="5270"/>
            <w:shd w:val="clear" w:color="auto" w:fill="F4CCCC"/>
          </w:tcPr>
          <w:p>
            <w:r>
              <w:rPr>
                <w:b/>
              </w:rPr>
              <w:t>Consignes particulières (chargement, horaires, sécurité…)</w:t>
            </w:r>
          </w:p>
        </w:tc>
      </w:tr>
      <w:tr>
        <w:tc>
          <w:tcPr>
            <w:tcW w:type="dxa" w:w="5270"/>
          </w:tcPr>
          <w:p>
            <w:r>
              <w:t>☐ Bon de livraison / BL</w:t>
              <w:br/>
              <w:t>☐ CMR</w:t>
              <w:br/>
              <w:t>☐ Facture</w:t>
              <w:br/>
              <w:t>☐ Liste de colisage</w:t>
              <w:br/>
              <w:t>☐ Documents douane</w:t>
              <w:br/>
              <w:t>☐ Autres : __________________________</w:t>
            </w:r>
          </w:p>
        </w:tc>
        <w:tc>
          <w:tcPr>
            <w:tcW w:type="dxa" w:w="5270"/>
          </w:tcPr>
          <w:p>
            <w:r>
              <w:t>____________________________________________</w:t>
              <w:br/>
              <w:t>____________________________________________</w:t>
            </w:r>
          </w:p>
        </w:tc>
      </w:tr>
      <w:tr>
        <w:tc>
          <w:tcPr>
            <w:tcW w:type="dxa" w:w="5270"/>
          </w:tcPr>
          <w:p>
            <w:r>
              <w:t>Instructions de prise de rendez-vous : __________________________</w:t>
            </w:r>
          </w:p>
        </w:tc>
        <w:tc>
          <w:tcPr>
            <w:tcW w:type="dxa" w:w="5270"/>
          </w:tcPr>
          <w:p>
            <w:r>
              <w:t>Restrictions d’accès / EPI / Plan de prévention : ______________</w:t>
            </w:r>
          </w:p>
        </w:tc>
      </w:tr>
    </w:tbl>
    <w:p/>
    <w:p>
      <w:r>
        <w:rPr>
          <w:b/>
        </w:rPr>
        <w:t>7. Validation de l’ordre de transport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3513"/>
        <w:gridCol w:w="3513"/>
        <w:gridCol w:w="3513"/>
      </w:tblGrid>
      <w:tr>
        <w:tc>
          <w:tcPr>
            <w:tcW w:type="dxa" w:w="3513"/>
            <w:shd w:val="clear" w:color="auto" w:fill="DDEBF7"/>
          </w:tcPr>
          <w:p>
            <w:r>
              <w:rPr>
                <w:b/>
              </w:rPr>
              <w:t>Donneur d’ordre</w:t>
            </w:r>
          </w:p>
        </w:tc>
        <w:tc>
          <w:tcPr>
            <w:tcW w:type="dxa" w:w="3513"/>
            <w:shd w:val="clear" w:color="auto" w:fill="DDEBF7"/>
          </w:tcPr>
          <w:p>
            <w:r>
              <w:rPr>
                <w:b/>
              </w:rPr>
              <w:t>Transporteur</w:t>
            </w:r>
          </w:p>
        </w:tc>
        <w:tc>
          <w:tcPr>
            <w:tcW w:type="dxa" w:w="3513"/>
            <w:shd w:val="clear" w:color="auto" w:fill="DDEBF7"/>
          </w:tcPr>
          <w:p>
            <w:r>
              <w:rPr>
                <w:b/>
              </w:rPr>
              <w:t>Chauffeur</w:t>
            </w:r>
          </w:p>
        </w:tc>
      </w:tr>
      <w:tr>
        <w:tc>
          <w:tcPr>
            <w:tcW w:type="dxa" w:w="3513"/>
          </w:tcPr>
          <w:p>
            <w:r>
              <w:t>Nom : ______________________________</w:t>
              <w:br/>
              <w:t>Date : ___ / ___ / ______</w:t>
              <w:br/>
              <w:t>Signature : __________________</w:t>
            </w:r>
          </w:p>
        </w:tc>
        <w:tc>
          <w:tcPr>
            <w:tcW w:type="dxa" w:w="3513"/>
          </w:tcPr>
          <w:p>
            <w:r>
              <w:t>Nom : ______________________________</w:t>
              <w:br/>
              <w:t>Date : ___ / ___ / ______</w:t>
              <w:br/>
              <w:t>Signature : __________________</w:t>
            </w:r>
          </w:p>
        </w:tc>
        <w:tc>
          <w:tcPr>
            <w:tcW w:type="dxa" w:w="3513"/>
          </w:tcPr>
          <w:p>
            <w:r>
              <w:t>Nom : ______________________________</w:t>
              <w:br/>
              <w:t>Date : ___ / ___ / ______</w:t>
              <w:br/>
              <w:t>Signature : __________________</w:t>
            </w:r>
          </w:p>
        </w:tc>
      </w:tr>
    </w:tbl>
    <w:sectPr w:rsidR="00FC693F" w:rsidRPr="0006063C" w:rsidSect="00034616"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