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4F71"/>
          <w:sz w:val="28"/>
        </w:rPr>
        <w:t>ORDRE DE MISSION – FICHE ONE PAGE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val="clear" w:color="auto" w:fill="DDEBF7"/>
          </w:tcPr>
          <w:p>
            <w:r>
              <w:rPr>
                <w:b/>
              </w:rPr>
              <w:t>Entreprise</w:t>
            </w:r>
          </w:p>
        </w:tc>
        <w:tc>
          <w:tcPr>
            <w:tcW w:type="dxa" w:w="2635"/>
            <w:shd w:val="clear" w:color="auto" w:fill="DDEBF7"/>
          </w:tcPr>
          <w:p>
            <w:r>
              <w:rPr>
                <w:b/>
              </w:rPr>
              <w:t>Service / Direction</w:t>
            </w:r>
          </w:p>
        </w:tc>
        <w:tc>
          <w:tcPr>
            <w:tcW w:type="dxa" w:w="2635"/>
            <w:shd w:val="clear" w:color="auto" w:fill="DDEBF7"/>
          </w:tcPr>
          <w:p>
            <w:r>
              <w:rPr>
                <w:b/>
              </w:rPr>
              <w:t>Référence</w:t>
            </w:r>
          </w:p>
        </w:tc>
        <w:tc>
          <w:tcPr>
            <w:tcW w:type="dxa" w:w="2635"/>
            <w:shd w:val="clear" w:color="auto" w:fill="DDEBF7"/>
          </w:tcPr>
          <w:p>
            <w:r>
              <w:rPr>
                <w:b/>
              </w:rPr>
              <w:t>Date émission</w:t>
            </w:r>
          </w:p>
        </w:tc>
      </w:tr>
      <w:tr>
        <w:tc>
          <w:tcPr>
            <w:tcW w:type="dxa" w:w="2635"/>
          </w:tcPr>
          <w:p>
            <w:r>
              <w:t>____________________</w:t>
            </w:r>
          </w:p>
        </w:tc>
        <w:tc>
          <w:tcPr>
            <w:tcW w:type="dxa" w:w="2635"/>
          </w:tcPr>
          <w:p>
            <w:r>
              <w:t>____________________</w:t>
            </w:r>
          </w:p>
        </w:tc>
        <w:tc>
          <w:tcPr>
            <w:tcW w:type="dxa" w:w="2635"/>
          </w:tcPr>
          <w:p>
            <w:r>
              <w:t>OM-________</w:t>
            </w:r>
          </w:p>
        </w:tc>
        <w:tc>
          <w:tcPr>
            <w:tcW w:type="dxa" w:w="2635"/>
          </w:tcPr>
          <w:p>
            <w:r>
              <w:t>___ / ___ / ______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val="clear" w:color="auto" w:fill="D9F2F2"/>
          </w:tcPr>
          <w:p>
            <w:r>
              <w:rPr>
                <w:b/>
              </w:rPr>
              <w:t>Collaborateur</w:t>
            </w:r>
          </w:p>
        </w:tc>
        <w:tc>
          <w:tcPr>
            <w:tcW w:type="dxa" w:w="2635"/>
            <w:shd w:val="clear" w:color="auto" w:fill="D9F2F2"/>
          </w:tcPr>
          <w:p>
            <w:r>
              <w:rPr>
                <w:b/>
              </w:rPr>
              <w:t>Fonction</w:t>
            </w:r>
          </w:p>
        </w:tc>
        <w:tc>
          <w:tcPr>
            <w:tcW w:type="dxa" w:w="2635"/>
            <w:shd w:val="clear" w:color="auto" w:fill="D9F2F2"/>
          </w:tcPr>
          <w:p>
            <w:r>
              <w:rPr>
                <w:b/>
              </w:rPr>
              <w:t>Tél. pro</w:t>
            </w:r>
          </w:p>
        </w:tc>
        <w:tc>
          <w:tcPr>
            <w:tcW w:type="dxa" w:w="2635"/>
            <w:shd w:val="clear" w:color="auto" w:fill="D9F2F2"/>
          </w:tcPr>
          <w:p>
            <w:r>
              <w:rPr>
                <w:b/>
              </w:rPr>
              <w:t>E-mail pro</w:t>
            </w:r>
          </w:p>
        </w:tc>
      </w:tr>
      <w:tr>
        <w:tc>
          <w:tcPr>
            <w:tcW w:type="dxa" w:w="2635"/>
          </w:tcPr>
          <w:p>
            <w:r>
              <w:t>____________________</w:t>
            </w:r>
          </w:p>
        </w:tc>
        <w:tc>
          <w:tcPr>
            <w:tcW w:type="dxa" w:w="2635"/>
          </w:tcPr>
          <w:p>
            <w:r>
              <w:t>____________________</w:t>
            </w:r>
          </w:p>
        </w:tc>
        <w:tc>
          <w:tcPr>
            <w:tcW w:type="dxa" w:w="2635"/>
          </w:tcPr>
          <w:p>
            <w:r>
              <w:t>________________</w:t>
            </w:r>
          </w:p>
        </w:tc>
        <w:tc>
          <w:tcPr>
            <w:tcW w:type="dxa" w:w="2635"/>
          </w:tcPr>
          <w:p>
            <w:r>
              <w:t>________________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val="clear" w:color="auto" w:fill="FFE699"/>
          </w:tcPr>
          <w:p>
            <w:r>
              <w:rPr>
                <w:b/>
              </w:rPr>
              <w:t>Lieu / Site</w:t>
            </w:r>
          </w:p>
        </w:tc>
        <w:tc>
          <w:tcPr>
            <w:tcW w:type="dxa" w:w="2635"/>
            <w:shd w:val="clear" w:color="auto" w:fill="FFE699"/>
          </w:tcPr>
          <w:p>
            <w:r>
              <w:rPr>
                <w:b/>
              </w:rPr>
              <w:t>Ville / Pays</w:t>
            </w:r>
          </w:p>
        </w:tc>
        <w:tc>
          <w:tcPr>
            <w:tcW w:type="dxa" w:w="2635"/>
            <w:shd w:val="clear" w:color="auto" w:fill="FFE699"/>
          </w:tcPr>
          <w:p>
            <w:r>
              <w:rPr>
                <w:b/>
              </w:rPr>
              <w:t>Départ</w:t>
            </w:r>
          </w:p>
        </w:tc>
        <w:tc>
          <w:tcPr>
            <w:tcW w:type="dxa" w:w="2635"/>
            <w:shd w:val="clear" w:color="auto" w:fill="FFE699"/>
          </w:tcPr>
          <w:p>
            <w:r>
              <w:rPr>
                <w:b/>
              </w:rPr>
              <w:t>Retour</w:t>
            </w:r>
          </w:p>
        </w:tc>
      </w:tr>
      <w:tr>
        <w:tc>
          <w:tcPr>
            <w:tcW w:type="dxa" w:w="2635"/>
          </w:tcPr>
          <w:p>
            <w:r>
              <w:t>____________________</w:t>
            </w:r>
          </w:p>
        </w:tc>
        <w:tc>
          <w:tcPr>
            <w:tcW w:type="dxa" w:w="2635"/>
          </w:tcPr>
          <w:p>
            <w:r>
              <w:t>____________________</w:t>
            </w:r>
          </w:p>
        </w:tc>
        <w:tc>
          <w:tcPr>
            <w:tcW w:type="dxa" w:w="2635"/>
          </w:tcPr>
          <w:p>
            <w:r>
              <w:t>___ / ___ / ______</w:t>
            </w:r>
          </w:p>
        </w:tc>
        <w:tc>
          <w:tcPr>
            <w:tcW w:type="dxa" w:w="2635"/>
          </w:tcPr>
          <w:p>
            <w:r>
              <w:t>___ / ___ / ______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E2F0D9"/>
          </w:tcPr>
          <w:p>
            <w:r>
              <w:rPr>
                <w:b/>
              </w:rPr>
              <w:t>Objet de la mission</w:t>
            </w:r>
          </w:p>
        </w:tc>
        <w:tc>
          <w:tcPr>
            <w:tcW w:type="dxa" w:w="5270"/>
            <w:shd w:val="clear" w:color="auto" w:fill="E2F0D9"/>
          </w:tcPr>
          <w:p>
            <w:r>
              <w:rPr>
                <w:b/>
              </w:rPr>
              <w:t>Objectifs / remarques clés</w:t>
            </w:r>
          </w:p>
        </w:tc>
      </w:tr>
      <w:tr>
        <w:tc>
          <w:tcPr>
            <w:tcW w:type="dxa" w:w="5270"/>
          </w:tcPr>
          <w:p>
            <w:r>
              <w:t>__________________________________________</w:t>
              <w:br/>
              <w:t>__________________________________________</w:t>
            </w:r>
          </w:p>
        </w:tc>
        <w:tc>
          <w:tcPr>
            <w:tcW w:type="dxa" w:w="5270"/>
          </w:tcPr>
          <w:p>
            <w:r>
              <w:t>• ________________________________________</w:t>
              <w:br/>
              <w:t>• ________________________________________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  <w:shd w:val="clear" w:color="auto" w:fill="D9EAD3"/>
          </w:tcPr>
          <w:p>
            <w:r>
              <w:rPr>
                <w:b/>
              </w:rPr>
              <w:t>Rubrique</w:t>
            </w:r>
          </w:p>
        </w:tc>
        <w:tc>
          <w:tcPr>
            <w:tcW w:type="dxa" w:w="3513"/>
            <w:shd w:val="clear" w:color="auto" w:fill="D9EAD3"/>
          </w:tcPr>
          <w:p>
            <w:r>
              <w:rPr>
                <w:b/>
              </w:rPr>
              <w:t>Détail</w:t>
            </w:r>
          </w:p>
        </w:tc>
        <w:tc>
          <w:tcPr>
            <w:tcW w:type="dxa" w:w="3513"/>
            <w:shd w:val="clear" w:color="auto" w:fill="D9EAD3"/>
          </w:tcPr>
          <w:p>
            <w:r>
              <w:rPr>
                <w:b/>
              </w:rPr>
              <w:t>Plafond / Montant</w:t>
            </w:r>
          </w:p>
        </w:tc>
      </w:tr>
      <w:tr>
        <w:tc>
          <w:tcPr>
            <w:tcW w:type="dxa" w:w="3513"/>
            <w:shd w:val="clear" w:color="auto" w:fill="F2F2F2"/>
          </w:tcPr>
          <w:p>
            <w:r>
              <w:rPr>
                <w:b/>
              </w:rPr>
              <w:t>Transport</w:t>
            </w:r>
          </w:p>
        </w:tc>
        <w:tc>
          <w:tcPr>
            <w:tcW w:type="dxa" w:w="3513"/>
          </w:tcPr>
          <w:p>
            <w:r>
              <w:t>_________________________</w:t>
            </w:r>
          </w:p>
        </w:tc>
        <w:tc>
          <w:tcPr>
            <w:tcW w:type="dxa" w:w="3513"/>
          </w:tcPr>
          <w:p>
            <w:r>
              <w:t>______ €</w:t>
            </w:r>
          </w:p>
        </w:tc>
      </w:tr>
      <w:tr>
        <w:tc>
          <w:tcPr>
            <w:tcW w:type="dxa" w:w="3513"/>
            <w:shd w:val="clear" w:color="auto" w:fill="F2F2F2"/>
          </w:tcPr>
          <w:p>
            <w:r>
              <w:rPr>
                <w:b/>
              </w:rPr>
              <w:t>Hébergement</w:t>
            </w:r>
          </w:p>
        </w:tc>
        <w:tc>
          <w:tcPr>
            <w:tcW w:type="dxa" w:w="3513"/>
          </w:tcPr>
          <w:p>
            <w:r>
              <w:t>_________________________</w:t>
            </w:r>
          </w:p>
        </w:tc>
        <w:tc>
          <w:tcPr>
            <w:tcW w:type="dxa" w:w="3513"/>
          </w:tcPr>
          <w:p>
            <w:r>
              <w:t>______ €</w:t>
            </w:r>
          </w:p>
        </w:tc>
      </w:tr>
      <w:tr>
        <w:tc>
          <w:tcPr>
            <w:tcW w:type="dxa" w:w="3513"/>
            <w:shd w:val="clear" w:color="auto" w:fill="F2F2F2"/>
          </w:tcPr>
          <w:p>
            <w:r>
              <w:rPr>
                <w:b/>
              </w:rPr>
              <w:t>Repas</w:t>
            </w:r>
          </w:p>
        </w:tc>
        <w:tc>
          <w:tcPr>
            <w:tcW w:type="dxa" w:w="3513"/>
          </w:tcPr>
          <w:p>
            <w:r>
              <w:t>_________________________</w:t>
            </w:r>
          </w:p>
        </w:tc>
        <w:tc>
          <w:tcPr>
            <w:tcW w:type="dxa" w:w="3513"/>
          </w:tcPr>
          <w:p>
            <w:r>
              <w:t>______ €</w:t>
            </w:r>
          </w:p>
        </w:tc>
      </w:tr>
      <w:tr>
        <w:tc>
          <w:tcPr>
            <w:tcW w:type="dxa" w:w="3513"/>
            <w:shd w:val="clear" w:color="auto" w:fill="F2F2F2"/>
          </w:tcPr>
          <w:p>
            <w:r>
              <w:rPr>
                <w:b/>
              </w:rPr>
              <w:t>Autres frais</w:t>
            </w:r>
          </w:p>
        </w:tc>
        <w:tc>
          <w:tcPr>
            <w:tcW w:type="dxa" w:w="3513"/>
          </w:tcPr>
          <w:p>
            <w:r>
              <w:t>_________________________</w:t>
            </w:r>
          </w:p>
        </w:tc>
        <w:tc>
          <w:tcPr>
            <w:tcW w:type="dxa" w:w="3513"/>
          </w:tcPr>
          <w:p>
            <w:r>
              <w:t>______ €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  <w:shd w:val="clear" w:color="auto" w:fill="F4CCCC"/>
          </w:tcPr>
          <w:p>
            <w:r>
              <w:rPr>
                <w:b/>
              </w:rPr>
              <w:t>Check-list express</w:t>
            </w:r>
          </w:p>
        </w:tc>
        <w:tc>
          <w:tcPr>
            <w:tcW w:type="dxa" w:w="3513"/>
            <w:shd w:val="clear" w:color="auto" w:fill="F4CCCC"/>
          </w:tcPr>
          <w:p>
            <w:r>
              <w:rPr>
                <w:b/>
              </w:rPr>
              <w:t>Validation hiérarchique</w:t>
            </w:r>
          </w:p>
        </w:tc>
        <w:tc>
          <w:tcPr>
            <w:tcW w:type="dxa" w:w="3513"/>
            <w:shd w:val="clear" w:color="auto" w:fill="F4CCCC"/>
          </w:tcPr>
          <w:p>
            <w:r>
              <w:rPr>
                <w:b/>
              </w:rPr>
              <w:t>Collaborateur</w:t>
            </w:r>
          </w:p>
        </w:tc>
      </w:tr>
      <w:tr>
        <w:tc>
          <w:tcPr>
            <w:tcW w:type="dxa" w:w="3513"/>
          </w:tcPr>
          <w:p>
            <w:r>
              <w:t>☐ OM signé</w:t>
              <w:br/>
              <w:t>☐ Transport confirmé</w:t>
              <w:br/>
              <w:t>☐ Hôtel réservé</w:t>
              <w:br/>
              <w:t>☐ Docs prêts</w:t>
            </w:r>
          </w:p>
        </w:tc>
        <w:tc>
          <w:tcPr>
            <w:tcW w:type="dxa" w:w="3513"/>
          </w:tcPr>
          <w:p>
            <w:r>
              <w:t>Nom / Fonction : ____________</w:t>
              <w:br/>
              <w:t>Date : ___/___/______</w:t>
              <w:br/>
              <w:t>Signature : ____________</w:t>
            </w:r>
          </w:p>
        </w:tc>
        <w:tc>
          <w:tcPr>
            <w:tcW w:type="dxa" w:w="3513"/>
          </w:tcPr>
          <w:p>
            <w:r>
              <w:t>Fait à ________________</w:t>
              <w:br/>
              <w:t>Le ___/___/______</w:t>
              <w:br/>
              <w:t>Signature : ____________</w:t>
            </w:r>
          </w:p>
        </w:tc>
      </w:tr>
      <w:tr>
        <w:tc>
          <w:tcPr>
            <w:tcW w:type="dxa" w:w="3513"/>
          </w:tcPr>
          <w:p>
            <w:r>
              <w:t>☐ Avance frais</w:t>
              <w:br/>
              <w:t>☐ Coordonnées d’urgence</w:t>
            </w:r>
          </w:p>
        </w:tc>
        <w:tc>
          <w:tcPr>
            <w:tcW w:type="dxa" w:w="3513"/>
          </w:tcPr>
          <w:p>
            <w:r>
              <w:t>Visa Direction / Finance (si requis)</w:t>
              <w:br/>
              <w:t>Nom : ____________</w:t>
              <w:br/>
              <w:t>Signature : _________</w:t>
            </w:r>
          </w:p>
        </w:tc>
        <w:tc>
          <w:tcPr>
            <w:tcW w:type="dxa" w:w="3513"/>
          </w:tcPr>
          <w:p>
            <w:r/>
          </w:p>
        </w:tc>
      </w:tr>
    </w:tbl>
    <w:sectPr w:rsidR="00FC693F" w:rsidRPr="0006063C" w:rsidSect="00034616"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