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[LOGO DE L’ENTREPRISE]</w:t>
      </w:r>
    </w:p>
    <w:p/>
    <w:p>
      <w:r>
        <w:t>ENTREPRISE : _______________________________________________</w:t>
      </w:r>
    </w:p>
    <w:p>
      <w:r>
        <w:t>Service / Direction : ______________________________________</w:t>
      </w:r>
    </w:p>
    <w:p>
      <w:r>
        <w:t>Adresse : _________________________________________________</w:t>
      </w:r>
    </w:p>
    <w:p>
      <w:r>
        <w:t>Tél. : ____________________   E-mail : _____________________</w:t>
      </w:r>
    </w:p>
    <w:p/>
    <w:p>
      <w:r>
        <w:rPr>
          <w:b/>
        </w:rPr>
        <w:t>ORDRE DE MISSION – MISSION INTERNATIONALE / MULTI-SITES</w:t>
      </w:r>
    </w:p>
    <w:p>
      <w:r>
        <w:t>Référence mission : OM-INT-__________</w:t>
      </w:r>
    </w:p>
    <w:p>
      <w:r>
        <w:t>Date d’émission : ___ / ___ / ______</w:t>
      </w:r>
    </w:p>
    <w:p/>
    <w:p>
      <w:r>
        <w:t>1. IDENTITÉ DU COLLABORATEUR</w:t>
      </w:r>
    </w:p>
    <w:p>
      <w:r>
        <w:t>Nom / Prénom : _________________________________________________</w:t>
      </w:r>
    </w:p>
    <w:p>
      <w:r>
        <w:t>Fonction : ______________________________________________________</w:t>
      </w:r>
    </w:p>
    <w:p>
      <w:r>
        <w:t>Service / Entité : ______________________________________________</w:t>
      </w:r>
    </w:p>
    <w:p>
      <w:r>
        <w:t>Téléphone professionnel : ______________________________________</w:t>
      </w:r>
    </w:p>
    <w:p>
      <w:r>
        <w:t>E-mail professionnel : _________________________________________</w:t>
      </w:r>
    </w:p>
    <w:p>
      <w:r>
        <w:t>Nationalité : ___________________  Passeport n° : ______________</w:t>
      </w:r>
    </w:p>
    <w:p>
      <w:r>
        <w:t>Date d’expiration du passeport : ___ / ___ / ______</w:t>
      </w:r>
    </w:p>
    <w:p/>
    <w:p>
      <w:r>
        <w:t>2. DESCRIPTION DE LA MISSION</w:t>
      </w:r>
    </w:p>
    <w:p>
      <w:r>
        <w:t>Objet principal :</w:t>
      </w:r>
    </w:p>
    <w:p>
      <w:r>
        <w:t>________________________________________________________________</w:t>
      </w:r>
    </w:p>
    <w:p>
      <w:r>
        <w:t>________________________________________________________________</w:t>
      </w:r>
    </w:p>
    <w:p>
      <w:r>
        <w:t>Pays / régions concernés :</w:t>
      </w:r>
    </w:p>
    <w:p>
      <w:r>
        <w:t>1) Pays : __________________   Ville / Site : ___________________</w:t>
      </w:r>
    </w:p>
    <w:p>
      <w:r>
        <w:t>2) Pays : __________________   Ville / Site : ___________________</w:t>
      </w:r>
    </w:p>
    <w:p>
      <w:r>
        <w:t>3) Pays : __________________   Ville / Site : ___________________</w:t>
      </w:r>
    </w:p>
    <w:p/>
    <w:p>
      <w:r>
        <w:t>Enjeux stratégiques (client, filiale, partenaire, institution, etc.) :</w:t>
      </w:r>
    </w:p>
    <w:p>
      <w:r>
        <w:t>________________________________________________________________</w:t>
      </w:r>
    </w:p>
    <w:p>
      <w:r>
        <w:t>________________________________________________________________</w:t>
      </w:r>
    </w:p>
    <w:p/>
    <w:p>
      <w:r>
        <w:t>3. CALENDRIER DE LA MISSION</w:t>
      </w:r>
    </w:p>
    <w:p>
      <w:r>
        <w:t>Date de départ du pays d’origine : ___ / ___ / ______   Heure : ______</w:t>
      </w:r>
    </w:p>
    <w:p>
      <w:r>
        <w:t>Date de retour au pays d’origine : ___ / ___ / ______   Heure : ______</w:t>
      </w:r>
    </w:p>
    <w:p>
      <w:r>
        <w:t>Durée totale : ______ jours   Dont ______ jours de travail sur site</w:t>
      </w:r>
    </w:p>
    <w:p/>
    <w:p>
      <w:r>
        <w:t>Planning synthétique par pays / site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Pays / Ville</w:t>
            </w:r>
          </w:p>
        </w:tc>
        <w:tc>
          <w:tcPr>
            <w:tcW w:type="dxa" w:w="1728"/>
          </w:tcPr>
          <w:p>
            <w:r>
              <w:t>Dates</w:t>
            </w:r>
          </w:p>
        </w:tc>
        <w:tc>
          <w:tcPr>
            <w:tcW w:type="dxa" w:w="1728"/>
          </w:tcPr>
          <w:p>
            <w:r>
              <w:t>Site / Entité visitée</w:t>
            </w:r>
          </w:p>
        </w:tc>
        <w:tc>
          <w:tcPr>
            <w:tcW w:type="dxa" w:w="1728"/>
          </w:tcPr>
          <w:p>
            <w:r>
              <w:t>Interlocuteur principal</w:t>
            </w:r>
          </w:p>
        </w:tc>
        <w:tc>
          <w:tcPr>
            <w:tcW w:type="dxa" w:w="1728"/>
          </w:tcPr>
          <w:p>
            <w:r>
              <w:t>Objectif principal</w:t>
            </w:r>
          </w:p>
        </w:tc>
      </w:tr>
      <w:tr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___/___ au ___/___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</w:tr>
      <w:tr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___/___ au ___/___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</w:tr>
      <w:tr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___/___ au ___/___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</w:tr>
      <w:tr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___/___ au ___/___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  <w:tc>
          <w:tcPr>
            <w:tcW w:type="dxa" w:w="1728"/>
          </w:tcPr>
          <w:p>
            <w:r>
              <w:t>________________</w:t>
            </w:r>
          </w:p>
        </w:tc>
      </w:tr>
    </w:tbl>
    <w:p/>
    <w:p>
      <w:r>
        <w:t>4. ASPECTS ADMINISTRATIFS ET RÉGLEMENTAIRES</w:t>
      </w:r>
    </w:p>
    <w:p>
      <w:r>
        <w:t>Visa requis : ☐ Oui   ☐ Non   Type : ___________________________</w:t>
      </w:r>
    </w:p>
    <w:p>
      <w:r>
        <w:t>Autorisations locales / invitations officielles :</w:t>
      </w:r>
    </w:p>
    <w:p>
      <w:r>
        <w:t>☐ Nécessaires   ☐ Non nécessaires   Détail : _____________________</w:t>
      </w:r>
    </w:p>
    <w:p/>
    <w:p>
      <w:r>
        <w:t>Assurance voyage / assistance :</w:t>
      </w:r>
    </w:p>
    <w:p>
      <w:r>
        <w:t>☐ Couverture confirmée   ☐ À vérifier   Numéro de police : ________</w:t>
      </w:r>
    </w:p>
    <w:p/>
    <w:p>
      <w:r>
        <w:t>Contraintes spécifiques (sanitaires, sécurité, douanes, etc.) :</w:t>
      </w:r>
    </w:p>
    <w:p>
      <w:r>
        <w:t>________________________________________________________________</w:t>
      </w:r>
    </w:p>
    <w:p>
      <w:r>
        <w:t>________________________________________________________________</w:t>
      </w:r>
    </w:p>
    <w:p/>
    <w:p>
      <w:r>
        <w:t>5. CONDITIONS FINANCIÈRES</w:t>
      </w:r>
    </w:p>
    <w:p>
      <w:r>
        <w:t>Devise principale de référence : ____________</w:t>
      </w:r>
    </w:p>
    <w:p>
      <w:r>
        <w:t>Régime de prise en charge :</w:t>
      </w:r>
    </w:p>
    <w:p>
      <w:r>
        <w:t>☐ Per diem par pays</w:t>
      </w:r>
    </w:p>
    <w:p>
      <w:r>
        <w:t>☐ Remboursement au réel</w:t>
      </w:r>
    </w:p>
    <w:p/>
    <w:p>
      <w:r>
        <w:t>Tableau indicatif des per diem (si applicable)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Pays</w:t>
            </w:r>
          </w:p>
        </w:tc>
        <w:tc>
          <w:tcPr>
            <w:tcW w:type="dxa" w:w="2160"/>
          </w:tcPr>
          <w:p>
            <w:r>
              <w:t>Per diem / jour</w:t>
            </w:r>
          </w:p>
        </w:tc>
        <w:tc>
          <w:tcPr>
            <w:tcW w:type="dxa" w:w="2160"/>
          </w:tcPr>
          <w:p>
            <w:r>
              <w:t>Plafond hébergement</w:t>
            </w:r>
          </w:p>
        </w:tc>
        <w:tc>
          <w:tcPr>
            <w:tcW w:type="dxa" w:w="2160"/>
          </w:tcPr>
          <w:p>
            <w:r>
              <w:t>Plafond repas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  <w:tc>
          <w:tcPr>
            <w:tcW w:type="dxa" w:w="2160"/>
          </w:tcPr>
          <w:p>
            <w:r>
              <w:t>__________</w:t>
            </w:r>
          </w:p>
        </w:tc>
      </w:tr>
    </w:tbl>
    <w:p/>
    <w:p>
      <w:r>
        <w:t>Avance de voyage : ☐ Oui   ☐ Non   Montant : ____________   Devise : ________</w:t>
      </w:r>
    </w:p>
    <w:p>
      <w:r>
        <w:t>Modalités de règlement des frais (carte corporate, cash, virement, etc.) :</w:t>
      </w:r>
    </w:p>
    <w:p>
      <w:r>
        <w:t>________________________________________________________________</w:t>
      </w:r>
    </w:p>
    <w:p/>
    <w:p>
      <w:r>
        <w:t>6. CONTACTS CLÉS SUR PLACE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Nom / Fonction</w:t>
            </w:r>
          </w:p>
        </w:tc>
        <w:tc>
          <w:tcPr>
            <w:tcW w:type="dxa" w:w="2160"/>
          </w:tcPr>
          <w:p>
            <w:r>
              <w:t>Organisation</w:t>
            </w:r>
          </w:p>
        </w:tc>
        <w:tc>
          <w:tcPr>
            <w:tcW w:type="dxa" w:w="2160"/>
          </w:tcPr>
          <w:p>
            <w:r>
              <w:t>Téléphone / E-mail</w:t>
            </w:r>
          </w:p>
        </w:tc>
        <w:tc>
          <w:tcPr>
            <w:tcW w:type="dxa" w:w="2160"/>
          </w:tcPr>
          <w:p>
            <w:r>
              <w:t>Pays / Ville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</w:tr>
      <w:tr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  <w:tc>
          <w:tcPr>
            <w:tcW w:type="dxa" w:w="2160"/>
          </w:tcPr>
          <w:p>
            <w:r>
              <w:t>________________</w:t>
            </w:r>
          </w:p>
        </w:tc>
      </w:tr>
    </w:tbl>
    <w:p/>
    <w:p>
      <w:r>
        <w:t>7. SÉCURITÉ ET CONSIGNES PARTICULIÈRES</w:t>
      </w:r>
    </w:p>
    <w:p>
      <w:r>
        <w:t>Niveau de risque estimé : ☐ Faible   ☐ Modéré   ☐ Élevé   ☐ Critique</w:t>
      </w:r>
    </w:p>
    <w:p>
      <w:r>
        <w:t>Sources d’information (MAE, ambassades, etc.) : ____________________</w:t>
      </w:r>
    </w:p>
    <w:p/>
    <w:p>
      <w:r>
        <w:t>Consignes spécifiques communiquées au collaborateur :</w:t>
      </w:r>
    </w:p>
    <w:p>
      <w:r>
        <w:t>________________________________________________________________</w:t>
      </w:r>
    </w:p>
    <w:p>
      <w:r>
        <w:t>________________________________________________________________</w:t>
      </w:r>
    </w:p>
    <w:p/>
    <w:p>
      <w:r>
        <w:t>Personne / cellule interne de sécurité référente :</w:t>
      </w:r>
    </w:p>
    <w:p>
      <w:r>
        <w:t>Nom / Fonction : _________________________________________________</w:t>
      </w:r>
    </w:p>
    <w:p>
      <w:r>
        <w:t>Téléphone d’urgence : ___________________________________________</w:t>
      </w:r>
    </w:p>
    <w:p/>
    <w:p>
      <w:r>
        <w:t>8. VALIDATIONS</w:t>
      </w:r>
    </w:p>
    <w:p>
      <w:r>
        <w:t>Émission de l’ordre de mission :</w:t>
      </w:r>
    </w:p>
    <w:p>
      <w:r>
        <w:t>Nom / Fonction : _________________________________________________</w:t>
      </w:r>
    </w:p>
    <w:p>
      <w:r>
        <w:t>Date : ___ / ___ / ______    Signature : ________________________</w:t>
      </w:r>
    </w:p>
    <w:p/>
    <w:p>
      <w:r>
        <w:t>Visa du responsable hiérarchique :</w:t>
      </w:r>
    </w:p>
    <w:p>
      <w:r>
        <w:t>Nom / Fonction : _________________________________________________</w:t>
      </w:r>
    </w:p>
    <w:p>
      <w:r>
        <w:t>Date : ___ / ___ / ______    Signature : ________________________</w:t>
      </w:r>
    </w:p>
    <w:p/>
    <w:p>
      <w:r>
        <w:t>Visa Direction / Direction Internationale / Sécurité (si requis) :</w:t>
      </w:r>
    </w:p>
    <w:p>
      <w:r>
        <w:t>Nom / Fonction : _________________________________________________</w:t>
      </w:r>
    </w:p>
    <w:p>
      <w:r>
        <w:t>Date : ___ / ___ / ______    Signature : ________________________</w:t>
      </w:r>
    </w:p>
    <w:p/>
    <w:p>
      <w:r>
        <w:t>Engagement du collaborateur :</w:t>
      </w:r>
    </w:p>
    <w:p>
      <w:r>
        <w:t>Je soussigné(e) ____________________________________________,</w:t>
      </w:r>
    </w:p>
    <w:p>
      <w:r>
        <w:t>atteste avoir pris connaissance des informations ci-dessus, des</w:t>
      </w:r>
    </w:p>
    <w:p>
      <w:r>
        <w:t>conditions financières et des consignes de sécurité. Je m’engage</w:t>
      </w:r>
    </w:p>
    <w:p>
      <w:r>
        <w:t>à les respecter strictement pendant toute la durée de la mission.</w:t>
      </w:r>
    </w:p>
    <w:p/>
    <w:p>
      <w:r>
        <w:t>Fait à ________________________, le ___ / ___ / ______</w:t>
      </w:r>
    </w:p>
    <w:p>
      <w:r>
        <w:t>Signature du collaborateur : 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