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Je m’entraîne à faire des ponts, des vagues et des boucles</w:t>
      </w:r>
    </w:p>
    <w:p>
      <w:r>
        <w:rPr>
          <w:b/>
        </w:rPr>
        <w:br/>
        <w:t xml:space="preserve">Consigne : </w:t>
      </w:r>
      <w:r>
        <w:t>Repasse sur les lignes en pointillés, puis continue tout seul jusqu’au bout.</w:t>
        <w:br/>
      </w:r>
    </w:p>
    <w:p>
      <w:r>
        <w:t>Pose bien ton bras sur la table, tiens ton crayon entre le pouce et l’index, et avance doucement.</w:t>
      </w:r>
    </w:p>
    <w:p>
      <w:r>
        <w:br/>
        <w:t>Ligne 1 – Les ponts :</w:t>
      </w:r>
    </w:p>
    <w:p>
      <w:r>
        <w:t>∩ ∩ ∩ ∩ ∩  . . . . . . . . .</w:t>
      </w:r>
    </w:p>
    <w:p>
      <w:r>
        <w:br/>
        <w:t>Ligne 2 – Les vagues :</w:t>
      </w:r>
    </w:p>
    <w:p>
      <w:r>
        <w:t>∿∿∿∿∿  . . . . . . . . .</w:t>
      </w:r>
    </w:p>
    <w:p>
      <w:r>
        <w:br/>
        <w:t>Ligne 3 – Les boucles :</w:t>
      </w:r>
    </w:p>
    <w:p>
      <w:r>
        <w:t>oooo oooo  . . . . . . . . .</w:t>
      </w:r>
    </w:p>
    <w:p>
      <w:r>
        <w:br/>
        <w:t>Tu peux imaginer qu’un petit train suit ces rails : aide-le à aller jusqu’à la gare sans sortir de la ligne.</w:t>
      </w:r>
    </w:p>
    <w:p>
      <w:r>
        <w:br/>
        <w:t>Aujourd’hui, j’ai réussi à :</w:t>
        <w:br/>
      </w:r>
    </w:p>
    <w:p>
      <w:r>
        <w:t>☐ Aller doucement</w:t>
      </w:r>
    </w:p>
    <w:p>
      <w:r>
        <w:t>☐ Rester sur la ligne</w:t>
      </w:r>
    </w:p>
    <w:p>
      <w:r>
        <w:t>☐ Arriver jusqu’au bout</w:t>
      </w:r>
    </w:p>
    <w:p>
      <w:r>
        <w:br/>
        <w:t xml:space="preserve">Pour l’adulte : </w:t>
      </w:r>
      <w:r>
        <w:t>Objectif : graphisme préparatoire à l’écriture, régularité du geste, endurance. Variante : agrandir les lignes pour les enfants qui débutent, réduire l’espacement pour ceux qui sont plus à l’aise.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