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Suivre le chemin avec le crayon</w:t>
      </w:r>
    </w:p>
    <w:p>
      <w:r>
        <w:rPr>
          <w:b/>
        </w:rPr>
        <w:br/>
        <w:t xml:space="preserve">Objectif : </w:t>
      </w:r>
      <w:r>
        <w:t>améliorer la coordination œil-main et la précision des déplacements sur la feuille.</w:t>
        <w:br/>
      </w:r>
    </w:p>
    <w:p>
      <w:r>
        <w:rPr>
          <w:b/>
        </w:rPr>
        <w:t xml:space="preserve">Consigne : </w:t>
      </w:r>
      <w:r>
        <w:t>place ton crayon au départ et suis le chemin jusqu’à l’arrivée, sans sortir de la bande.</w:t>
        <w:br/>
      </w:r>
    </w:p>
    <w:p>
      <w:r>
        <w:t>Tu peux utiliser un feutre épais si c’est plus confortable. Tu peux t’arrêter et reprendre quand tu veux.</w:t>
      </w:r>
    </w:p>
    <w:p>
      <w:r>
        <w:br/>
        <w:t>Chemin 1 – ligne droite :</w:t>
      </w:r>
    </w:p>
    <w:p>
      <w:r>
        <w:t>DÉPART ●  =====================  ■ ARRIVÉE</w:t>
      </w:r>
    </w:p>
    <w:p>
      <w:r>
        <w:br/>
        <w:t>Chemin 2 – ligne courbe :</w:t>
      </w:r>
    </w:p>
    <w:p>
      <w:r>
        <w:t>DÉPART ●  ∿∿∿∿∿∿∿∿∿  ■ ARRIVÉE</w:t>
      </w:r>
    </w:p>
    <w:p>
      <w:r>
        <w:br/>
        <w:t>Chemin 3 – grande courbe en S :</w:t>
      </w:r>
    </w:p>
    <w:p>
      <w:r>
        <w:t>DÉPART ●  ~~~~~S~~~~~  ■ ARRIVÉE</w:t>
      </w:r>
    </w:p>
    <w:p>
      <w:r>
        <w:br/>
        <w:t>Chemin 4 – un virage arrondi :</w:t>
      </w:r>
    </w:p>
    <w:p>
      <w:r>
        <w:t>DÉPART ●  =====┐</w:t>
      </w:r>
    </w:p>
    <w:p>
      <w:r>
        <w:t xml:space="preserve">              │</w:t>
      </w:r>
    </w:p>
    <w:p>
      <w:r>
        <w:t xml:space="preserve">              ■ ARRIVÉE</w:t>
      </w:r>
    </w:p>
    <w:p>
      <w:r>
        <w:br/>
        <w:t>Comment s’est passé le geste aujourd’hui ?</w:t>
      </w:r>
    </w:p>
    <w:p>
      <w:r>
        <w:t>🔹 J’ai beaucoup dépassé : ☐</w:t>
      </w:r>
    </w:p>
    <w:p>
      <w:r>
        <w:t>🔹 J’ai un peu dépassé : ☐</w:t>
      </w:r>
    </w:p>
    <w:p>
      <w:r>
        <w:t>🔹 Je suis resté(e) dans le chemin : ☐</w:t>
      </w:r>
    </w:p>
    <w:p>
      <w:r>
        <w:br/>
        <w:t>Remarques (accompagnant) :</w:t>
        <w:br/>
      </w:r>
      <w:r>
        <w:t>Possibilité d’imprimer en format A3, de plastifier la fiche et d’utiliser un feutre effaçable pour des essais répétés.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