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Je m’entraîne à faire des lignes et des boucles</w:t>
      </w:r>
    </w:p>
    <w:p>
      <w:r>
        <w:rPr>
          <w:b/>
        </w:rPr>
        <w:br/>
        <w:t>Consigne :</w:t>
        <w:br/>
      </w:r>
    </w:p>
    <w:p>
      <w:r>
        <w:t>Repasse sur les pointillés sans sortir de la ligne.</w:t>
      </w:r>
    </w:p>
    <w:p>
      <w:r>
        <w:br/>
        <w:t>Lignes horizontales :</w:t>
      </w:r>
    </w:p>
    <w:p>
      <w:r>
        <w:t>- - - - - - - - - - - - - - - - - -</w:t>
      </w:r>
    </w:p>
    <w:p>
      <w:r>
        <w:br/>
        <w:t>Lignes verticales :</w:t>
      </w:r>
    </w:p>
    <w:p>
      <w:r>
        <w:t>|   |   |   |   |   |   |   |</w:t>
      </w:r>
    </w:p>
    <w:p>
      <w:r>
        <w:br/>
        <w:t>Boucles :</w:t>
      </w:r>
    </w:p>
    <w:p>
      <w:r>
        <w:t>oooo oooo oooo oooo</w:t>
      </w:r>
    </w:p>
    <w:p>
      <w:r>
        <w:br/>
        <w:t>Ponts / vagues :</w:t>
      </w:r>
    </w:p>
    <w:p>
      <w:r>
        <w:t>∩ ∩ ∩ ∩ ∩ ∩ ∩</w:t>
      </w:r>
    </w:p>
    <w:p>
      <w:r>
        <w:t>⌒ ⌒ ⌒ ⌒ ⌒ ⌒</w:t>
      </w:r>
    </w:p>
    <w:p>
      <w:r>
        <w:br/>
        <w:t>Montagnes et vallées :</w:t>
      </w:r>
    </w:p>
    <w:p>
      <w:r>
        <w:t>/\/\/\/\/\/\</w:t>
      </w:r>
    </w:p>
    <w:p>
      <w:r>
        <w:rPr>
          <w:b/>
        </w:rPr>
        <w:br/>
        <w:t>Aujourd’hui, j’ai réussi :</w:t>
        <w:br/>
      </w:r>
    </w:p>
    <w:p>
      <w:r>
        <w:t>☐ à aller doucement</w:t>
      </w:r>
    </w:p>
    <w:p>
      <w:r>
        <w:t>☐ à rester sur la ligne</w:t>
      </w:r>
    </w:p>
    <w:p>
      <w:r>
        <w:t>☐ à tenir mon crayon comme un grand / une grande</w:t>
      </w:r>
    </w:p>
    <w:p>
      <w:r>
        <w:br/>
        <w:t xml:space="preserve">Pour l’adulte : </w:t>
      </w:r>
      <w:r>
        <w:t>Objectif : préparation à l’écriture (gestes de base), endurance du geste. Variante : plastifier la fiche et utiliser des feutres effaçables.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