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Chemins à suivre avec le doigt</w:t>
      </w:r>
    </w:p>
    <w:p>
      <w:r>
        <w:rPr>
          <w:b/>
        </w:rPr>
        <w:br/>
        <w:t>Consigne : Passe ton doigt le long des chemins sans en sortir.</w:t>
        <w:br/>
      </w:r>
    </w:p>
    <w:p>
      <w:r>
        <w:t>Tu peux plastifier cette fiche et utiliser le doigt, un coton-tige ou un feutre effaçable.</w:t>
      </w:r>
    </w:p>
    <w:p>
      <w:r>
        <w:br/>
        <w:t>Chemin 1 – droit et large :</w:t>
      </w:r>
    </w:p>
    <w:p>
      <w:r>
        <w:t>────────────────────────────────────────────</w:t>
      </w:r>
    </w:p>
    <w:p>
      <w:r>
        <w:br/>
        <w:t>Chemin 2 – en vagues :</w:t>
      </w:r>
    </w:p>
    <w:p>
      <w:r>
        <w:t>∿∿∿∿∿∿∿∿∿∿∿∿∿∿∿∿</w:t>
      </w:r>
    </w:p>
    <w:p>
      <w:r>
        <w:br/>
        <w:t>Chemin 3 – en escaliers :</w:t>
      </w:r>
    </w:p>
    <w:p>
      <w:r>
        <w:t>┐┘┐┘┐┘┐┘┐┘┐┘┐┘</w:t>
      </w:r>
    </w:p>
    <w:p>
      <w:r>
        <w:br/>
        <w:t>Chemin 4 – qui tourne (labyrinthe simplifié) :</w:t>
      </w:r>
    </w:p>
    <w:p>
      <w:r>
        <w:t>Départ ➜ ──┐</w:t>
        <w:br/>
        <w:t xml:space="preserve">          │ │</w:t>
        <w:br/>
        <w:t xml:space="preserve">          └─ Arrivée</w:t>
      </w:r>
    </w:p>
    <w:p>
      <w:r>
        <w:br/>
        <w:t>Mini bilan (à cocher avec l’enfant) :</w:t>
      </w:r>
    </w:p>
    <w:p>
      <w:r>
        <w:t>☐ Je suis resté(e) sur le chemin</w:t>
      </w:r>
    </w:p>
    <w:p>
      <w:r>
        <w:t>☐ J’ai pris mon temps</w:t>
      </w:r>
    </w:p>
    <w:p>
      <w:r>
        <w:t>☐ Je peux recommencer avec un feutre</w:t>
      </w:r>
    </w:p>
    <w:p>
      <w:r>
        <w:br/>
        <w:t xml:space="preserve">Pour l’adulte : </w:t>
      </w:r>
      <w:r>
        <w:rPr>
          <w:b w:val="0"/>
        </w:rPr>
        <w:t>Objectif : coordination œil-main, contrôle du geste, préparation à l’écriture.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