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rPr>
          <w:b/>
          <w:sz w:val="40"/>
        </w:rPr>
        <w:t>Reçu de vente</w:t>
      </w:r>
    </w:p>
    <w:p>
      <w:pPr>
        <w:jc w:val="left"/>
      </w:pPr>
      <w:r>
        <w:t>Nom de votre entreprise</w:t>
        <w:br/>
        <w:t>Adresse de l'entreprise</w:t>
        <w:br/>
        <w:t>Téléphone : ____________   E-mail : __________________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4"/>
        <w:gridCol w:w="2494"/>
        <w:gridCol w:w="2494"/>
        <w:gridCol w:w="2494"/>
      </w:tblGrid>
      <w:tr>
        <w:tc>
          <w:tcPr>
            <w:tcW w:type="dxa" w:w="2494"/>
          </w:tcPr>
          <w:p>
            <w:r>
              <w:t>Client :</w:t>
            </w:r>
          </w:p>
        </w:tc>
        <w:tc>
          <w:tcPr>
            <w:tcW w:type="dxa" w:w="2494"/>
          </w:tcPr>
          <w:p>
            <w:r>
              <w:t>________________________________</w:t>
            </w:r>
          </w:p>
        </w:tc>
        <w:tc>
          <w:tcPr>
            <w:tcW w:type="dxa" w:w="2494"/>
          </w:tcPr>
          <w:p>
            <w:r>
              <w:t>Date :</w:t>
            </w:r>
          </w:p>
        </w:tc>
        <w:tc>
          <w:tcPr>
            <w:tcW w:type="dxa" w:w="2494"/>
          </w:tcPr>
          <w:p>
            <w:r>
              <w:t>____ / ____ / ______</w:t>
            </w:r>
          </w:p>
        </w:tc>
      </w:tr>
      <w:tr>
        <w:tc>
          <w:tcPr>
            <w:tcW w:type="dxa" w:w="2494"/>
          </w:tcPr>
          <w:p>
            <w:r>
              <w:t>Adresse :</w:t>
            </w:r>
          </w:p>
        </w:tc>
        <w:tc>
          <w:tcPr>
            <w:tcW w:type="dxa" w:w="2494"/>
          </w:tcPr>
          <w:p>
            <w:r>
              <w:t>________________________________</w:t>
            </w:r>
          </w:p>
        </w:tc>
        <w:tc>
          <w:tcPr>
            <w:tcW w:type="dxa" w:w="2494"/>
          </w:tcPr>
          <w:p>
            <w:r>
              <w:t>Téléphone :</w:t>
            </w:r>
          </w:p>
        </w:tc>
        <w:tc>
          <w:tcPr>
            <w:tcW w:type="dxa" w:w="2494"/>
          </w:tcPr>
          <w:p>
            <w:r>
              <w:t>________________</w:t>
            </w:r>
          </w:p>
        </w:tc>
      </w:tr>
      <w:tr>
        <w:tc>
          <w:tcPr>
            <w:tcW w:type="dxa" w:w="2494"/>
          </w:tcPr>
          <w:p>
            <w:r>
              <w:t>Ville :</w:t>
            </w:r>
          </w:p>
        </w:tc>
        <w:tc>
          <w:tcPr>
            <w:tcW w:type="dxa" w:w="2494"/>
          </w:tcPr>
          <w:p>
            <w:r>
              <w:t>________________</w:t>
            </w:r>
          </w:p>
        </w:tc>
        <w:tc>
          <w:tcPr>
            <w:tcW w:type="dxa" w:w="2494"/>
          </w:tcPr>
          <w:p>
            <w:r>
              <w:t>Code postal :</w:t>
            </w:r>
          </w:p>
        </w:tc>
        <w:tc>
          <w:tcPr>
            <w:tcW w:type="dxa" w:w="2494"/>
          </w:tcPr>
          <w:p>
            <w:r>
              <w:t>________</w:t>
            </w:r>
          </w:p>
        </w:tc>
      </w:tr>
      <w:tr>
        <w:tc>
          <w:tcPr>
            <w:tcW w:type="dxa" w:w="2494"/>
          </w:tcPr>
          <w:p>
            <w:r>
              <w:t>N° de reçu :</w:t>
            </w:r>
          </w:p>
        </w:tc>
        <w:tc>
          <w:tcPr>
            <w:tcW w:type="dxa" w:w="2494"/>
          </w:tcPr>
          <w:p>
            <w:r>
              <w:t>__________</w:t>
            </w:r>
          </w:p>
        </w:tc>
        <w:tc>
          <w:tcPr>
            <w:tcW w:type="dxa" w:w="2494"/>
          </w:tcPr>
          <w:p>
            <w:r>
              <w:t>Vendeur :</w:t>
            </w:r>
          </w:p>
        </w:tc>
        <w:tc>
          <w:tcPr>
            <w:tcW w:type="dxa" w:w="2494"/>
          </w:tcPr>
          <w:p>
            <w:r>
              <w:t>________________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4"/>
        <w:gridCol w:w="2494"/>
        <w:gridCol w:w="2494"/>
        <w:gridCol w:w="2494"/>
      </w:tblGrid>
      <w:tr>
        <w:tc>
          <w:tcPr>
            <w:tcW w:type="dxa" w:w="2494"/>
          </w:tcPr>
          <w:p>
            <w:r>
              <w:t>Qté.</w:t>
            </w:r>
          </w:p>
        </w:tc>
        <w:tc>
          <w:tcPr>
            <w:tcW w:type="dxa" w:w="2494"/>
          </w:tcPr>
          <w:p>
            <w:r>
              <w:t>Produit / Description</w:t>
            </w:r>
          </w:p>
        </w:tc>
        <w:tc>
          <w:tcPr>
            <w:tcW w:type="dxa" w:w="2494"/>
          </w:tcPr>
          <w:p>
            <w:r>
              <w:t>Prix unitaire</w:t>
            </w:r>
          </w:p>
        </w:tc>
        <w:tc>
          <w:tcPr>
            <w:tcW w:type="dxa" w:w="2494"/>
          </w:tcPr>
          <w:p>
            <w:r>
              <w:t>Total</w:t>
            </w:r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  <w:tr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  <w:tc>
          <w:tcPr>
            <w:tcW w:type="dxa" w:w="2494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t>Mode de paiement :</w:t>
              <w:br/>
              <w:t>☐ Espèces    ☐ Carte bancaire    ☐ Chèque    ☐ Autre : _____________</w:t>
            </w:r>
          </w:p>
        </w:tc>
        <w:tc>
          <w:tcPr>
            <w:tcW w:type="dxa" w:w="4989"/>
          </w:tcPr>
          <w:p>
            <w:r/>
          </w:p>
        </w:tc>
      </w:tr>
      <w:tr>
        <w:tc>
          <w:tcPr>
            <w:tcW w:type="dxa" w:w="4989"/>
          </w:tcPr>
          <w:p>
            <w:r/>
          </w:p>
        </w:tc>
        <w:tc>
          <w:tcPr>
            <w:tcW w:type="dxa" w:w="4989"/>
          </w:tcPr>
          <w:p>
            <w:r>
              <w:t>Total HT : __________________ €</w:t>
            </w:r>
          </w:p>
        </w:tc>
      </w:tr>
      <w:tr>
        <w:tc>
          <w:tcPr>
            <w:tcW w:type="dxa" w:w="4989"/>
          </w:tcPr>
          <w:p>
            <w:r/>
          </w:p>
        </w:tc>
        <w:tc>
          <w:tcPr>
            <w:tcW w:type="dxa" w:w="4989"/>
          </w:tcPr>
          <w:p>
            <w:r>
              <w:t>TVA : __________________ €</w:t>
            </w:r>
          </w:p>
        </w:tc>
      </w:tr>
      <w:tr>
        <w:tc>
          <w:tcPr>
            <w:tcW w:type="dxa" w:w="4989"/>
          </w:tcPr>
          <w:p>
            <w:r/>
          </w:p>
        </w:tc>
        <w:tc>
          <w:tcPr>
            <w:tcW w:type="dxa" w:w="4989"/>
          </w:tcPr>
          <w:p>
            <w:r>
              <w:t>Remise : __________________ €</w:t>
            </w:r>
          </w:p>
        </w:tc>
      </w:tr>
      <w:tr>
        <w:tc>
          <w:tcPr>
            <w:tcW w:type="dxa" w:w="4989"/>
          </w:tcPr>
          <w:p>
            <w:r/>
          </w:p>
        </w:tc>
        <w:tc>
          <w:tcPr>
            <w:tcW w:type="dxa" w:w="4989"/>
          </w:tcPr>
          <w:p>
            <w:r>
              <w:t>TOTAL TTC : __________________ €</w:t>
            </w:r>
          </w:p>
        </w:tc>
      </w:tr>
    </w:tbl>
    <w:p>
      <w:r>
        <w:t>Signature du vendeur : ___________________________      Signature du client : ___________________________</w:t>
      </w:r>
    </w:p>
    <w:p>
      <w:pPr>
        <w:pStyle w:val="IntenseQuote"/>
      </w:pPr>
      <w:r>
        <w:t>Tous les retours ou échanges de marchandises doivent être accompagnés de ce reçu.</w:t>
      </w:r>
    </w:p>
    <w:p>
      <w:r>
        <w:br w:type="page"/>
      </w:r>
    </w:p>
    <w:p>
      <w:pPr>
        <w:jc w:val="center"/>
      </w:pPr>
      <w:r>
        <w:rPr>
          <w:b/>
          <w:sz w:val="36"/>
        </w:rPr>
        <w:t>Reçu de vente simplifié</w:t>
      </w:r>
    </w:p>
    <w:p>
      <w:pPr>
        <w:jc w:val="left"/>
      </w:pPr>
      <w:r>
        <w:t>Nom de votre entreprise : _________________________________</w:t>
        <w:br/>
        <w:t>SIRET : ______________________    TVA intracom : ______________________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t>Client : _______________________________</w:t>
            </w:r>
          </w:p>
        </w:tc>
        <w:tc>
          <w:tcPr>
            <w:tcW w:type="dxa" w:w="4989"/>
          </w:tcPr>
          <w:p>
            <w:r>
              <w:t>Date : ____ / ____ / ______</w:t>
            </w:r>
          </w:p>
        </w:tc>
      </w:tr>
      <w:tr>
        <w:tc>
          <w:tcPr>
            <w:tcW w:type="dxa" w:w="4989"/>
          </w:tcPr>
          <w:p>
            <w:r>
              <w:t>Adresse : ______________________________</w:t>
            </w:r>
          </w:p>
        </w:tc>
        <w:tc>
          <w:tcPr>
            <w:tcW w:type="dxa" w:w="4989"/>
          </w:tcPr>
          <w:p>
            <w:r>
              <w:t>Téléphone : __________________</w:t>
            </w:r>
          </w:p>
        </w:tc>
      </w:tr>
      <w:tr>
        <w:tc>
          <w:tcPr>
            <w:tcW w:type="dxa" w:w="4989"/>
          </w:tcPr>
          <w:p>
            <w:r>
              <w:t>Objet de la vente : _____________________</w:t>
            </w:r>
          </w:p>
        </w:tc>
        <w:tc>
          <w:tcPr>
            <w:tcW w:type="dxa" w:w="4989"/>
          </w:tcPr>
          <w:p>
            <w:r>
              <w:t>N° de reçu : __________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</w:tcPr>
          <w:p>
            <w:r>
              <w:t>Description</w:t>
            </w:r>
          </w:p>
        </w:tc>
        <w:tc>
          <w:tcPr>
            <w:tcW w:type="dxa" w:w="3326"/>
          </w:tcPr>
          <w:p>
            <w:r>
              <w:t>Montant HT</w:t>
            </w:r>
          </w:p>
        </w:tc>
        <w:tc>
          <w:tcPr>
            <w:tcW w:type="dxa" w:w="3326"/>
          </w:tcPr>
          <w:p>
            <w:r>
              <w:t>Montant TTC</w:t>
            </w:r>
          </w:p>
        </w:tc>
      </w:tr>
      <w:tr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t>Total HT</w:t>
            </w:r>
          </w:p>
        </w:tc>
        <w:tc>
          <w:tcPr>
            <w:tcW w:type="dxa" w:w="4989"/>
          </w:tcPr>
          <w:p>
            <w:r>
              <w:t>___________ €</w:t>
            </w:r>
          </w:p>
        </w:tc>
      </w:tr>
      <w:tr>
        <w:tc>
          <w:tcPr>
            <w:tcW w:type="dxa" w:w="4989"/>
          </w:tcPr>
          <w:p>
            <w:r>
              <w:t>TVA</w:t>
            </w:r>
          </w:p>
        </w:tc>
        <w:tc>
          <w:tcPr>
            <w:tcW w:type="dxa" w:w="4989"/>
          </w:tcPr>
          <w:p>
            <w:r>
              <w:t>___________ €</w:t>
            </w:r>
          </w:p>
        </w:tc>
      </w:tr>
      <w:tr>
        <w:tc>
          <w:tcPr>
            <w:tcW w:type="dxa" w:w="4989"/>
          </w:tcPr>
          <w:p>
            <w:r>
              <w:t>TOTAL TTC</w:t>
            </w:r>
          </w:p>
        </w:tc>
        <w:tc>
          <w:tcPr>
            <w:tcW w:type="dxa" w:w="4989"/>
          </w:tcPr>
          <w:p>
            <w:r>
              <w:t>___________ €</w:t>
            </w:r>
          </w:p>
        </w:tc>
      </w:tr>
      <w:tr>
        <w:tc>
          <w:tcPr>
            <w:tcW w:type="dxa" w:w="4989"/>
          </w:tcPr>
          <w:p>
            <w:r>
              <w:t>Mode de paiement</w:t>
            </w:r>
          </w:p>
        </w:tc>
        <w:tc>
          <w:tcPr>
            <w:tcW w:type="dxa" w:w="4989"/>
          </w:tcPr>
          <w:p>
            <w:r>
              <w:t>Espèces / Carte / Virement / Chèque</w:t>
            </w:r>
          </w:p>
        </w:tc>
      </w:tr>
    </w:tbl>
    <w:p>
      <w:pPr>
        <w:jc w:val="left"/>
      </w:pPr>
      <w:r>
        <w:t>Reçu en règlement de la somme ci-dessus.</w:t>
      </w:r>
    </w:p>
    <w:sectPr w:rsidR="00FC693F" w:rsidRPr="0006063C" w:rsidSect="00034616"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