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264"/>
          <w:sz w:val="24"/>
        </w:rPr>
        <w:t>RÉPUBLIQUE FRANÇAISE</w:t>
      </w:r>
    </w:p>
    <w:p>
      <w:pPr>
        <w:jc w:val="center"/>
      </w:pPr>
      <w:r>
        <w:rPr>
          <w:color w:val="003264"/>
          <w:sz w:val="20"/>
        </w:rPr>
        <w:t xml:space="preserve">■ </w:t>
      </w:r>
      <w:r>
        <w:rPr>
          <w:color w:val="FFFFFF"/>
          <w:sz w:val="20"/>
        </w:rPr>
        <w:t xml:space="preserve">■ </w:t>
      </w:r>
      <w:r>
        <w:rPr>
          <w:color w:val="C00000"/>
          <w:sz w:val="20"/>
        </w:rPr>
        <w:t xml:space="preserve">■ </w:t>
      </w:r>
    </w:p>
    <w:p>
      <w:pPr>
        <w:jc w:val="left"/>
      </w:pPr>
      <w:r>
        <w:rPr>
          <w:i/>
          <w:sz w:val="20"/>
        </w:rPr>
        <w:t>[LOGO / EN-TÊTE DE LA COMMUNE]</w:t>
      </w:r>
    </w:p>
    <w:p>
      <w:r>
        <w:rPr>
          <w:b/>
        </w:rPr>
        <w:t>Commune de [NOM DE LA COMMUNE]</w:t>
      </w:r>
    </w:p>
    <w:p>
      <w:r>
        <w:t>[ADRESSE COMPLÈTE DE LA MAIRIE]</w:t>
      </w:r>
    </w:p>
    <w:p>
      <w:r>
        <w:t>[TÉL. – COURRIEL]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D9D9D9"/>
          </w:tcPr>
          <w:p>
            <w:pPr>
              <w:jc w:val="center"/>
            </w:pPr>
            <w:r>
              <w:rPr>
                <w:b/>
                <w:color w:val="003264"/>
                <w:sz w:val="24"/>
              </w:rPr>
              <w:t>CERTIFICAT DE NON-OPPOSITION À LA CONFORMITÉ DES TRAVAUX</w:t>
            </w:r>
          </w:p>
        </w:tc>
      </w:tr>
    </w:tbl>
    <w:p/>
    <w:p>
      <w:r>
        <w:t>Je soussigné(e) _____________________________________________</w:t>
      </w:r>
    </w:p>
    <w:p>
      <w:r>
        <w:t>agissant en qualité de _______________________________________</w:t>
      </w:r>
    </w:p>
    <w:p>
      <w:r>
        <w:t>de la commune de ____________________________________________,</w:t>
      </w:r>
    </w:p>
    <w:p/>
    <w:p>
      <w:r>
        <w:t>certifie ce qui suit :</w:t>
      </w:r>
    </w:p>
    <w:p/>
    <w:p>
      <w:r>
        <w:t>L’immeuble situé à l’adresse suivante :</w:t>
      </w:r>
    </w:p>
    <w:p>
      <w:r>
        <w:t>Adresse : _________________________________________________</w:t>
      </w:r>
    </w:p>
    <w:p>
      <w:r>
        <w:t>Code postal / Commune : ___________________________________</w:t>
      </w:r>
    </w:p>
    <w:p>
      <w:r>
        <w:t>Référence(s) cadastrale(s) : ______________________________</w:t>
      </w:r>
    </w:p>
    <w:p/>
    <w:p>
      <w:r>
        <w:t>fait l’objet de l’autorisation d’urbanisme :</w:t>
      </w:r>
    </w:p>
    <w:p>
      <w:r>
        <w:t>Type d’autorisation :  ☐ Permis de construire</w:t>
      </w:r>
    </w:p>
    <w:p>
      <w:r>
        <w:t xml:space="preserve">                        ☐ Permis de construire modificatif</w:t>
      </w:r>
    </w:p>
    <w:p>
      <w:r>
        <w:t xml:space="preserve">                        ☐ Déclaration préalable</w:t>
      </w:r>
    </w:p>
    <w:p>
      <w:r>
        <w:t>Autre (préciser) : ________________________________________</w:t>
      </w:r>
    </w:p>
    <w:p/>
    <w:p>
      <w:r>
        <w:t>Numéro d’autorisation : ___________________________________</w:t>
      </w:r>
    </w:p>
    <w:p>
      <w:r>
        <w:t>Date de délivrance : ____ / ____ / ______</w:t>
      </w:r>
    </w:p>
    <w:p>
      <w:r>
        <w:t>Bénéficiaire : ____________________________________________</w:t>
      </w:r>
    </w:p>
    <w:p/>
    <w:p>
      <w:r>
        <w:t>Une déclaration attestant l’achèvement et la conformité des travaux (DAACT)</w:t>
      </w:r>
    </w:p>
    <w:p>
      <w:r>
        <w:t>a été déposée en mairie le ____ / ____ / ______.</w:t>
      </w:r>
    </w:p>
    <w:p/>
    <w:p>
      <w:r>
        <w:t>À l’issue du délai légal de contrôle de la conformité des travaux,</w:t>
      </w:r>
    </w:p>
    <w:p>
      <w:r>
        <w:t>aucune opposition n’a été formulée par la commune à l’encontre desdits travaux.</w:t>
      </w:r>
    </w:p>
    <w:p/>
    <w:p>
      <w:r>
        <w:t>Le présent certificat de non-opposition à la conformité des travaux</w:t>
      </w:r>
    </w:p>
    <w:p>
      <w:r>
        <w:t>est délivré à la demande de :</w:t>
      </w:r>
    </w:p>
    <w:p>
      <w:r>
        <w:t>Nom / raison sociale : ______________________________________</w:t>
      </w:r>
    </w:p>
    <w:p>
      <w:r>
        <w:t>et pourra être produit en tant que de besoin.</w:t>
      </w:r>
    </w:p>
    <w:p/>
    <w:p>
      <w:r>
        <w:t>Fait à ______________________________, le ____ / ____ / ______</w:t>
      </w:r>
    </w:p>
    <w:p/>
    <w:p>
      <w:r>
        <w:t>Signature et cachet de la commune</w:t>
      </w:r>
    </w:p>
    <w:p>
      <w:r>
        <w:t>___________________________________________________________</w:t>
      </w:r>
    </w:p>
    <w:p/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