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b/>
          <w:color w:val="003264"/>
          <w:sz w:val="24"/>
        </w:rPr>
        <w:t>RÉPUBLIQUE FRANÇAISE</w:t>
      </w:r>
    </w:p>
    <w:p>
      <w:pPr>
        <w:jc w:val="center"/>
      </w:pPr>
      <w:r>
        <w:rPr>
          <w:color w:val="003264"/>
          <w:sz w:val="20"/>
        </w:rPr>
        <w:t xml:space="preserve">■ </w:t>
      </w:r>
      <w:r>
        <w:rPr>
          <w:color w:val="FFFFFF"/>
          <w:sz w:val="20"/>
        </w:rPr>
        <w:t xml:space="preserve">■ </w:t>
      </w:r>
      <w:r>
        <w:rPr>
          <w:color w:val="C00000"/>
          <w:sz w:val="20"/>
        </w:rPr>
        <w:t xml:space="preserve">■ </w:t>
      </w:r>
    </w:p>
    <w:p>
      <w:r>
        <w:rPr>
          <w:b/>
        </w:rPr>
        <w:t>Commune de [NOM DE LA COMMUNE]</w:t>
      </w:r>
    </w:p>
    <w:p>
      <w:r>
        <w:t>[ADRESSE COMPLÈTE DE LA MAIRIE]</w:t>
      </w:r>
    </w:p>
    <w:p>
      <w:r>
        <w:t>[TÉL. – COURRIEL]</w:t>
      </w:r>
    </w:p>
    <w:p/>
    <w:tbl>
      <w:tblPr>
        <w:tblW w:type="auto" w:w="0"/>
        <w:tblLook w:firstColumn="1" w:firstRow="1" w:lastColumn="0" w:lastRow="0" w:noHBand="0" w:noVBand="1" w:val="04A0"/>
      </w:tblPr>
      <w:tblGrid>
        <w:gridCol w:w="10540"/>
      </w:tblGrid>
      <w:tr>
        <w:tc>
          <w:tcPr>
            <w:tcW w:type="dxa" w:w="10540"/>
            <w:shd w:val="clear" w:color="auto" w:fill="D9D9D9"/>
          </w:tcPr>
          <w:p>
            <w:pPr>
              <w:jc w:val="center"/>
            </w:pPr>
            <w:r>
              <w:rPr>
                <w:b/>
                <w:color w:val="003264"/>
                <w:sz w:val="24"/>
              </w:rPr>
              <w:t>CERTIFICAT DE NON-OPPOSITION À LA CONFORMITÉ DES TRAVAUX</w:t>
            </w:r>
          </w:p>
        </w:tc>
      </w:tr>
    </w:tbl>
    <w:p/>
    <w:p>
      <w:r>
        <w:t>Référence dossier : [RÉF. INTERNE / N° DOSSIER]</w:t>
      </w:r>
    </w:p>
    <w:p>
      <w:r>
        <w:t>Service instructeur : [SERVICE URBANISME / AUTRE]</w:t>
      </w:r>
    </w:p>
    <w:p/>
    <w:p>
      <w:r>
        <w:t>Je soussigné(e) [NOM, PRÉNOM], [FONCTION : Maire / Adjoint(e) au Maire délégué(e) à l’urbanisme / Responsable du service urbanisme] de la commune de [NOM DE LA COMMUNE],</w:t>
      </w:r>
    </w:p>
    <w:p/>
    <w:p>
      <w:r>
        <w:t>CERTIFIE CE QUI SUIT :</w:t>
      </w:r>
    </w:p>
    <w:p/>
    <w:p>
      <w:r>
        <w:t>1. Par autorisation d’urbanisme n° [N° PERMIS / DÉCLARATION] délivrée le [DATE DE L’ARRÊTÉ], [M./Mme/NOM – PRÉNOM], domicilié(e) [ADRESSE DU BÉNÉFICIAIRE], a été autorisé(e) à réaliser des travaux sur l’immeuble situé :</w:t>
      </w:r>
    </w:p>
    <w:p/>
    <w:p>
      <w:r>
        <w:t xml:space="preserve">   Adresse des travaux : [ADRESSE COMPLÈTE DU BIEN]</w:t>
      </w:r>
    </w:p>
    <w:p>
      <w:r>
        <w:t xml:space="preserve">   Références cadastrales : [SECTION – N° DE PARCELLE]</w:t>
      </w:r>
    </w:p>
    <w:p/>
    <w:p>
      <w:r>
        <w:t>2. Une déclaration attestant l’achèvement et la conformité des travaux (DAACT) a été déposée en mairie le [DATE DE DÉPÔT DE LA DAACT] par [NOM – PRÉNOM].</w:t>
      </w:r>
    </w:p>
    <w:p/>
    <w:p>
      <w:r>
        <w:t>3. À l’issue du délai légal de contrôle de la conformité des travaux, aucune opposition à la conformité n’a été notifiée au titulaire de l’autorisation.</w:t>
      </w:r>
    </w:p>
    <w:p/>
    <w:p>
      <w:r>
        <w:t>En conséquence, il est constaté que la commune de [NOM DE LA COMMUNE] n’a pas formé d’opposition à la conformité des travaux réalisés au titre de l’autorisation d’urbanisme n° [N° PERMIS / DÉCLARATION].</w:t>
      </w:r>
    </w:p>
    <w:p/>
    <w:p>
      <w:r>
        <w:t>Le présent certificat est délivré à la demande de l’intéressé(e) pour servir et valoir ce que de droit.</w:t>
      </w:r>
    </w:p>
    <w:p/>
    <w:p>
      <w:r>
        <w:t>Fait à [NOM DE LA COMMUNE], le [DATE DE SIGNATURE]</w:t>
      </w:r>
    </w:p>
    <w:p/>
    <w:p>
      <w:r>
        <w:t>[Signature]</w:t>
      </w:r>
    </w:p>
    <w:p>
      <w:r>
        <w:t>[NOM – PRÉNOM DU SIGNATAIRE]</w:t>
      </w:r>
    </w:p>
    <w:p>
      <w:r>
        <w:t>[FONCTION]</w:t>
      </w:r>
    </w:p>
    <w:p>
      <w:r>
        <w:t>Cachet de la commune</w:t>
      </w:r>
    </w:p>
    <w:p/>
    <w:sectPr w:rsidR="00FC693F" w:rsidRPr="0006063C" w:rsidSect="00034616">
      <w:pgSz w:w="12240" w:h="15840"/>
      <w:pgMar w:top="850" w:right="850" w:bottom="850" w:left="85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Times New Roman" w:hAnsi="Times New Roman"/>
      <w:sz w:val="22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