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color w:val="1F497D"/>
          <w:sz w:val="40"/>
        </w:rPr>
        <w:t>Mon Ikigai – Carte synthèse (A4 paysage)</w:t>
      </w:r>
    </w:p>
    <w:p>
      <w:r>
        <w:rPr>
          <w:color w:val="4F6228"/>
          <w:sz w:val="24"/>
        </w:rPr>
        <w:t>Une page unique pour visualiser ton Ikigai d’un seul coup d’œil.</w:t>
      </w:r>
    </w:p>
    <w:p/>
    <w:p>
      <w:r>
        <w:rPr>
          <w:sz w:val="22"/>
        </w:rPr>
        <w:t>Complète chaque zone avec des mots-clés, des exemples concrets et des phrases courtes. Tu peux ensuite surligner les idées les plus importantes et entourer ce qui te ressemble le plus.</w:t>
      </w:r>
    </w:p>
    <w:p/>
    <w:tbl>
      <w:tblPr>
        <w:tblStyle w:val="ColorfulGrid-Accent1"/>
        <w:tblW w:type="auto" w:w="0"/>
        <w:tblLook w:firstColumn="1" w:firstRow="1" w:lastColumn="0" w:lastRow="0" w:noHBand="0" w:noVBand="1" w:val="04A0"/>
      </w:tblPr>
      <w:tblGrid>
        <w:gridCol w:w="4713"/>
        <w:gridCol w:w="4713"/>
        <w:gridCol w:w="4713"/>
      </w:tblGrid>
      <w:tr>
        <w:tc>
          <w:tcPr>
            <w:tcW w:type="dxa" w:w="4713"/>
          </w:tcPr>
          <w:p>
            <w:r/>
            <w:r>
              <w:rPr>
                <w:b/>
                <w:color w:val="C00000"/>
                <w:sz w:val="24"/>
              </w:rPr>
              <w:t>💖 Ce que j’aime</w:t>
              <w:br/>
            </w:r>
            <w:r>
              <w:rPr>
                <w:sz w:val="16"/>
              </w:rPr>
              <w:t>----------------------------------------------------------------</w:t>
              <w:br/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</w:tc>
        <w:tc>
          <w:tcPr>
            <w:tcW w:type="dxa" w:w="4713"/>
            <w:vMerge w:val="restart"/>
          </w:tcPr>
          <w:p>
            <w:r>
              <w:rPr>
                <w:b/>
                <w:color w:val="FF7F00"/>
                <w:sz w:val="26"/>
              </w:rPr>
              <w:t>⭐ Mon Ikigai – phrase-synthèse ⭐</w:t>
              <w:br/>
            </w:r>
            <w:r>
              <w:br/>
              <w:t>« ..................................................................................................................... »</w:t>
              <w:br/>
              <w:t>« ..................................................................................................................... »</w:t>
              <w:br/>
              <w:br/>
            </w:r>
            <w:r>
              <w:rPr>
                <w:b/>
              </w:rPr>
              <w:t>3 mots-clés qui résument mon Ikigai :</w:t>
              <w:br/>
            </w:r>
            <w:r>
              <w:t>- ................................................................................</w:t>
              <w:br/>
              <w:t>- ................................................................................</w:t>
              <w:br/>
              <w:t>- ................................................................................</w:t>
            </w:r>
          </w:p>
        </w:tc>
        <w:tc>
          <w:tcPr>
            <w:tcW w:type="dxa" w:w="4713"/>
          </w:tcPr>
          <w:p>
            <w:r/>
            <w:r>
              <w:rPr>
                <w:b/>
                <w:color w:val="0070C0"/>
                <w:sz w:val="24"/>
              </w:rPr>
              <w:t>🌍 Ce dont le monde a besoin</w:t>
              <w:br/>
            </w:r>
            <w:r>
              <w:rPr>
                <w:sz w:val="16"/>
              </w:rPr>
              <w:t>----------------------------------------------------------------</w:t>
              <w:br/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</w:tc>
      </w:tr>
      <w:tr>
        <w:tc>
          <w:tcPr>
            <w:tcW w:type="dxa" w:w="4713"/>
          </w:tcPr>
          <w:p>
            <w:r/>
            <w:r>
              <w:rPr>
                <w:b/>
                <w:color w:val="7030A0"/>
                <w:sz w:val="24"/>
              </w:rPr>
              <w:t>💪 Ce pour quoi je suis doué(e)</w:t>
              <w:br/>
            </w:r>
            <w:r>
              <w:rPr>
                <w:sz w:val="16"/>
              </w:rPr>
              <w:t>----------------------------------------------------------------</w:t>
              <w:br/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</w:tc>
        <w:tc>
          <w:tcPr>
            <w:tcW w:type="dxa" w:w="4713"/>
            <w:vMerge/>
          </w:tcPr>
          <w:p/>
        </w:tc>
        <w:tc>
          <w:tcPr>
            <w:tcW w:type="dxa" w:w="4713"/>
          </w:tcPr>
          <w:p>
            <w:r/>
            <w:r>
              <w:rPr>
                <w:b/>
                <w:color w:val="9BBB59"/>
                <w:sz w:val="24"/>
              </w:rPr>
              <w:t>💰 Ce pour quoi je peux être payé(e)</w:t>
              <w:br/>
            </w:r>
            <w:r>
              <w:rPr>
                <w:sz w:val="16"/>
              </w:rPr>
              <w:t>----------------------------------------------------------------</w:t>
              <w:br/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  <w:p>
            <w:r>
              <w:t>• ...............................................................</w:t>
            </w:r>
          </w:p>
        </w:tc>
      </w:tr>
      <w:tr>
        <w:tc>
          <w:tcPr>
            <w:tcW w:type="dxa" w:w="4713"/>
          </w:tcPr>
          <w:p>
            <w:r/>
            <w:r>
              <w:rPr>
                <w:b/>
                <w:color w:val="8064A2"/>
                <w:sz w:val="24"/>
              </w:rPr>
              <w:t>📝 Notes / prises de conscience</w:t>
              <w:br/>
            </w:r>
            <w:r>
              <w:rPr>
                <w:sz w:val="16"/>
              </w:rPr>
              <w:t>----------------------------------------------------------------</w:t>
              <w:br/>
            </w:r>
          </w:p>
          <w:p>
            <w:r>
              <w:t>• ..........................................................................</w:t>
            </w:r>
          </w:p>
          <w:p>
            <w:r>
              <w:t>• ..........................................................................</w:t>
            </w:r>
          </w:p>
          <w:p>
            <w:r>
              <w:t>• ..........................................................................</w:t>
            </w:r>
          </w:p>
        </w:tc>
        <w:tc>
          <w:tcPr>
            <w:tcW w:type="dxa" w:w="4713"/>
            <w:vMerge/>
          </w:tcPr>
          <w:p/>
        </w:tc>
        <w:tc>
          <w:tcPr>
            <w:tcW w:type="dxa" w:w="4713"/>
          </w:tcPr>
          <w:p>
            <w:r/>
            <w:r>
              <w:rPr>
                <w:b/>
                <w:color w:val="00B050"/>
                <w:sz w:val="24"/>
              </w:rPr>
              <w:t>🚀 Idées de pistes concrètes</w:t>
              <w:br/>
            </w:r>
            <w:r>
              <w:rPr>
                <w:sz w:val="16"/>
              </w:rPr>
              <w:t>----------------------------------------------------------------</w:t>
              <w:br/>
            </w:r>
          </w:p>
          <w:p>
            <w:r>
              <w:t>• Métiers / fonctions : .....................................................</w:t>
            </w:r>
          </w:p>
          <w:p>
            <w:r>
              <w:t>• Projets / activités : ....................................................</w:t>
            </w:r>
          </w:p>
          <w:p>
            <w:r>
              <w:t>• Formations / compétences à développer : .................................</w:t>
            </w:r>
          </w:p>
        </w:tc>
      </w:tr>
    </w:tbl>
    <w:p/>
    <w:p>
      <w:r>
        <w:rPr>
          <w:sz w:val="20"/>
        </w:rPr>
        <w:t>Astuce : imprime cette page, colle-la dans ton cahier ou au mur, et reviens dessus régulièrement. Tu peux la refaire tous les 6 à 12 mois pour voir comment ton Ikigai évolue.</w:t>
      </w:r>
    </w:p>
    <w:sectPr w:rsidR="00FC693F" w:rsidRPr="0006063C" w:rsidSect="00034616">
      <w:pgSz w:w="15840" w:h="12240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