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color w:val="4F81BD"/>
        </w:rPr>
        <w:t>Mon Ikigai – Version gamifiée et colorée</w:t>
      </w:r>
    </w:p>
    <w:p>
      <w:r>
        <w:rPr>
          <w:color w:val="7030A0"/>
          <w:sz w:val="24"/>
        </w:rPr>
        <w:t>Une fiche ludique pour explorer ton Ikigai en mode jeu de niveaux 🎮</w:t>
      </w:r>
    </w:p>
    <w:p/>
    <w:p>
      <w:pPr>
        <w:pStyle w:val="Heading2"/>
      </w:pPr>
      <w:r>
        <w:t>1. Mon tableau de bord d’énergie</w:t>
      </w:r>
    </w:p>
    <w:p>
      <w:r>
        <w:rPr>
          <w:sz w:val="22"/>
        </w:rPr>
        <w:t>Pour chaque zone de l’Ikigai, note ce qui te donne de l’énergie, ce que tu fais déjà, et ce que tu as envie de tester. Tu peux utiliser une échelle de 0 à 5 ⭐.</w:t>
      </w:r>
    </w:p>
    <w:tbl>
      <w:tblPr>
        <w:tblStyle w:val="ColorfulGrid-Accent2"/>
        <w:tblW w:type="auto" w:w="0"/>
        <w:tblLook w:firstColumn="1" w:firstRow="1" w:lastColumn="0" w:lastRow="0" w:noHBand="0" w:noVBand="1" w:val="04A0"/>
      </w:tblPr>
      <w:tblGrid>
        <w:gridCol w:w="2160"/>
        <w:gridCol w:w="2160"/>
        <w:gridCol w:w="2160"/>
        <w:gridCol w:w="2160"/>
      </w:tblGrid>
      <w:tr>
        <w:tc>
          <w:tcPr>
            <w:tcW w:type="dxa" w:w="2160"/>
          </w:tcPr>
          <w:p>
            <w:r>
              <w:t>Zone</w:t>
            </w:r>
          </w:p>
        </w:tc>
        <w:tc>
          <w:tcPr>
            <w:tcW w:type="dxa" w:w="2160"/>
          </w:tcPr>
          <w:p>
            <w:r>
              <w:t>Énergie actuelle (0 à 5 ⭐)</w:t>
            </w:r>
          </w:p>
        </w:tc>
        <w:tc>
          <w:tcPr>
            <w:tcW w:type="dxa" w:w="2160"/>
          </w:tcPr>
          <w:p>
            <w:r>
              <w:t>Ce que je fais déjà</w:t>
            </w:r>
          </w:p>
        </w:tc>
        <w:tc>
          <w:tcPr>
            <w:tcW w:type="dxa" w:w="2160"/>
          </w:tcPr>
          <w:p>
            <w:r>
              <w:t>Ce que j’ai envie de tester</w:t>
            </w:r>
          </w:p>
        </w:tc>
      </w:tr>
      <w:tr>
        <w:tc>
          <w:tcPr>
            <w:tcW w:type="dxa" w:w="2160"/>
          </w:tcPr>
          <w:p>
            <w:r>
              <w:t>💖 Ce que j’aime</w:t>
            </w:r>
          </w:p>
        </w:tc>
        <w:tc>
          <w:tcPr>
            <w:tcW w:type="dxa" w:w="2160"/>
          </w:tcPr>
          <w:p>
            <w:r>
              <w:t>⭐ 0  1  2  3  4  5</w:t>
            </w:r>
          </w:p>
        </w:tc>
        <w:tc>
          <w:tcPr>
            <w:tcW w:type="dxa" w:w="2160"/>
          </w:tcPr>
          <w:p>
            <w:r>
              <w:t>........................................................................</w:t>
            </w:r>
          </w:p>
        </w:tc>
        <w:tc>
          <w:tcPr>
            <w:tcW w:type="dxa" w:w="2160"/>
          </w:tcPr>
          <w:p>
            <w:r>
              <w:t>........................................................................</w:t>
            </w:r>
          </w:p>
        </w:tc>
      </w:tr>
      <w:tr>
        <w:tc>
          <w:tcPr>
            <w:tcW w:type="dxa" w:w="2160"/>
          </w:tcPr>
          <w:p>
            <w:r>
              <w:t>💪 Ce pour quoi je suis doué(e)</w:t>
            </w:r>
          </w:p>
        </w:tc>
        <w:tc>
          <w:tcPr>
            <w:tcW w:type="dxa" w:w="2160"/>
          </w:tcPr>
          <w:p>
            <w:r>
              <w:t>⭐ 0  1  2  3  4  5</w:t>
            </w:r>
          </w:p>
        </w:tc>
        <w:tc>
          <w:tcPr>
            <w:tcW w:type="dxa" w:w="2160"/>
          </w:tcPr>
          <w:p>
            <w:r>
              <w:t>........................................................................</w:t>
            </w:r>
          </w:p>
        </w:tc>
        <w:tc>
          <w:tcPr>
            <w:tcW w:type="dxa" w:w="2160"/>
          </w:tcPr>
          <w:p>
            <w:r>
              <w:t>........................................................................</w:t>
            </w:r>
          </w:p>
        </w:tc>
      </w:tr>
      <w:tr>
        <w:tc>
          <w:tcPr>
            <w:tcW w:type="dxa" w:w="2160"/>
          </w:tcPr>
          <w:p>
            <w:r>
              <w:t>🌍 Ce dont le monde a besoin</w:t>
            </w:r>
          </w:p>
        </w:tc>
        <w:tc>
          <w:tcPr>
            <w:tcW w:type="dxa" w:w="2160"/>
          </w:tcPr>
          <w:p>
            <w:r>
              <w:t>⭐ 0  1  2  3  4  5</w:t>
            </w:r>
          </w:p>
        </w:tc>
        <w:tc>
          <w:tcPr>
            <w:tcW w:type="dxa" w:w="2160"/>
          </w:tcPr>
          <w:p>
            <w:r>
              <w:t>........................................................................</w:t>
            </w:r>
          </w:p>
        </w:tc>
        <w:tc>
          <w:tcPr>
            <w:tcW w:type="dxa" w:w="2160"/>
          </w:tcPr>
          <w:p>
            <w:r>
              <w:t>........................................................................</w:t>
            </w:r>
          </w:p>
        </w:tc>
      </w:tr>
      <w:tr>
        <w:tc>
          <w:tcPr>
            <w:tcW w:type="dxa" w:w="2160"/>
          </w:tcPr>
          <w:p>
            <w:r>
              <w:t>💰 Ce pour quoi je peux être payé(e)</w:t>
            </w:r>
          </w:p>
        </w:tc>
        <w:tc>
          <w:tcPr>
            <w:tcW w:type="dxa" w:w="2160"/>
          </w:tcPr>
          <w:p>
            <w:r>
              <w:t>⭐ 0  1  2  3  4  5</w:t>
            </w:r>
          </w:p>
        </w:tc>
        <w:tc>
          <w:tcPr>
            <w:tcW w:type="dxa" w:w="2160"/>
          </w:tcPr>
          <w:p>
            <w:r>
              <w:t>........................................................................</w:t>
            </w:r>
          </w:p>
        </w:tc>
        <w:tc>
          <w:tcPr>
            <w:tcW w:type="dxa" w:w="2160"/>
          </w:tcPr>
          <w:p>
            <w:r>
              <w:t>........................................................................</w:t>
            </w:r>
          </w:p>
        </w:tc>
      </w:tr>
    </w:tbl>
    <w:p/>
    <w:p>
      <w:pPr>
        <w:pStyle w:val="Heading2"/>
      </w:pPr>
      <w:r>
        <w:t>2. Mes badges Ikigai</w:t>
      </w:r>
    </w:p>
    <w:p>
      <w:r>
        <w:rPr>
          <w:sz w:val="22"/>
        </w:rPr>
        <w:t>Remplis chaque badge comme si tu collectionnais des cartes de jeu. Plus tu écris d’exemples concrets, plus ton badge est « puissant ».</w:t>
      </w:r>
    </w:p>
    <w:tbl>
      <w:tblPr>
        <w:tblStyle w:val="LightShading-Accent1"/>
        <w:tblW w:type="auto" w:w="0"/>
        <w:tblLook w:firstColumn="1" w:firstRow="1" w:lastColumn="0" w:lastRow="0" w:noHBand="0" w:noVBand="1" w:val="04A0"/>
      </w:tblPr>
      <w:tblGrid>
        <w:gridCol w:w="4320"/>
        <w:gridCol w:w="4320"/>
      </w:tblGrid>
      <w:tr>
        <w:tc>
          <w:tcPr>
            <w:tcW w:type="dxa" w:w="4320"/>
          </w:tcPr>
          <w:p>
            <w:r>
              <w:rPr>
                <w:b/>
                <w:color w:val="0066CC"/>
                <w:sz w:val="22"/>
              </w:rPr>
              <w:t>💖 Badge "Ce que j’aime"</w:t>
            </w:r>
          </w:p>
        </w:tc>
        <w:tc>
          <w:tcPr>
            <w:tcW w:type="dxa" w:w="4320"/>
          </w:tcPr>
          <w:p>
            <w:r>
              <w:t>Activités, sujets, personnes, ambiances qui me font plaisir :</w:t>
              <w:br/>
              <w:br/>
              <w:t>........................................................................</w:t>
              <w:br/>
              <w:t>........................................................................</w:t>
              <w:br/>
              <w:t>........................................................................</w:t>
              <w:br/>
            </w:r>
          </w:p>
        </w:tc>
      </w:tr>
      <w:tr>
        <w:tc>
          <w:tcPr>
            <w:tcW w:type="dxa" w:w="4320"/>
          </w:tcPr>
          <w:p>
            <w:r>
              <w:rPr>
                <w:b/>
                <w:color w:val="0066CC"/>
                <w:sz w:val="22"/>
              </w:rPr>
              <w:t>💪 Badge "Talents"</w:t>
            </w:r>
          </w:p>
        </w:tc>
        <w:tc>
          <w:tcPr>
            <w:tcW w:type="dxa" w:w="4320"/>
          </w:tcPr>
          <w:p>
            <w:r>
              <w:t>Ce que je fais bien naturellement, les compétences que l’on me reconnaît :</w:t>
              <w:br/>
              <w:br/>
              <w:t>........................................................................</w:t>
              <w:br/>
              <w:t>........................................................................</w:t>
              <w:br/>
              <w:t>........................................................................</w:t>
              <w:br/>
            </w:r>
          </w:p>
        </w:tc>
      </w:tr>
      <w:tr>
        <w:tc>
          <w:tcPr>
            <w:tcW w:type="dxa" w:w="4320"/>
          </w:tcPr>
          <w:p>
            <w:r>
              <w:rPr>
                <w:b/>
                <w:color w:val="0066CC"/>
                <w:sz w:val="22"/>
              </w:rPr>
              <w:t>🌍 Badge "Impact"</w:t>
            </w:r>
          </w:p>
        </w:tc>
        <w:tc>
          <w:tcPr>
            <w:tcW w:type="dxa" w:w="4320"/>
          </w:tcPr>
          <w:p>
            <w:r>
              <w:t>Problèmes que j’ai envie d’aider à résoudre, besoins que je vois autour de moi :</w:t>
              <w:br/>
              <w:br/>
              <w:t>........................................................................</w:t>
              <w:br/>
              <w:t>........................................................................</w:t>
              <w:br/>
              <w:t>........................................................................</w:t>
              <w:br/>
            </w:r>
          </w:p>
        </w:tc>
      </w:tr>
      <w:tr>
        <w:tc>
          <w:tcPr>
            <w:tcW w:type="dxa" w:w="4320"/>
          </w:tcPr>
          <w:p>
            <w:r>
              <w:rPr>
                <w:b/>
                <w:color w:val="0066CC"/>
                <w:sz w:val="22"/>
              </w:rPr>
              <w:t>💰 Badge "Valeur rémunérable"</w:t>
            </w:r>
          </w:p>
        </w:tc>
        <w:tc>
          <w:tcPr>
            <w:tcW w:type="dxa" w:w="4320"/>
          </w:tcPr>
          <w:p>
            <w:r>
              <w:t>Activités pour lesquelles on pourrait me payer : produits, services, missions :</w:t>
              <w:br/>
              <w:br/>
              <w:t>........................................................................</w:t>
              <w:br/>
              <w:t>........................................................................</w:t>
              <w:br/>
              <w:t>........................................................................</w:t>
              <w:br/>
            </w:r>
          </w:p>
        </w:tc>
      </w:tr>
    </w:tbl>
    <w:p>
      <w:r>
        <w:br w:type="page"/>
      </w:r>
    </w:p>
    <w:p>
      <w:pPr>
        <w:pStyle w:val="Heading2"/>
      </w:pPr>
      <w:r>
        <w:t>3. Mes combos gagnants (Passion, Mission, Profession, Vocation)</w:t>
      </w:r>
    </w:p>
    <w:p>
      <w:r>
        <w:rPr>
          <w:sz w:val="22"/>
        </w:rPr>
        <w:t>Combine les badges entre eux pour repérer des « combos » intéressants. Note des idées de métiers, projets, formations ou activités à tester.</w:t>
      </w:r>
    </w:p>
    <w:tbl>
      <w:tblPr>
        <w:tblStyle w:val="ColorfulList-Accent3"/>
        <w:tblW w:type="auto" w:w="0"/>
        <w:tblLook w:firstColumn="1" w:firstRow="1" w:lastColumn="0" w:lastRow="0" w:noHBand="0" w:noVBand="1" w:val="04A0"/>
      </w:tblPr>
      <w:tblGrid>
        <w:gridCol w:w="2160"/>
        <w:gridCol w:w="2160"/>
        <w:gridCol w:w="2160"/>
        <w:gridCol w:w="2160"/>
      </w:tblGrid>
      <w:tr>
        <w:tc>
          <w:tcPr>
            <w:tcW w:type="dxa" w:w="2160"/>
          </w:tcPr>
          <w:p>
            <w:r>
              <w:t>Combo</w:t>
            </w:r>
          </w:p>
        </w:tc>
        <w:tc>
          <w:tcPr>
            <w:tcW w:type="dxa" w:w="2160"/>
          </w:tcPr>
          <w:p>
            <w:r>
              <w:t>Badges associés</w:t>
            </w:r>
          </w:p>
        </w:tc>
        <w:tc>
          <w:tcPr>
            <w:tcW w:type="dxa" w:w="2160"/>
          </w:tcPr>
          <w:p>
            <w:r>
              <w:t>Idées / pistes</w:t>
            </w:r>
          </w:p>
        </w:tc>
        <w:tc>
          <w:tcPr>
            <w:tcW w:type="dxa" w:w="2160"/>
          </w:tcPr>
          <w:p>
            <w:r>
              <w:t>Niveau d’envie (0 à 5 ⭐)</w:t>
            </w:r>
          </w:p>
        </w:tc>
      </w:tr>
      <w:tr>
        <w:tc>
          <w:tcPr>
            <w:tcW w:type="dxa" w:w="2160"/>
          </w:tcPr>
          <w:p>
            <w:r>
              <w:t>🔥 PASSION</w:t>
            </w:r>
          </w:p>
        </w:tc>
        <w:tc>
          <w:tcPr>
            <w:tcW w:type="dxa" w:w="2160"/>
          </w:tcPr>
          <w:p>
            <w:r>
              <w:t>Ce que j’aime + Talents</w:t>
            </w:r>
          </w:p>
        </w:tc>
        <w:tc>
          <w:tcPr>
            <w:tcW w:type="dxa" w:w="2160"/>
          </w:tcPr>
          <w:p>
            <w:r>
              <w:t>........................................................................</w:t>
              <w:br/>
              <w:t>........................................................................</w:t>
              <w:br/>
            </w:r>
          </w:p>
        </w:tc>
        <w:tc>
          <w:tcPr>
            <w:tcW w:type="dxa" w:w="2160"/>
          </w:tcPr>
          <w:p>
            <w:r>
              <w:t>⭐ 0  1  2  3  4  5</w:t>
            </w:r>
          </w:p>
        </w:tc>
      </w:tr>
      <w:tr>
        <w:tc>
          <w:tcPr>
            <w:tcW w:type="dxa" w:w="2160"/>
          </w:tcPr>
          <w:p>
            <w:r>
              <w:t>🎯 MISSION</w:t>
            </w:r>
          </w:p>
        </w:tc>
        <w:tc>
          <w:tcPr>
            <w:tcW w:type="dxa" w:w="2160"/>
          </w:tcPr>
          <w:p>
            <w:r>
              <w:t>Ce que j’aime + Impact</w:t>
            </w:r>
          </w:p>
        </w:tc>
        <w:tc>
          <w:tcPr>
            <w:tcW w:type="dxa" w:w="2160"/>
          </w:tcPr>
          <w:p>
            <w:r>
              <w:t>........................................................................</w:t>
              <w:br/>
              <w:t>........................................................................</w:t>
              <w:br/>
            </w:r>
          </w:p>
        </w:tc>
        <w:tc>
          <w:tcPr>
            <w:tcW w:type="dxa" w:w="2160"/>
          </w:tcPr>
          <w:p>
            <w:r>
              <w:t>⭐ 0  1  2  3  4  5</w:t>
            </w:r>
          </w:p>
        </w:tc>
      </w:tr>
      <w:tr>
        <w:tc>
          <w:tcPr>
            <w:tcW w:type="dxa" w:w="2160"/>
          </w:tcPr>
          <w:p>
            <w:r>
              <w:t>🛠 PROFESSION</w:t>
            </w:r>
          </w:p>
        </w:tc>
        <w:tc>
          <w:tcPr>
            <w:tcW w:type="dxa" w:w="2160"/>
          </w:tcPr>
          <w:p>
            <w:r>
              <w:t>Talents + Valeur rémunérable</w:t>
            </w:r>
          </w:p>
        </w:tc>
        <w:tc>
          <w:tcPr>
            <w:tcW w:type="dxa" w:w="2160"/>
          </w:tcPr>
          <w:p>
            <w:r>
              <w:t>........................................................................</w:t>
              <w:br/>
              <w:t>........................................................................</w:t>
              <w:br/>
            </w:r>
          </w:p>
        </w:tc>
        <w:tc>
          <w:tcPr>
            <w:tcW w:type="dxa" w:w="2160"/>
          </w:tcPr>
          <w:p>
            <w:r>
              <w:t>⭐ 0  1  2  3  4  5</w:t>
            </w:r>
          </w:p>
        </w:tc>
      </w:tr>
      <w:tr>
        <w:tc>
          <w:tcPr>
            <w:tcW w:type="dxa" w:w="2160"/>
          </w:tcPr>
          <w:p>
            <w:r>
              <w:t>🌟 VOCATION</w:t>
            </w:r>
          </w:p>
        </w:tc>
        <w:tc>
          <w:tcPr>
            <w:tcW w:type="dxa" w:w="2160"/>
          </w:tcPr>
          <w:p>
            <w:r>
              <w:t>Impact + Valeur rémunérable</w:t>
            </w:r>
          </w:p>
        </w:tc>
        <w:tc>
          <w:tcPr>
            <w:tcW w:type="dxa" w:w="2160"/>
          </w:tcPr>
          <w:p>
            <w:r>
              <w:t>........................................................................</w:t>
              <w:br/>
              <w:t>........................................................................</w:t>
              <w:br/>
            </w:r>
          </w:p>
        </w:tc>
        <w:tc>
          <w:tcPr>
            <w:tcW w:type="dxa" w:w="2160"/>
          </w:tcPr>
          <w:p>
            <w:r>
              <w:t>⭐ 0  1  2  3  4  5</w:t>
            </w:r>
          </w:p>
        </w:tc>
      </w:tr>
    </w:tbl>
    <w:p/>
    <w:p>
      <w:pPr>
        <w:pStyle w:val="Heading2"/>
      </w:pPr>
      <w:r>
        <w:t>4. Ma quête Ikigai – mini-défis à relever</w:t>
      </w:r>
    </w:p>
    <w:p>
      <w:r>
        <w:rPr>
          <w:sz w:val="22"/>
        </w:rPr>
        <w:t>Choisis 3 à 5 mini-défis à réaliser dans le mois. Coche-les une fois réalisés, comme dans un jeu de quêtes.</w:t>
      </w:r>
    </w:p>
    <w:tbl>
      <w:tblPr>
        <w:tblStyle w:val="ColorfulGrid-Accent4"/>
        <w:tblW w:type="auto" w:w="0"/>
        <w:tblLook w:firstColumn="1" w:firstRow="1" w:lastColumn="0" w:lastRow="0" w:noHBand="0" w:noVBand="1" w:val="04A0"/>
      </w:tblPr>
      <w:tblGrid>
        <w:gridCol w:w="2880"/>
        <w:gridCol w:w="2880"/>
        <w:gridCol w:w="2880"/>
      </w:tblGrid>
      <w:tr>
        <w:tc>
          <w:tcPr>
            <w:tcW w:type="dxa" w:w="2880"/>
          </w:tcPr>
          <w:p>
            <w:r>
              <w:t>✅</w:t>
            </w:r>
          </w:p>
        </w:tc>
        <w:tc>
          <w:tcPr>
            <w:tcW w:type="dxa" w:w="2880"/>
          </w:tcPr>
          <w:p>
            <w:r>
              <w:t>Mini-défi</w:t>
            </w:r>
          </w:p>
        </w:tc>
        <w:tc>
          <w:tcPr>
            <w:tcW w:type="dxa" w:w="2880"/>
          </w:tcPr>
          <w:p>
            <w:r>
              <w:t>Date réalisée</w:t>
            </w:r>
          </w:p>
        </w:tc>
      </w:tr>
      <w:tr>
        <w:tc>
          <w:tcPr>
            <w:tcW w:type="dxa" w:w="2880"/>
          </w:tcPr>
          <w:p>
            <w:r>
              <w:t>[   ]</w:t>
            </w:r>
          </w:p>
        </w:tc>
        <w:tc>
          <w:tcPr>
            <w:tcW w:type="dxa" w:w="2880"/>
          </w:tcPr>
          <w:p>
            <w:r>
              <w:t>Parler de mon Ikigai à une personne de confiance</w:t>
            </w:r>
          </w:p>
        </w:tc>
        <w:tc>
          <w:tcPr>
            <w:tcW w:type="dxa" w:w="2880"/>
          </w:tcPr>
          <w:p>
            <w:r>
              <w:t>....... / ....... / ........</w:t>
            </w:r>
          </w:p>
        </w:tc>
      </w:tr>
      <w:tr>
        <w:tc>
          <w:tcPr>
            <w:tcW w:type="dxa" w:w="2880"/>
          </w:tcPr>
          <w:p>
            <w:r>
              <w:t>[   ]</w:t>
            </w:r>
          </w:p>
        </w:tc>
        <w:tc>
          <w:tcPr>
            <w:tcW w:type="dxa" w:w="2880"/>
          </w:tcPr>
          <w:p>
            <w:r>
              <w:t>Tester une nouvelle activité liée à un de mes badges</w:t>
            </w:r>
          </w:p>
        </w:tc>
        <w:tc>
          <w:tcPr>
            <w:tcW w:type="dxa" w:w="2880"/>
          </w:tcPr>
          <w:p>
            <w:r>
              <w:t>....... / ....... / ........</w:t>
            </w:r>
          </w:p>
        </w:tc>
      </w:tr>
      <w:tr>
        <w:tc>
          <w:tcPr>
            <w:tcW w:type="dxa" w:w="2880"/>
          </w:tcPr>
          <w:p>
            <w:r>
              <w:t>[   ]</w:t>
            </w:r>
          </w:p>
        </w:tc>
        <w:tc>
          <w:tcPr>
            <w:tcW w:type="dxa" w:w="2880"/>
          </w:tcPr>
          <w:p>
            <w:r>
              <w:t>Lire / regarder un contenu inspirant sur un métier qui m’attire</w:t>
            </w:r>
          </w:p>
        </w:tc>
        <w:tc>
          <w:tcPr>
            <w:tcW w:type="dxa" w:w="2880"/>
          </w:tcPr>
          <w:p>
            <w:r>
              <w:t>....... / ....... / ........</w:t>
            </w:r>
          </w:p>
        </w:tc>
      </w:tr>
      <w:tr>
        <w:tc>
          <w:tcPr>
            <w:tcW w:type="dxa" w:w="2880"/>
          </w:tcPr>
          <w:p>
            <w:r>
              <w:t>[   ]</w:t>
            </w:r>
          </w:p>
        </w:tc>
        <w:tc>
          <w:tcPr>
            <w:tcW w:type="dxa" w:w="2880"/>
          </w:tcPr>
          <w:p>
            <w:r>
              <w:t>Contacter quelqu’un qui exerce un métier qui m’intrigue</w:t>
            </w:r>
          </w:p>
        </w:tc>
        <w:tc>
          <w:tcPr>
            <w:tcW w:type="dxa" w:w="2880"/>
          </w:tcPr>
          <w:p>
            <w:r>
              <w:t>....... / ....... / ........</w:t>
            </w:r>
          </w:p>
        </w:tc>
      </w:tr>
      <w:tr>
        <w:tc>
          <w:tcPr>
            <w:tcW w:type="dxa" w:w="2880"/>
          </w:tcPr>
          <w:p>
            <w:r>
              <w:t>[   ]</w:t>
            </w:r>
          </w:p>
        </w:tc>
        <w:tc>
          <w:tcPr>
            <w:tcW w:type="dxa" w:w="2880"/>
          </w:tcPr>
          <w:p>
            <w:r>
              <w:t>Bloquer 1 heure dans mon agenda pour avancer sur mon Ikigai</w:t>
            </w:r>
          </w:p>
        </w:tc>
        <w:tc>
          <w:tcPr>
            <w:tcW w:type="dxa" w:w="2880"/>
          </w:tcPr>
          <w:p>
            <w:r>
              <w:t>....... / ....... / ........</w:t>
            </w:r>
          </w:p>
        </w:tc>
      </w:tr>
    </w:tbl>
    <w:p/>
    <w:p>
      <w:r>
        <w:t>Tu peux imprimer cette fiche, colorier les étoiles, utiliser des surligneurs et ajouter des stickers pour rendre ta quête Ikigai encore plus motivante.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