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ayout w:type="autofit"/>
        <w:tblLook w:firstColumn="1" w:firstRow="1" w:lastColumn="0" w:lastRow="0" w:noHBand="0" w:noVBand="1" w:val="04A0"/>
      </w:tblPr>
      <w:tblGrid>
        <w:gridCol w:w="3504"/>
        <w:gridCol w:w="3504"/>
        <w:gridCol w:w="3504"/>
      </w:tblGrid>
      <w:tr>
        <w:tc>
          <w:tcPr>
            <w:tcW w:type="dxa" w:w="3504"/>
            <w:shd w:val="clear" w:color="auto" w:fill="D9E1F2"/>
          </w:tcPr>
          <w:p>
            <w:pPr>
              <w:jc w:val="left"/>
            </w:pPr>
            <w:r>
              <w:rPr>
                <w:b/>
              </w:rPr>
              <w:t>Formulaire modèle JQPA</w:t>
              <w:br/>
              <w:t>Qualification professionnelle artisanale</w:t>
            </w:r>
          </w:p>
        </w:tc>
        <w:tc>
          <w:tcPr>
            <w:tcW w:type="dxa" w:w="3504"/>
            <w:shd w:val="clear" w:color="auto" w:fill="305496"/>
          </w:tcPr>
          <w:p>
            <w:pPr>
              <w:jc w:val="center"/>
            </w:pPr>
            <w:r>
              <w:rPr>
                <w:b/>
                <w:color w:val="FFFFFF"/>
                <w:sz w:val="22"/>
              </w:rPr>
              <w:t>JUSTIFICATION DE QUALIFICATION PROFESSIONNELLE</w:t>
            </w:r>
          </w:p>
        </w:tc>
        <w:tc>
          <w:tcPr>
            <w:tcW w:type="dxa" w:w="3504"/>
            <w:shd w:val="clear" w:color="auto" w:fill="D9E1F2"/>
          </w:tcPr>
          <w:p>
            <w:pPr>
              <w:jc w:val="right"/>
            </w:pPr>
            <w:r>
              <w:rPr>
                <w:b/>
              </w:rPr>
              <w:t>RÉSERVÉ AU CFE</w:t>
              <w:br/>
              <w:t>N° de dossier : ____________</w:t>
            </w:r>
          </w:p>
        </w:tc>
      </w:tr>
    </w:tbl>
    <w:p/>
    <w:tbl>
      <w:tblPr>
        <w:tblW w:type="auto" w:w="0"/>
        <w:tblLook w:firstColumn="1" w:firstRow="1" w:lastColumn="0" w:lastRow="0" w:noHBand="0" w:noVBand="1" w:val="04A0"/>
      </w:tblPr>
      <w:tblGrid>
        <w:gridCol w:w="10512"/>
      </w:tblGrid>
      <w:tr>
        <w:tc>
          <w:tcPr>
            <w:tcW w:type="dxa" w:w="10512"/>
            <w:shd w:val="clear" w:color="auto" w:fill="F2F2F2"/>
          </w:tcPr>
          <w:p>
            <w:r>
              <w:rPr>
                <w:b/>
              </w:rPr>
              <w:t xml:space="preserve">Notice de remplissage (modèle à adapter) : </w:t>
            </w:r>
            <w:r>
              <w:t>Ce formulaire reprend les informations clés demandées pour la justification de qualification professionnelle. Cocher les cases appropriées, compléter les champs et joindre les pièces justificatives utiles (copie de diplôme, contrat de travail, attestation d’expérience, etc.).</w:t>
            </w:r>
          </w:p>
        </w:tc>
      </w:tr>
    </w:tbl>
    <w:p/>
    <w:p>
      <w:r>
        <w:rPr>
          <w:b/>
        </w:rPr>
        <w:t xml:space="preserve">Type de déclarant :  </w:t>
      </w:r>
      <w:r>
        <w:t>[ ] Personne physique    [ ] Personne morale</w:t>
      </w:r>
    </w:p>
    <w:p/>
    <w:p>
      <w:r>
        <w:rPr>
          <w:b/>
          <w:color w:val="006600"/>
          <w:sz w:val="20"/>
        </w:rPr>
        <w:t>CADRE A – PERSONNE PHYSIQUE</w:t>
      </w:r>
    </w:p>
    <w:tbl>
      <w:tblPr>
        <w:tblStyle w:val="TableGrid"/>
        <w:tblW w:type="auto" w:w="0"/>
        <w:tblLook w:firstColumn="1" w:firstRow="1" w:lastColumn="0" w:lastRow="0" w:noHBand="0" w:noVBand="1" w:val="04A0"/>
      </w:tblPr>
      <w:tblGrid>
        <w:gridCol w:w="3168"/>
        <w:gridCol w:w="6480"/>
      </w:tblGrid>
      <w:tr>
        <w:tc>
          <w:tcPr>
            <w:tcW w:type="dxa" w:w="5256"/>
          </w:tcPr>
          <w:p>
            <w:r>
              <w:t>Nom de naissance :</w:t>
            </w:r>
          </w:p>
        </w:tc>
        <w:tc>
          <w:tcPr>
            <w:tcW w:type="dxa" w:w="5256"/>
          </w:tcPr>
          <w:p>
            <w:r>
              <w:t>____________________________________________</w:t>
            </w:r>
          </w:p>
        </w:tc>
      </w:tr>
      <w:tr>
        <w:tc>
          <w:tcPr>
            <w:tcW w:type="dxa" w:w="5256"/>
          </w:tcPr>
          <w:p>
            <w:r>
              <w:t>Nom d’usage (le cas échéant) :</w:t>
            </w:r>
          </w:p>
        </w:tc>
        <w:tc>
          <w:tcPr>
            <w:tcW w:type="dxa" w:w="5256"/>
          </w:tcPr>
          <w:p>
            <w:r>
              <w:t>____________________________________________</w:t>
            </w:r>
          </w:p>
        </w:tc>
      </w:tr>
      <w:tr>
        <w:tc>
          <w:tcPr>
            <w:tcW w:type="dxa" w:w="5256"/>
          </w:tcPr>
          <w:p>
            <w:r>
              <w:t>Prénoms :</w:t>
            </w:r>
          </w:p>
        </w:tc>
        <w:tc>
          <w:tcPr>
            <w:tcW w:type="dxa" w:w="5256"/>
          </w:tcPr>
          <w:p>
            <w:r>
              <w:t>____________________________________________</w:t>
            </w:r>
          </w:p>
        </w:tc>
      </w:tr>
      <w:tr>
        <w:tc>
          <w:tcPr>
            <w:tcW w:type="dxa" w:w="5256"/>
          </w:tcPr>
          <w:p>
            <w:r>
              <w:t>Date et lieu de naissance :</w:t>
            </w:r>
          </w:p>
        </w:tc>
        <w:tc>
          <w:tcPr>
            <w:tcW w:type="dxa" w:w="5256"/>
          </w:tcPr>
          <w:p>
            <w:r>
              <w:t>____________________________________________</w:t>
            </w:r>
          </w:p>
        </w:tc>
      </w:tr>
      <w:tr>
        <w:tc>
          <w:tcPr>
            <w:tcW w:type="dxa" w:w="5256"/>
          </w:tcPr>
          <w:p>
            <w:r>
              <w:t>N° unique d’identification (si existant) :</w:t>
            </w:r>
          </w:p>
        </w:tc>
        <w:tc>
          <w:tcPr>
            <w:tcW w:type="dxa" w:w="5256"/>
          </w:tcPr>
          <w:p>
            <w:r>
              <w:t>____________________________________________</w:t>
            </w:r>
          </w:p>
        </w:tc>
      </w:tr>
    </w:tbl>
    <w:p/>
    <w:tbl>
      <w:tblPr>
        <w:tblStyle w:val="TableGrid"/>
        <w:tblW w:type="auto" w:w="0"/>
        <w:tblLook w:firstColumn="1" w:firstRow="1" w:lastColumn="0" w:lastRow="0" w:noHBand="0" w:noVBand="1" w:val="04A0"/>
      </w:tblPr>
      <w:tblGrid>
        <w:gridCol w:w="10512"/>
      </w:tblGrid>
      <w:tr>
        <w:tc>
          <w:tcPr>
            <w:tcW w:type="dxa" w:w="10512"/>
          </w:tcPr>
          <w:p>
            <w:r>
              <w:rPr>
                <w:b/>
              </w:rPr>
              <w:t>A1. Activité(s) principale(s) concernée(s)</w:t>
              <w:br/>
            </w:r>
            <w:r>
              <w:t>____________________________________________________________________________</w:t>
              <w:br/>
              <w:t>____________________________________________________________________________</w:t>
            </w:r>
          </w:p>
        </w:tc>
      </w:tr>
      <w:tr>
        <w:tc>
          <w:tcPr>
            <w:tcW w:type="dxa" w:w="10512"/>
          </w:tcPr>
          <w:p>
            <w:r>
              <w:rPr>
                <w:b/>
              </w:rPr>
              <w:t>A2. Diplôme, titre ou expérience professionnelle de la personne exerçant le contrôle effectif et permanent de l’activité</w:t>
              <w:br/>
            </w:r>
            <w:r>
              <w:t>Intitulé du diplôme / titre ou description de l’expérience : ______________________________</w:t>
              <w:br/>
            </w:r>
            <w:r>
              <w:t>Qualité de la personne qualifiée :  [ ] Déclarant  [ ] Conjoint collaborateur</w:t>
              <w:br/>
              <w:t>[ ] Salarié  [ ] Autre (à préciser) : ______________________________</w:t>
            </w:r>
          </w:p>
        </w:tc>
      </w:tr>
      <w:tr>
        <w:tc>
          <w:tcPr>
            <w:tcW w:type="dxa" w:w="10512"/>
          </w:tcPr>
          <w:p>
            <w:r>
              <w:rPr>
                <w:b/>
              </w:rPr>
              <w:t>A3. Coordonnées de la personne qualifiée (si différente du déclarant)</w:t>
              <w:br/>
            </w:r>
            <w:r>
              <w:t>Nom et prénom : ____________________________________________</w:t>
              <w:br/>
            </w:r>
            <w:r>
              <w:t>Adresse : _________________________________________________</w:t>
              <w:br/>
            </w:r>
            <w:r>
              <w:t>Code postal / Commune / Pays : ________________________________</w:t>
            </w:r>
          </w:p>
        </w:tc>
      </w:tr>
      <w:tr>
        <w:tc>
          <w:tcPr>
            <w:tcW w:type="dxa" w:w="10512"/>
          </w:tcPr>
          <w:p>
            <w:r>
              <w:rPr>
                <w:b/>
              </w:rPr>
              <w:t>A4. Engagement éventuel de recrutement d’un salarié qualifié</w:t>
              <w:br/>
            </w:r>
            <w:r>
              <w:t>À défaut de qualification détenue par le déclarant, engagement de recruter, dans un délai maximum de trois mois, un salarié justifiant de la qualification requise.</w:t>
              <w:br/>
              <w:t>Profil recherché / justificatifs prévus :</w:t>
              <w:br/>
              <w:t>____________________________________________________________________________</w:t>
              <w:br/>
              <w:t>____________________________________________________________________________</w:t>
            </w:r>
          </w:p>
        </w:tc>
      </w:tr>
    </w:tbl>
    <w:p/>
    <w:p/>
    <w:p>
      <w:r>
        <w:rPr>
          <w:b/>
          <w:color w:val="990000"/>
          <w:sz w:val="20"/>
        </w:rPr>
        <w:t>CADRE B – PERSONNE MORALE</w:t>
      </w:r>
    </w:p>
    <w:tbl>
      <w:tblPr>
        <w:tblStyle w:val="TableGrid"/>
        <w:tblW w:type="auto" w:w="0"/>
        <w:tblLook w:firstColumn="1" w:firstRow="1" w:lastColumn="0" w:lastRow="0" w:noHBand="0" w:noVBand="1" w:val="04A0"/>
      </w:tblPr>
      <w:tblGrid>
        <w:gridCol w:w="3456"/>
        <w:gridCol w:w="6480"/>
      </w:tblGrid>
      <w:tr>
        <w:tc>
          <w:tcPr>
            <w:tcW w:type="dxa" w:w="5256"/>
          </w:tcPr>
          <w:p>
            <w:r>
              <w:t>Dénomination sociale :</w:t>
            </w:r>
          </w:p>
        </w:tc>
        <w:tc>
          <w:tcPr>
            <w:tcW w:type="dxa" w:w="5256"/>
          </w:tcPr>
          <w:p>
            <w:r>
              <w:t>____________________________________________</w:t>
            </w:r>
          </w:p>
        </w:tc>
      </w:tr>
      <w:tr>
        <w:tc>
          <w:tcPr>
            <w:tcW w:type="dxa" w:w="5256"/>
          </w:tcPr>
          <w:p>
            <w:r>
              <w:t>Forme juridique :</w:t>
            </w:r>
          </w:p>
        </w:tc>
        <w:tc>
          <w:tcPr>
            <w:tcW w:type="dxa" w:w="5256"/>
          </w:tcPr>
          <w:p>
            <w:r>
              <w:t>____________________________________________</w:t>
            </w:r>
          </w:p>
        </w:tc>
      </w:tr>
      <w:tr>
        <w:tc>
          <w:tcPr>
            <w:tcW w:type="dxa" w:w="5256"/>
          </w:tcPr>
          <w:p>
            <w:r>
              <w:t>N° unique d’identification (SIREN, etc.) :</w:t>
            </w:r>
          </w:p>
        </w:tc>
        <w:tc>
          <w:tcPr>
            <w:tcW w:type="dxa" w:w="5256"/>
          </w:tcPr>
          <w:p>
            <w:r>
              <w:t>____________________________________________</w:t>
            </w:r>
          </w:p>
        </w:tc>
      </w:tr>
      <w:tr>
        <w:tc>
          <w:tcPr>
            <w:tcW w:type="dxa" w:w="5256"/>
          </w:tcPr>
          <w:p>
            <w:r>
              <w:t>Adresse du siège social :</w:t>
            </w:r>
          </w:p>
        </w:tc>
        <w:tc>
          <w:tcPr>
            <w:tcW w:type="dxa" w:w="5256"/>
          </w:tcPr>
          <w:p>
            <w:r>
              <w:t>____________________________________________</w:t>
            </w:r>
          </w:p>
        </w:tc>
      </w:tr>
      <w:tr>
        <w:tc>
          <w:tcPr>
            <w:tcW w:type="dxa" w:w="5256"/>
          </w:tcPr>
          <w:p>
            <w:r>
              <w:t>Code postal / Commune / Pays :</w:t>
            </w:r>
          </w:p>
        </w:tc>
        <w:tc>
          <w:tcPr>
            <w:tcW w:type="dxa" w:w="5256"/>
          </w:tcPr>
          <w:p>
            <w:r>
              <w:t>____________________________________________</w:t>
            </w:r>
          </w:p>
        </w:tc>
      </w:tr>
    </w:tbl>
    <w:p/>
    <w:tbl>
      <w:tblPr>
        <w:tblStyle w:val="TableGrid"/>
        <w:tblW w:type="auto" w:w="0"/>
        <w:tblLook w:firstColumn="1" w:firstRow="1" w:lastColumn="0" w:lastRow="0" w:noHBand="0" w:noVBand="1" w:val="04A0"/>
      </w:tblPr>
      <w:tblGrid>
        <w:gridCol w:w="10512"/>
      </w:tblGrid>
      <w:tr>
        <w:tc>
          <w:tcPr>
            <w:tcW w:type="dxa" w:w="10512"/>
          </w:tcPr>
          <w:p>
            <w:r>
              <w:rPr>
                <w:b/>
              </w:rPr>
              <w:t>B1. Activité(s) concernée(s)</w:t>
              <w:br/>
            </w:r>
            <w:r>
              <w:t>____________________________________________________________________________</w:t>
              <w:br/>
              <w:t>____________________________________________________________________________</w:t>
            </w:r>
          </w:p>
        </w:tc>
      </w:tr>
      <w:tr>
        <w:tc>
          <w:tcPr>
            <w:tcW w:type="dxa" w:w="10512"/>
          </w:tcPr>
          <w:p>
            <w:r>
              <w:rPr>
                <w:b/>
              </w:rPr>
              <w:t>B2. Diplôme, titre ou expérience professionnelle de la personne exerçant le contrôle effectif et permanent de l’activité</w:t>
              <w:br/>
            </w:r>
            <w:r>
              <w:t>Intitulé du diplôme / titre ou description de l’expérience : ______________________________</w:t>
              <w:br/>
            </w:r>
            <w:r>
              <w:t>Qualité de la personne qualifiée :  [ ] Représentant légal  [ ] Salarié  [ ] Autre (à préciser) : ______________________________</w:t>
            </w:r>
          </w:p>
        </w:tc>
      </w:tr>
      <w:tr>
        <w:tc>
          <w:tcPr>
            <w:tcW w:type="dxa" w:w="10512"/>
          </w:tcPr>
          <w:p>
            <w:r>
              <w:rPr>
                <w:b/>
              </w:rPr>
              <w:t>B3. Coordonnées de la personne qualifiée (si différente du représentant légal)</w:t>
              <w:br/>
            </w:r>
            <w:r>
              <w:t>Nom et prénom : ____________________________________________</w:t>
              <w:br/>
            </w:r>
            <w:r>
              <w:t>Adresse : _________________________________________________</w:t>
              <w:br/>
            </w:r>
            <w:r>
              <w:t>Code postal / Commune / Pays : ________________________________</w:t>
            </w:r>
          </w:p>
        </w:tc>
      </w:tr>
      <w:tr>
        <w:tc>
          <w:tcPr>
            <w:tcW w:type="dxa" w:w="10512"/>
          </w:tcPr>
          <w:p>
            <w:r>
              <w:rPr>
                <w:b/>
              </w:rPr>
              <w:t>B4. Engagement éventuel de recrutement d’un salarié qualifié</w:t>
              <w:br/>
            </w:r>
            <w:r>
              <w:t>À défaut de qualification détenue en interne, engagement de recruter, dans un délai maximum de trois mois, un salarié justifiant de la qualification requise.</w:t>
              <w:br/>
              <w:t>Profil recherché / justificatifs prévus :</w:t>
              <w:br/>
              <w:t>____________________________________________________________________________</w:t>
              <w:br/>
              <w:t>____________________________________________________________________________</w:t>
            </w:r>
          </w:p>
        </w:tc>
      </w:tr>
    </w:tbl>
    <w:p/>
    <w:p/>
    <w:tbl>
      <w:tblPr>
        <w:tblStyle w:val="TableGrid"/>
        <w:tblW w:type="auto" w:w="0"/>
        <w:tblLook w:firstColumn="1" w:firstRow="1" w:lastColumn="0" w:lastRow="0" w:noHBand="0" w:noVBand="1" w:val="04A0"/>
      </w:tblPr>
      <w:tblGrid>
        <w:gridCol w:w="5256"/>
        <w:gridCol w:w="5256"/>
      </w:tblGrid>
      <w:tr>
        <w:tc>
          <w:tcPr>
            <w:tcW w:type="dxa" w:w="5256"/>
          </w:tcPr>
          <w:p>
            <w:r>
              <w:t>Observations complémentaires :</w:t>
            </w:r>
          </w:p>
        </w:tc>
        <w:tc>
          <w:tcPr>
            <w:tcW w:type="dxa" w:w="5256"/>
          </w:tcPr>
          <w:p>
            <w:r>
              <w:t>__________________________________________________________</w:t>
              <w:br/>
              <w:t>__________________________________________________________</w:t>
            </w:r>
          </w:p>
        </w:tc>
      </w:tr>
      <w:tr>
        <w:tc>
          <w:tcPr>
            <w:tcW w:type="dxa" w:w="5256"/>
          </w:tcPr>
          <w:p>
            <w:r>
              <w:t>Lieu : __________________________   Date : ____ / ____ / ______</w:t>
            </w:r>
          </w:p>
        </w:tc>
        <w:tc>
          <w:tcPr>
            <w:tcW w:type="dxa" w:w="5256"/>
          </w:tcPr>
          <w:p>
            <w:r>
              <w:t>Nom / qualité du signataire : __________________________</w:t>
            </w:r>
          </w:p>
        </w:tc>
      </w:tr>
      <w:tr>
        <w:tc>
          <w:tcPr>
            <w:tcW w:type="dxa" w:w="5256"/>
          </w:tcPr>
          <w:p>
            <w:r>
              <w:t>Signature du déclarant : __________________________</w:t>
            </w:r>
          </w:p>
        </w:tc>
        <w:tc>
          <w:tcPr>
            <w:tcW w:type="dxa" w:w="5256"/>
          </w:tcPr>
          <w:p>
            <w:r>
              <w:t>Cachet de l’entreprise (si applicable)</w:t>
            </w:r>
          </w:p>
        </w:tc>
      </w:tr>
    </w:tbl>
    <w:sectPr w:rsidR="00FC693F" w:rsidRPr="0006063C" w:rsidSect="00034616">
      <w:pgSz w:w="12240" w:h="15840"/>
      <w:pgMar w:top="720"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