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800"/>
        <w:gridCol w:w="4800"/>
        <w:gridCol w:w="4800"/>
      </w:tblGrid>
      <w:tr>
        <w:tc>
          <w:tcPr>
            <w:tcW w:type="dxa" w:w="4800"/>
          </w:tcPr>
          <w:p>
            <w:pPr>
              <w:jc w:val="left"/>
            </w:pPr>
            <w:r>
              <w:rPr>
                <w:b/>
              </w:rPr>
              <w:t>Réf. interne : JQPA</w:t>
              <w:br/>
              <w:t>Formulaire de justification de qualification professionnelle</w:t>
            </w:r>
          </w:p>
        </w:tc>
        <w:tc>
          <w:tcPr>
            <w:tcW w:type="dxa" w:w="4800"/>
            <w:shd w:val="clear" w:color="auto" w:fill="404040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JUSTIFICATION DE QUALIFICATION PROFESSIONNELLE</w:t>
              <w:br/>
              <w:t>ARTISANALE</w:t>
            </w:r>
          </w:p>
        </w:tc>
        <w:tc>
          <w:tcPr>
            <w:tcW w:type="dxa" w:w="4800"/>
          </w:tcPr>
          <w:p>
            <w:pPr>
              <w:jc w:val="right"/>
            </w:pPr>
            <w:r>
              <w:rPr>
                <w:b/>
              </w:rPr>
              <w:t>RÉSERVÉ AU CFE</w:t>
              <w:br/>
              <w:t>N° de déclaration : __________________</w:t>
            </w:r>
          </w:p>
        </w:tc>
      </w:tr>
    </w:tbl>
    <w:p/>
    <w:p>
      <w:r>
        <w:rPr>
          <w:b/>
        </w:rPr>
        <w:t xml:space="preserve">Notice d’utilisation (à adapter) : </w:t>
      </w:r>
      <w:r>
        <w:t>Ce modèle reprend la structure du formulaire JQPA. Il est destiné à être complété par l’entreprise pour justifier de la qualification professionnelle artisanale, pour une personne physique ou morale. Les rubriques et intitulés sont fournis à titre de modèle.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  <w:shd w:val="clear" w:color="auto" w:fill="00B050"/>
          </w:tcPr>
          <w:p>
            <w:pPr>
              <w:jc w:val="center"/>
            </w:pPr>
            <w:r>
              <w:rPr>
                <w:b/>
                <w:color w:val="FFFFFF"/>
              </w:rPr>
              <w:t>A – POUR UNE PERSONNE PHYSIQUE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00"/>
        <w:gridCol w:w="3600"/>
        <w:gridCol w:w="3600"/>
        <w:gridCol w:w="3600"/>
      </w:tblGrid>
      <w:tr>
        <w:tc>
          <w:tcPr>
            <w:tcW w:type="dxa" w:w="14400"/>
            <w:gridSpan w:val="4"/>
          </w:tcPr>
          <w:p>
            <w:r>
              <w:rPr>
                <w:b/>
              </w:rPr>
              <w:t>1. Rappel d’identité de la personne physique</w:t>
            </w:r>
          </w:p>
        </w:tc>
      </w:tr>
      <w:tr>
        <w:tc>
          <w:tcPr>
            <w:tcW w:type="dxa" w:w="3600"/>
          </w:tcPr>
          <w:p>
            <w:r>
              <w:t>Nom de naissance :</w:t>
            </w:r>
          </w:p>
        </w:tc>
        <w:tc>
          <w:tcPr>
            <w:tcW w:type="dxa" w:w="3600"/>
          </w:tcPr>
          <w:p>
            <w:r>
              <w:t>__________________________________________</w:t>
            </w:r>
          </w:p>
        </w:tc>
        <w:tc>
          <w:tcPr>
            <w:tcW w:type="dxa" w:w="3600"/>
          </w:tcPr>
          <w:p>
            <w:r>
              <w:t>Nom d’usage :</w:t>
            </w:r>
          </w:p>
        </w:tc>
        <w:tc>
          <w:tcPr>
            <w:tcW w:type="dxa" w:w="3600"/>
          </w:tcPr>
          <w:p>
            <w:r>
              <w:t>__________________________________________</w:t>
            </w:r>
          </w:p>
        </w:tc>
      </w:tr>
      <w:tr>
        <w:tc>
          <w:tcPr>
            <w:tcW w:type="dxa" w:w="3600"/>
          </w:tcPr>
          <w:p>
            <w:r>
              <w:t>Prénoms :</w:t>
            </w:r>
          </w:p>
        </w:tc>
        <w:tc>
          <w:tcPr>
            <w:tcW w:type="dxa" w:w="3600"/>
          </w:tcPr>
          <w:p>
            <w:r>
              <w:t>__________________________________________</w:t>
            </w:r>
          </w:p>
        </w:tc>
        <w:tc>
          <w:tcPr>
            <w:tcW w:type="dxa" w:w="3600"/>
          </w:tcPr>
          <w:p>
            <w:r>
              <w:t>Né(e) le : ____ / ____ / ______  à : __________________</w:t>
            </w:r>
          </w:p>
        </w:tc>
        <w:tc>
          <w:tcPr>
            <w:tcW w:type="dxa" w:w="3600"/>
          </w:tcPr>
          <w:p>
            <w:r>
              <w:t>N° unique d’identification (le cas échéant) : 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</w:tcPr>
          <w:p>
            <w:r>
              <w:rPr>
                <w:b/>
              </w:rPr>
              <w:t>2. Justification de la qualification professionnelle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 xml:space="preserve">2.1 Activité(s) concernée(s) : </w:t>
            </w:r>
            <w:r>
              <w:t>_________________________________________________________________________________</w:t>
              <w:br/>
              <w:t>_________________________________________________________________________________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>2.2 Diplôme, titre ou expérience professionnelle de la personne exerçant le contrôle effectif et permanent de l’activité :</w:t>
              <w:br/>
            </w:r>
            <w:r>
              <w:t>• Intitulé du diplôme / titre ou description de l’expérience : ________________________________</w:t>
              <w:br/>
            </w:r>
            <w:r>
              <w:t>• Qualité de la personne qualifiée : [ ] Déclarant  [ ] Conjoint collaborateur  [ ] Salarié  [ ] Autre (à préciser) __________________________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>2.3 Identité de la personne qualifiée (si différente du déclarant) :</w:t>
              <w:br/>
            </w:r>
            <w:r>
              <w:t>Nom : ______________________   Nom d’usage : ______________________   Prénoms : ______________________</w:t>
              <w:br/>
            </w:r>
            <w:r>
              <w:t>Né(e) le : ____ / ____ / ______   à : ______________________________   Commune / Pays : ______________________________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>2.4 À défaut, engagement de recruter un salarié qualifié :</w:t>
              <w:br/>
            </w:r>
            <w:r>
              <w:t>L’entreprise s’engage à recruter dans un délai de trois mois à compter de son immatriculation un salarié justifiant de la qualification requise pour l’activité exercée.</w:t>
              <w:br/>
              <w:t>Préciser le profil recherché et les pièces justificatives qui seront fournies :</w:t>
              <w:br/>
              <w:t>_________________________________________________________________________________</w:t>
              <w:br/>
              <w:t>_________________________________________________________________________________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  <w:shd w:val="clear" w:color="auto" w:fill="C00000"/>
          </w:tcPr>
          <w:p>
            <w:pPr>
              <w:jc w:val="center"/>
            </w:pPr>
            <w:r>
              <w:rPr>
                <w:b/>
                <w:color w:val="FFFFFF"/>
              </w:rPr>
              <w:t>B – POUR UNE PERSONNE MORALE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00"/>
        <w:gridCol w:w="3600"/>
        <w:gridCol w:w="3600"/>
        <w:gridCol w:w="3600"/>
      </w:tblGrid>
      <w:tr>
        <w:tc>
          <w:tcPr>
            <w:tcW w:type="dxa" w:w="14400"/>
            <w:gridSpan w:val="4"/>
          </w:tcPr>
          <w:p>
            <w:r>
              <w:rPr>
                <w:b/>
              </w:rPr>
              <w:t>3. Rappel d’identité de la personne morale</w:t>
            </w:r>
          </w:p>
        </w:tc>
      </w:tr>
      <w:tr>
        <w:tc>
          <w:tcPr>
            <w:tcW w:type="dxa" w:w="3600"/>
          </w:tcPr>
          <w:p>
            <w:r>
              <w:t>Dénomination :</w:t>
            </w:r>
          </w:p>
        </w:tc>
        <w:tc>
          <w:tcPr>
            <w:tcW w:type="dxa" w:w="3600"/>
          </w:tcPr>
          <w:p>
            <w:r>
              <w:t>__________________________________________</w:t>
            </w:r>
          </w:p>
        </w:tc>
        <w:tc>
          <w:tcPr>
            <w:tcW w:type="dxa" w:w="3600"/>
          </w:tcPr>
          <w:p>
            <w:r>
              <w:t>Forme juridique :</w:t>
            </w:r>
          </w:p>
        </w:tc>
        <w:tc>
          <w:tcPr>
            <w:tcW w:type="dxa" w:w="3600"/>
          </w:tcPr>
          <w:p>
            <w:r>
              <w:t>__________________________________________</w:t>
            </w:r>
          </w:p>
        </w:tc>
      </w:tr>
      <w:tr>
        <w:tc>
          <w:tcPr>
            <w:tcW w:type="dxa" w:w="3600"/>
          </w:tcPr>
          <w:p>
            <w:r>
              <w:t>N° unique d’identification (SIREN, etc.) :</w:t>
            </w:r>
          </w:p>
        </w:tc>
        <w:tc>
          <w:tcPr>
            <w:tcW w:type="dxa" w:w="3600"/>
          </w:tcPr>
          <w:p>
            <w:r>
              <w:t>__________________________________________</w:t>
            </w:r>
          </w:p>
        </w:tc>
        <w:tc>
          <w:tcPr>
            <w:tcW w:type="dxa" w:w="3600"/>
          </w:tcPr>
          <w:p>
            <w:r>
              <w:t>Adresse du siège :</w:t>
            </w:r>
          </w:p>
        </w:tc>
        <w:tc>
          <w:tcPr>
            <w:tcW w:type="dxa" w:w="3600"/>
          </w:tcPr>
          <w:p>
            <w:r>
              <w:t>__________________________________________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</w:tcPr>
          <w:p>
            <w:r>
              <w:rPr>
                <w:b/>
              </w:rPr>
              <w:t>4. Justification de la qualification professionnelle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 xml:space="preserve">4.1 Activité(s) concernée(s) : </w:t>
            </w:r>
            <w:r>
              <w:t>_________________________________________________________________________________</w:t>
              <w:br/>
              <w:t>_________________________________________________________________________________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>4.2 Diplôme, titre ou expérience professionnelle de la personne exerçant le contrôle effectif et permanent de l’activité :</w:t>
              <w:br/>
            </w:r>
            <w:r>
              <w:t>• Intitulé du diplôme / titre ou description de l’expérience : ________________________________</w:t>
              <w:br/>
            </w:r>
            <w:r>
              <w:t>• Qualité de la personne qualifiée : [ ] Représentant légal  [ ] Salarié  [ ] Autre (à préciser) __________________________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>4.3 Identité de la personne qualifiée (si différente du représentant légal) :</w:t>
              <w:br/>
            </w:r>
            <w:r>
              <w:t>Nom : ______________________   Nom d’usage : ______________________   Prénoms : ______________________</w:t>
              <w:br/>
            </w:r>
            <w:r>
              <w:t>Né(e) le : ____ / ____ / ______   à : ______________________________   Commune / Pays : ______________________________</w:t>
            </w:r>
          </w:p>
        </w:tc>
      </w:tr>
      <w:tr>
        <w:tc>
          <w:tcPr>
            <w:tcW w:type="dxa" w:w="14400"/>
          </w:tcPr>
          <w:p>
            <w:r>
              <w:rPr>
                <w:b/>
              </w:rPr>
              <w:t>4.4 À défaut, engagement de recruter un salarié qualifié :</w:t>
              <w:br/>
            </w:r>
            <w:r>
              <w:t>La personne morale s’engage à recruter dans un délai de trois mois à compter de son immatriculation un salarié justifiant de la qualification requise pour l’activité exercée.</w:t>
              <w:br/>
              <w:t>Préciser le profil recherché et les pièces justificatives qui seront fournies :</w:t>
              <w:br/>
              <w:t>_________________________________________________________________________________</w:t>
              <w:br/>
              <w:t>_________________________________________________________________________________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00"/>
        <w:gridCol w:w="4800"/>
        <w:gridCol w:w="4800"/>
      </w:tblGrid>
      <w:tr>
        <w:tc>
          <w:tcPr>
            <w:tcW w:type="dxa" w:w="4800"/>
          </w:tcPr>
          <w:p>
            <w:r>
              <w:t>5. Observations éventuelles :</w:t>
            </w:r>
          </w:p>
        </w:tc>
        <w:tc>
          <w:tcPr>
            <w:tcW w:type="dxa" w:w="9600"/>
            <w:gridSpan w:val="2"/>
          </w:tcPr>
          <w:p>
            <w:r>
              <w:t>__________________________________________________________________________</w:t>
              <w:br/>
              <w:t>__________________________________________________________________________</w:t>
            </w:r>
          </w:p>
        </w:tc>
      </w:tr>
      <w:tr>
        <w:tc>
          <w:tcPr>
            <w:tcW w:type="dxa" w:w="4800"/>
          </w:tcPr>
          <w:p>
            <w:r>
              <w:t>Fait à : __________________________</w:t>
            </w:r>
          </w:p>
        </w:tc>
        <w:tc>
          <w:tcPr>
            <w:tcW w:type="dxa" w:w="4800"/>
          </w:tcPr>
          <w:p>
            <w:r>
              <w:t>Le : ____ / ____ / ______</w:t>
            </w:r>
          </w:p>
        </w:tc>
        <w:tc>
          <w:tcPr>
            <w:tcW w:type="dxa" w:w="4800"/>
          </w:tcPr>
          <w:p>
            <w:r>
              <w:t>Signature du déclarant : __________________________</w:t>
            </w:r>
          </w:p>
        </w:tc>
      </w:tr>
      <w:tr>
        <w:tc>
          <w:tcPr>
            <w:tcW w:type="dxa" w:w="4800"/>
          </w:tcPr>
          <w:p>
            <w:r>
              <w:t>Nom et qualité du signataire : __________________________</w:t>
            </w:r>
          </w:p>
        </w:tc>
        <w:tc>
          <w:tcPr>
            <w:tcW w:type="dxa" w:w="9600"/>
            <w:gridSpan w:val="2"/>
          </w:tcPr>
          <w:p>
            <w:r>
              <w:t>Cachet de l’entreprise (le cas échéant)</w:t>
            </w:r>
          </w:p>
        </w:tc>
      </w:tr>
    </w:tbl>
    <w:sectPr w:rsidR="00FC693F" w:rsidRPr="0006063C" w:rsidSect="00034616">
      <w:pgSz w:w="15840" w:h="12240" w:orient="landscape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