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701"/>
        <w:gridCol w:w="6236"/>
        <w:gridCol w:w="1701"/>
      </w:tblGrid>
      <w:tr>
        <w:tc>
          <w:tcPr>
            <w:tcW w:type="dxa" w:w="3213"/>
          </w:tcPr>
          <w:p/>
        </w:tc>
        <w:tc>
          <w:tcPr>
            <w:tcW w:type="dxa" w:w="3213"/>
          </w:tcPr>
          <w:p>
            <w:pPr>
              <w:jc w:val="center"/>
            </w:pPr>
            <w:r/>
            <w:r>
              <w:rPr>
                <w:b/>
                <w:i w:val="0"/>
              </w:rPr>
              <w:t>FICHE DE LECTURE – Modèle général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Commence toujours par</w:t>
              <w:br/>
              <w:t>situer l’ouvrage.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Titre de l’œuvre : ________________________________________________</w:t>
              <w:br/>
              <w:t>Auteur : _________________________________________________________</w:t>
              <w:br/>
              <w:t>Date de publication : _____________________________________________</w:t>
              <w:br/>
              <w:t>Genre (roman, conte, théâtre…) : _________________________________</w:t>
              <w:br/>
              <w:t>Édition / Collection : 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Vérifie l’orthographe</w:t>
              <w:br/>
              <w:t>du titre et du nom</w:t>
              <w:br/>
              <w:t>de l’auteur.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1. Le livre en quelques repères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Réponds à : où se</w:t>
              <w:br/>
              <w:t>passe l’histoire ?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Lieu(x) principal(aux) de l’action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Tu peux distinguer</w:t>
              <w:br/>
              <w:t>pays, ville, lieu</w:t>
              <w:br/>
              <w:t>précis.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Situe l’époque :</w:t>
              <w:br/>
              <w:t>passé, présent,</w:t>
              <w:br/>
              <w:t>avenir, période</w:t>
              <w:br/>
              <w:t>historique…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Époque de l’histoire :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Présente la situation</w:t>
              <w:br/>
              <w:t>initiale : qui ? où ?</w:t>
              <w:br/>
              <w:t>dans quel contexte ?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Situation de départ (début du livre)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Évite les détails :</w:t>
              <w:br/>
              <w:t>reste sur l’essentiel.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2. Personnages principaux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Indique qui il/elle est,</w:t>
              <w:br/>
              <w:t>ce qu’il/elle veut,</w:t>
              <w:br/>
              <w:t>son caractère.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Personnage principal : ____________________________</w:t>
              <w:br/>
              <w:t>Qui est-il/elle ? (rôle, situation, caractère)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Tu peux ajouter</w:t>
              <w:br/>
              <w:t>un deuxième</w:t>
              <w:br/>
              <w:t>personnage si besoin.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Ne liste pas tout :</w:t>
              <w:br/>
              <w:t>choisis les plus</w:t>
              <w:br/>
              <w:t>importants.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Autres personnages importants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Utilise le présent</w:t>
              <w:br/>
              <w:t>de narration.</w:t>
            </w:r>
          </w:p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3. Résumé de l’histoire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Raconte</w:t>
              <w:br/>
              <w:t>l’essentiel,</w:t>
              <w:br/>
              <w:t>sans tout dévoiler.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Évite les dialogues.</w:t>
              <w:br/>
              <w:t>Reste clair et ordonné.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Résumé (du début à la fin, en quelques lignes) :</w:t>
              <w:br/>
              <w:t>____________________________________________________</w:t>
              <w:br/>
              <w:t>____________________________________________________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4. Thèmes et message de l’œuvre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Un thème = une</w:t>
              <w:br/>
              <w:t>idée générale</w:t>
              <w:br/>
              <w:t>(la guerre, l’amour,</w:t>
              <w:br/>
              <w:t>la justice…)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Explique avec</w:t>
              <w:br/>
              <w:t>des phrases</w:t>
              <w:br/>
              <w:t>complètes.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Thèmes principaux (2 à 3) :</w:t>
              <w:br/>
              <w:t>1. __________________________________________________</w:t>
              <w:br/>
              <w:t>2. __________________________________________________</w:t>
              <w:br/>
              <w:t>3. __________________________________________________</w:t>
              <w:br/>
              <w:br/>
              <w:t>Ce que l’auteur semble vouloir faire comprendre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Donne ton avis,</w:t>
              <w:br/>
              <w:t>mais justifie-le.</w:t>
            </w:r>
          </w:p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5. Avis personnel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Ce que j’ai aimé / moins aimé :</w:t>
              <w:br/>
              <w:t>____________________________________________________</w:t>
              <w:br/>
              <w:t>____________________________________________________</w:t>
              <w:br/>
              <w:br/>
              <w:t>Ce que ce livre m’a fait penser / ressentir :</w:t>
              <w:br/>
              <w:t>____________________________________________________</w:t>
              <w:br/>
              <w:t>____________________________________________________</w:t>
              <w:br/>
              <w:br/>
              <w:t>Je recommanderais ce livre à : 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Évite « c’est bien »</w:t>
              <w:br/>
              <w:t>ou « c’est nul »</w:t>
              <w:br/>
              <w:t>sans expliquer.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Note globale : ______ / 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  <w:tr>
        <w:tc>
          <w:tcPr>
            <w:tcW w:type="dxa" w:w="3213"/>
          </w:tcPr>
          <w:p>
            <w:r/>
            <w:r>
              <w:rPr>
                <w:b/>
                <w:i w:val="0"/>
              </w:rPr>
              <w:t>Dernière étape :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Relis ta fiche : orthographe, accords, ponctuation, clarté des phrases.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Une bonne fiche</w:t>
              <w:br/>
              <w:t>permet de parler</w:t>
              <w:br/>
              <w:t>du livre sans</w:t>
              <w:br/>
              <w:t>l’avoir sous les yeux.</w:t>
            </w:r>
          </w:p>
        </w:tc>
      </w:tr>
    </w:tbl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