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tblLook w:firstColumn="1" w:firstRow="1" w:lastColumn="0" w:lastRow="0" w:noHBand="0" w:noVBand="1" w:val="04A0"/>
      </w:tblPr>
      <w:tblGrid>
        <w:gridCol w:w="9972"/>
      </w:tblGrid>
      <w:tr>
        <w:tc>
          <w:tcPr>
            <w:tcW w:type="dxa" w:w="9972"/>
            <w:shd w:fill="2F5597" w:val="clear"/>
          </w:tcPr>
          <w:p>
            <w:pPr>
              <w:jc w:val="center"/>
            </w:pPr>
            <w:r>
              <w:rPr>
                <w:b/>
                <w:color w:val="FFFFFF"/>
                <w:sz w:val="32"/>
              </w:rPr>
              <w:t>ENGAGEMENT BÉNÉVOLE</w:t>
            </w:r>
          </w:p>
          <w:p>
            <w:pPr>
              <w:jc w:val="center"/>
            </w:pPr>
            <w:r>
              <w:rPr>
                <w:color w:val="FFFFFF"/>
                <w:sz w:val="20"/>
              </w:rPr>
              <w:t>Charte simplifiée entre l’association et le bénévole</w:t>
            </w:r>
          </w:p>
        </w:tc>
      </w:tr>
    </w:tbl>
    <w:p/>
    <w:tbl>
      <w:tblPr>
        <w:tblStyle w:val="TableGrid"/>
        <w:tblW w:type="auto" w:w="0"/>
        <w:tblLook w:firstColumn="1" w:firstRow="1" w:lastColumn="0" w:lastRow="0" w:noHBand="0" w:noVBand="1" w:val="04A0"/>
      </w:tblPr>
      <w:tblGrid>
        <w:gridCol w:w="4986"/>
        <w:gridCol w:w="4986"/>
      </w:tblGrid>
      <w:tr>
        <w:tc>
          <w:tcPr>
            <w:tcW w:type="dxa" w:w="4986"/>
          </w:tcPr>
          <w:p>
            <w:r>
              <w:rPr>
                <w:b/>
                <w:sz w:val="22"/>
              </w:rPr>
              <w:t>Association</w:t>
            </w:r>
          </w:p>
        </w:tc>
        <w:tc>
          <w:tcPr>
            <w:tcW w:type="dxa" w:w="4986"/>
          </w:tcPr>
          <w:p>
            <w:r>
              <w:rPr>
                <w:b/>
                <w:sz w:val="22"/>
              </w:rPr>
              <w:t>Bénévole</w:t>
            </w:r>
          </w:p>
        </w:tc>
      </w:tr>
      <w:tr>
        <w:tc>
          <w:tcPr>
            <w:tcW w:type="dxa" w:w="4986"/>
          </w:tcPr>
          <w:p/>
          <w:p>
            <w:r>
              <w:rPr>
                <w:sz w:val="20"/>
              </w:rPr>
              <w:t>Nom : ________________________________________</w:t>
            </w:r>
          </w:p>
          <w:p>
            <w:r>
              <w:rPr>
                <w:sz w:val="20"/>
              </w:rPr>
              <w:t>Adresse : _____________________________________</w:t>
            </w:r>
          </w:p>
          <w:p>
            <w:r>
              <w:rPr>
                <w:sz w:val="20"/>
              </w:rPr>
              <w:t>Téléphone / e-mail : __________________________</w:t>
            </w:r>
          </w:p>
        </w:tc>
        <w:tc>
          <w:tcPr>
            <w:tcW w:type="dxa" w:w="4986"/>
          </w:tcPr>
          <w:p/>
          <w:p>
            <w:r>
              <w:rPr>
                <w:sz w:val="20"/>
              </w:rPr>
              <w:t>Nom et prénom : ______________________________</w:t>
            </w:r>
          </w:p>
          <w:p>
            <w:r>
              <w:rPr>
                <w:sz w:val="20"/>
              </w:rPr>
              <w:t>Adresse : _____________________________________</w:t>
            </w:r>
          </w:p>
          <w:p>
            <w:r>
              <w:rPr>
                <w:sz w:val="20"/>
              </w:rPr>
              <w:t>Téléphone / e-mail : __________________________</w:t>
            </w:r>
          </w:p>
        </w:tc>
      </w:tr>
    </w:tbl>
    <w:p/>
    <w:p>
      <w:r>
        <w:rPr>
          <w:b/>
          <w:sz w:val="22"/>
        </w:rPr>
        <w:t>Mission bénévole concernée</w:t>
      </w:r>
    </w:p>
    <w:p>
      <w:pPr>
        <w:spacing w:after="40"/>
      </w:pPr>
      <w:r>
        <w:rPr>
          <w:sz w:val="20"/>
        </w:rPr>
        <w:t>Intitulé de la mission : _________________________________________________</w:t>
      </w:r>
    </w:p>
    <w:p>
      <w:pPr>
        <w:spacing w:after="40"/>
      </w:pPr>
      <w:r>
        <w:rPr>
          <w:sz w:val="20"/>
        </w:rPr>
        <w:t>Lieu(x) d’intervention : _________________________________________________</w:t>
      </w:r>
    </w:p>
    <w:p>
      <w:pPr>
        <w:spacing w:after="120"/>
      </w:pPr>
      <w:r>
        <w:rPr>
          <w:sz w:val="20"/>
        </w:rPr>
        <w:t>Période / créneaux indicatifs : __________________________________________</w:t>
      </w:r>
    </w:p>
    <w:p>
      <w:pPr>
        <w:spacing w:after="120"/>
      </w:pPr>
      <w:r>
        <w:rPr>
          <w:sz w:val="20"/>
        </w:rPr>
        <w:t>Le présent document formalise un engagement bénévole basé sur la confiance, la réciprocité et le respect des valeurs associatives. Il ne crée pas de lien de subordination salariale et ne se substitue pas au contrat de travail. Il rappelle les règles de fonctionnement, les attentes mutuelles et les repères pratiques pour l’exercice de la mission.</w:t>
      </w:r>
    </w:p>
    <w:p/>
    <w:p>
      <w:r>
        <w:rPr>
          <w:b/>
          <w:sz w:val="22"/>
        </w:rPr>
        <w:t>1. Engagement du bénévole</w:t>
      </w:r>
    </w:p>
    <w:p>
      <w:pPr>
        <w:ind w:left="283"/>
      </w:pPr>
      <w:r>
        <w:rPr>
          <w:sz w:val="20"/>
        </w:rPr>
        <w:t>☐ Respecter le projet associatif, les statuts et le règlement intérieur le cas échéant ;</w:t>
      </w:r>
    </w:p>
    <w:p>
      <w:pPr>
        <w:ind w:left="283"/>
      </w:pPr>
      <w:r>
        <w:rPr>
          <w:sz w:val="20"/>
        </w:rPr>
        <w:t>☐ Exercer la mission confiée avec sérieux, ponctualité et sens du service ;</w:t>
      </w:r>
    </w:p>
    <w:p>
      <w:pPr>
        <w:ind w:left="283"/>
      </w:pPr>
      <w:r>
        <w:rPr>
          <w:sz w:val="20"/>
        </w:rPr>
        <w:t>☐ Prévenir l’association en cas d’indisponibilité ou de retard ;</w:t>
      </w:r>
    </w:p>
    <w:p>
      <w:pPr>
        <w:ind w:left="283"/>
      </w:pPr>
      <w:r>
        <w:rPr>
          <w:sz w:val="20"/>
        </w:rPr>
        <w:t>☐ Respecter les règles de sécurité, de confidentialité et de protection des personnes ;</w:t>
      </w:r>
    </w:p>
    <w:p>
      <w:pPr>
        <w:ind w:left="283"/>
      </w:pPr>
      <w:r>
        <w:rPr>
          <w:sz w:val="20"/>
        </w:rPr>
        <w:t>☐ Adopter une attitude respectueuse envers les autres bénévoles, salariés, bénéficiaires et partenaires ;</w:t>
      </w:r>
    </w:p>
    <w:p>
      <w:pPr>
        <w:ind w:left="283"/>
      </w:pPr>
      <w:r>
        <w:rPr>
          <w:sz w:val="20"/>
        </w:rPr>
        <w:t>☐ Ne pas tirer un avantage personnel, commercial ou militant de la fonction exercée.</w:t>
      </w:r>
    </w:p>
    <w:p/>
    <w:p>
      <w:r>
        <w:rPr>
          <w:b/>
          <w:sz w:val="22"/>
        </w:rPr>
        <w:t>2. Engagement de l’association</w:t>
      </w:r>
    </w:p>
    <w:p>
      <w:pPr>
        <w:ind w:left="283"/>
      </w:pPr>
      <w:r>
        <w:rPr>
          <w:sz w:val="20"/>
        </w:rPr>
        <w:t>☐ Présenter au bénévole le projet, l’organisation et les principales règles de fonctionnement ;</w:t>
      </w:r>
    </w:p>
    <w:p>
      <w:pPr>
        <w:ind w:left="283"/>
      </w:pPr>
      <w:r>
        <w:rPr>
          <w:sz w:val="20"/>
        </w:rPr>
        <w:t>☐ Définir une mission claire, adaptée aux compétences du bénévole et à ses contraintes ;</w:t>
      </w:r>
    </w:p>
    <w:p>
      <w:pPr>
        <w:ind w:left="283"/>
      </w:pPr>
      <w:r>
        <w:rPr>
          <w:sz w:val="20"/>
        </w:rPr>
        <w:t>☐ Fournir les informations, outils et consignes nécessaires à la bonne réalisation de la mission ;</w:t>
      </w:r>
    </w:p>
    <w:p>
      <w:pPr>
        <w:ind w:left="283"/>
      </w:pPr>
      <w:r>
        <w:rPr>
          <w:sz w:val="20"/>
        </w:rPr>
        <w:t>☐ Assurer, si besoin, un temps d’accueil ou de formation à la mission ;</w:t>
      </w:r>
    </w:p>
    <w:p>
      <w:pPr>
        <w:ind w:left="283"/>
      </w:pPr>
      <w:r>
        <w:rPr>
          <w:sz w:val="20"/>
        </w:rPr>
        <w:t>☐ Veiller à la sécurité du bénévole dans le cadre des activités ;</w:t>
      </w:r>
    </w:p>
    <w:p>
      <w:pPr>
        <w:ind w:left="283"/>
      </w:pPr>
      <w:r>
        <w:rPr>
          <w:sz w:val="20"/>
        </w:rPr>
        <w:t>☐ Reconnaître et valoriser la contribution du bénévole (remerciements, attestations, bilans…).</w:t>
      </w:r>
    </w:p>
    <w:p/>
    <w:p>
      <w:r>
        <w:rPr>
          <w:b/>
          <w:sz w:val="22"/>
        </w:rPr>
        <w:t>3. Durée, disponibilités et frais éventuels</w:t>
      </w:r>
    </w:p>
    <w:p>
      <w:r>
        <w:rPr>
          <w:sz w:val="20"/>
        </w:rPr>
        <w:t>L’engagement bénévole est conclu pour une durée indicative, qui peut être adaptée en fonction de l’évolution des besoins de l’association et des disponibilités du bénévole. Les parties conviennent des repères suivants :</w:t>
      </w:r>
    </w:p>
    <w:p>
      <w:pPr>
        <w:ind w:left="283"/>
      </w:pPr>
      <w:r>
        <w:rPr>
          <w:sz w:val="20"/>
        </w:rPr>
        <w:t>• Durée / fréquence souhaitée : ____________________________________________</w:t>
      </w:r>
    </w:p>
    <w:p>
      <w:pPr>
        <w:ind w:left="283"/>
      </w:pPr>
      <w:r>
        <w:rPr>
          <w:sz w:val="20"/>
        </w:rPr>
        <w:t>• Modalités de présence (présentiel / distance, horaires indicatifs) : ________</w:t>
      </w:r>
    </w:p>
    <w:p>
      <w:pPr>
        <w:ind w:left="283"/>
      </w:pPr>
      <w:r>
        <w:rPr>
          <w:sz w:val="20"/>
        </w:rPr>
        <w:t>• Frais éventuels remboursables (transport, repas, autres) : _________________</w:t>
      </w:r>
    </w:p>
    <w:p/>
    <w:p>
      <w:r>
        <w:rPr>
          <w:b/>
          <w:sz w:val="22"/>
        </w:rPr>
        <w:t>4. Données personnelles et confidentialité</w:t>
      </w:r>
    </w:p>
    <w:p>
      <w:r>
        <w:rPr>
          <w:sz w:val="20"/>
        </w:rPr>
        <w:t>Les informations collectées au sujet du bénévole sont utilisées pour la gestion interne des missions et de la vie associative. Elles ne sont ni cédées ni vendues. Le bénévole dispose d’un droit d’accès, de rectification et de suppression de ses données. Il s’engage, de son côté, à respecter la confidentialité des informations auxquelles il a accès dans le cadre de sa mission (données personnelles, situations sensibles, documents internes).</w:t>
      </w:r>
    </w:p>
    <w:p/>
    <w:p>
      <w:r>
        <w:rPr>
          <w:b/>
          <w:sz w:val="22"/>
        </w:rPr>
        <w:t>5. Fin de l’engagement bénévole</w:t>
      </w:r>
    </w:p>
    <w:p>
      <w:r>
        <w:rPr>
          <w:sz w:val="20"/>
        </w:rPr>
        <w:t>Chaque partie peut mettre fin à l’engagement bénévole à tout moment, sans indemnité, en informant l’autre dans un délai raisonnable afin de permettre, si nécessaire, la réorganisation de la mission. Un temps d’échange de fin de mission peut être proposé pour faire un bilan et recueillir le retour d’expérience du bénévole.</w:t>
      </w:r>
    </w:p>
    <w:p/>
    <w:p>
      <w:r>
        <w:rPr>
          <w:sz w:val="20"/>
        </w:rPr>
        <w:t>Fait à _________________________________, le _____ / _____ / ____________</w:t>
      </w:r>
    </w:p>
    <w:p/>
    <w:tbl>
      <w:tblPr>
        <w:tblW w:type="auto" w:w="0"/>
        <w:tblLayout w:type="autofit"/>
        <w:tblLook w:firstColumn="1" w:firstRow="1" w:lastColumn="0" w:lastRow="0" w:noHBand="0" w:noVBand="1" w:val="04A0"/>
      </w:tblPr>
      <w:tblGrid>
        <w:gridCol w:w="4986"/>
        <w:gridCol w:w="4986"/>
      </w:tblGrid>
      <w:tr>
        <w:tc>
          <w:tcPr>
            <w:tcW w:type="dxa" w:w="4986"/>
          </w:tcPr>
          <w:p>
            <w:pPr>
              <w:jc w:val="left"/>
            </w:pPr>
            <w:r>
              <w:rPr>
                <w:sz w:val="20"/>
              </w:rPr>
              <w:t>Pour l’association</w:t>
              <w:br/>
              <w:t>Nom et qualité : ______________________</w:t>
              <w:br/>
              <w:br/>
              <w:t>Signature : __________________________</w:t>
            </w:r>
          </w:p>
        </w:tc>
        <w:tc>
          <w:tcPr>
            <w:tcW w:type="dxa" w:w="4986"/>
          </w:tcPr>
          <w:p>
            <w:pPr>
              <w:jc w:val="left"/>
            </w:pPr>
            <w:r>
              <w:rPr>
                <w:sz w:val="20"/>
              </w:rPr>
              <w:t>Le bénévole</w:t>
              <w:br/>
              <w:t>Nom et prénom : ______________________</w:t>
              <w:br/>
              <w:br/>
              <w:t>Signature : __________________________</w:t>
            </w:r>
          </w:p>
        </w:tc>
      </w:tr>
    </w:tbl>
    <w:sectPr w:rsidR="00FC693F" w:rsidRPr="0006063C" w:rsidSect="00034616">
      <w:footerReference w:type="default" r:id="rId9"/>
      <w:pgSz w:w="12240" w:h="15840"/>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t>Charte d’engagement bénévole – Modèle à adapter – lecoursgratuit.com</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