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Dictée à trous – CE2 (modèle vierge)</w:t>
      </w:r>
    </w:p>
    <w:p>
      <w:r>
        <w:t>École : ___________________________      Classe : CE2</w:t>
      </w:r>
    </w:p>
    <w:p>
      <w:r>
        <w:t>Prénom : __________________________      Date : ____ / ____ / ______</w:t>
      </w:r>
    </w:p>
    <w:p/>
    <w:p>
      <w:pPr>
        <w:jc w:val="center"/>
      </w:pPr>
      <w:r>
        <w:rPr>
          <w:b/>
        </w:rPr>
        <w:t>DICTÉE À TROUS</w:t>
      </w:r>
    </w:p>
    <w:p/>
    <w:p>
      <w:r>
        <w:t>Consigne : Écoute le texte dicté et complète les mots manquants.</w:t>
      </w:r>
    </w:p>
    <w:p/>
    <w:p>
      <w:r>
        <w:t>Titre de la dictée : __________________________________________</w:t>
      </w:r>
    </w:p>
    <w:p/>
    <w:p>
      <w:r>
        <w:t>Texte à compléter :</w:t>
      </w:r>
    </w:p>
    <w:p>
      <w:r>
        <w:t>_______________________________________________________________</w:t>
      </w:r>
    </w:p>
    <w:p>
      <w:r>
        <w:t>_______________________________________________________________</w:t>
      </w:r>
    </w:p>
    <w:p>
      <w:r>
        <w:t>_______________________________________________________________</w:t>
      </w:r>
    </w:p>
    <w:p>
      <w:r>
        <w:t>_______________________________________________________________</w:t>
      </w:r>
    </w:p>
    <w:p>
      <w:r>
        <w:t>_______________________________________________________________</w:t>
      </w:r>
    </w:p>
    <w:p/>
    <w:p>
      <w:r>
        <w:t>Mots à retrouver / banque de mots :</w:t>
      </w:r>
    </w:p>
    <w:p>
      <w:r>
        <w:t>- __________________   - __________________   - __________________</w:t>
      </w:r>
    </w:p>
    <w:p>
      <w:r>
        <w:t>- __________________   - __________________   - __________________</w:t>
      </w:r>
    </w:p>
    <w:p>
      <w:r>
        <w:br w:type="page"/>
      </w:r>
    </w:p>
    <w:p>
      <w:pPr>
        <w:pStyle w:val="Heading2"/>
        <w:jc w:val="center"/>
      </w:pPr>
      <w:r>
        <w:t>Exemple – Dictée à trous (CE2)</w:t>
      </w:r>
    </w:p>
    <w:p>
      <w:r>
        <w:rPr>
          <w:b/>
        </w:rPr>
        <w:t>Titre : À la ferme</w:t>
      </w:r>
    </w:p>
    <w:p>
      <w:r>
        <w:t>Ce m________ matin, je vais à la f________ avec mon ________ .</w:t>
      </w:r>
    </w:p>
    <w:p>
      <w:r>
        <w:t>Nous r________ dans le grand ch________ où dorment les moutons.</w:t>
      </w:r>
    </w:p>
    <w:p>
      <w:r>
        <w:t>Le fermier d________ doucement les p________ de son cheval blanc.</w:t>
      </w:r>
    </w:p>
    <w:p/>
    <w:p>
      <w:r>
        <w:t>Mots à retrouver : grand – père – tôt – entrons – ferme – ouvre</w:t>
      </w:r>
    </w:p>
    <w:sectPr w:rsidR="00FC693F" w:rsidRPr="0006063C" w:rsidSect="00034616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i/>
        <w:sz w:val="16"/>
      </w:rPr>
      <w:t>Modèle de dictée CE2 – 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